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وصلنا معكم الى هذه الفقرة احكم العكس في الشرطيات قال واما الشرطيات يعني الشرطية المتصلة والمنفصلة والاتفاقية فالمتصلة من هذا النوع اذا كان الف كان باء تنعكس موجباتها يعني القضايا الموجبة من سنخي اذا كان الف كنبة جزئية كنفسها في اللزوم. طبعا اللزوم لا يتغير والا نقع في التناقض الف يستلزم بابا حتما لا ينفك عن هذه العلاقة فقط اه في الأصل الأحوال بشكل كلي في العكس الاحوال بنحو جزئي لان في شرطياتنا اننا الكل بعض عندنا الاحوال في في جميع الاحوال او في بعض الاحوال مع والاتفاق في اللزوم والاتفاق لا فرق اذن اللزوم في الأصل يبقى في العكس نعم آآ الايجاب في الاصل يبقى في العكس فقط في العكس في بعض الاحوال يعني ليس في جميع الاحوال ما تستطيع تقول كلما كان الف كان ب. لا  وسالبتها الكلية كنفسها مطلقا نعم فاللزوم يبقى هو اللزوم في الاتفاق يبقى هو يبقى هو الاتفاق بالسلب يبقى هو السلب والصول يبقى هو السور كلية كلية مطلقة ولا تنعكس جزئيتها جزئياتها لا تنعكس لماذا لان تنفك في بعض الاحوال وبيانها سهل ولا مدخل للعكس في المنفصلة ما حكم المنفصلة في في المنفصلة اذا قلت شيء اما الف اوباء او تقول الشيء اما الف واما باء هادي هي الصياغة الصحيحة ما في تقدم طبعي بين الف وباء يمكنك ان تقول الشيء اما باء واما الف هذا الذي يسبب عدم عدم وقوع العكس في المنفصلات ولا مدخل للعكس المنفصلة لعدم تعليل لعدم تمايز اجزائها اجزائها الف وباء الشيء اما الف واما باء بالطبع بالطبع يعني ما في تقدم بالطبع لاحدهما على الاخر. نعم واضحة جدا اقول الشرطية اما متصلة ومنفصلة تقسيم دائر بين النفي والاثبات والمتن المتصلة اما موجبة كلية او جزئية واما سالبة كلية او جزئية. من حيث السور فالمتصلة الموجبة سواء كانت كلية او جزئية تنعكس جزئية موجبة لزومها ان كان الاصل لزوميا وان كان اتفاقيا تنعكس اتفاقية والا فاتفاقية يعني ان لم تكن لزومية كانت اتفاقية ثم يطبقه ينظره. فانه اذا صدق كل ما كان. انظر احوال وليس كل وبعض. كلما كان الف كلما كان او قد يكون اذا كان كلما كان كليا او قد يكون اذا كان يعني بعض الاحوال هذه جزئية الف باء فمدا  نعم فقد يكون اذا كان هنا تنعكس جزئية واللزوم يبقى والايجاب يبقى وفي الاتفاقية الاتفاق يبقى والايجابي يبقى ان انا جزئية نعم اذا كان جيم دال نعكس انتاء طبعا التالي في مكان مقدم والمقدم في كان في مكان التالي نعم يكون اذا كان جيم دال فألف باء جزئية. نعم والا الدليل بقياس الخلف. لماذا قياس الخلف اعني قياس الخلف ملاكه هو مبدأ التناقض يعني اذا لم تقبل العكس الجزئي مع الاتفاق في اللزوم والايجاب او الاتفاق في الاتفاق والايجاب تقع في التناقض والا  ليس البتة اذا كانت جيم دال الف باء نعم اذا لم تنعكس جزئية تنعكس مدى سالبة كليا ولكن لما السلب نحن نقول كلما كان او قد يكون اذا كان الف باء جيم فقد يكون اذا كان جمدال فالف به والا فليس البتة اذا كان جيم دال فالف ابى فاما ان تنعكس على انما يضاد الاصل او يناقضه او نجعلهما كبرى للصورة نعم وينتج ليس البتة او قد لا يكون اذا كان الف باء تا الف باء هذا خلف. قلت لك دائما في قياس الخلف لبابه ومبدأ التناقض. انظر يعني الف باء لا يستلزم نفسه انا ما شت في المنطقة القديم اه كلما الف اه الف في المنطقة الحديث موجودة وهم الان هنا لعل من حلي يبينه بكل صراحة. ليس البتة او قد لا يكون اذا كان الف باء فالف باء ابنوا على هذا الامر من الكنوز موجودة في متظمنة في المنطق القديم استخرجها المنطق المنطق الحديث لماذا? لانه ركز على المنطق الرواقيين منطقنا نحن المنطقة الروسي فقط مع الاسف الشديد. جيد. نعيد فانه اذا صدق كل ما كان او قد يكون اذا كان. اذا كنت في كلية الاحوال يعني في كل الاحوال اذا كان الف جنبا يعني اذا كان التالي يستلزم  اه اذا كان المقدم يستلزم التالي او في بعض الاحوال اذا كان المقدم يأتي التالي هذا اذا كنا في اللزومية اذا كنا في الاتفاقية هي الاتفاقية ما هو اه فقد يكون اذا كان جيم دال فيها الف باء يعني تنعكس جزئية التالي يصير هو مقدم والمقدم يصير هو التالي اذا كان جمدا جيد لنفرض لم تنعكس جزئية  انعكست ماذا? انعكست اذا لم تنعكس جزئية يعني تنعكس كليا نعم والا يعني اذا لم تكن اذا كان جمدا والا فليس البتة اذا كان جمدا فالف تقول لماذا? ما هو المنطق هذا الامر تقول اذا لم تصدق الجزئية اذا كان جمدال فباء يصدق نقيضه. ارفع هذه الجزئية ليس البتة اذا كان جيم دال فعليه باء قلت لك دائما في قياس الخلف تركز على آآ تركز على التناقض اذا اذا لم تنعكس بهذا الشكل اذا كان اه قد يكون اذا كان جمدال فالف باء يعني جزئية موجبة فاذا انت ما تقبل هذا يجب ان تقبل النقيظ لماذا? لان الامر لا يدور بين آآ الامر يدور بين الف وباء لا يجتمعان ولا يرتطعان. اذا اذا لم تصدق جزئية يعني متصلة واتفاقية جزئية يأتيه النقيض ما هو النقيض? ليس البتة اذا كان جيم دال فالف نعم فاما ان نعكس ان نعكس الى ما يضاد الاصل او يناقضه او نجعله كبرى لصورة جيد الآن نعكس هذا الأمر ليس البتة اذا كان جيم دال فالف باء سالب الجزئية آآ سالب الكلية تنعكس مثل نفسها. ماذا تصير? صر ليس البتة الف باء جمدر يعني الاصل ينتفي نقيض الاصل نقيض الاصل فليس البت اذا كان جيم دال فالف باء عكسها اه تنعكس مثل نفسها فليس البتة اذا كان الف باء جيم دال خلاف الاصل نقع في التناقض الاصل ولا فاما نعكس الى ما يضاد الاصل او يناقضه نعم هنا يضاد وليس يناقضه لان اه الكلية الموجبة في مقابل السالبة الكلية تضاد او نجعلها كبرى للصغرى كبرى للصغرى اه نعم عندك جيم دال هنا وعندك الف باء جمدال تصير آآ من الشكل الثاني كما سيأتيه ان شاء الله في الشكر الثاني اه نعم. الشكل الثاني  لا ليس الشكل الثاني اي او نجعلها كبرى للصورة. للصورة تجي ميدال هو الموضوع. جيم دال هو المحمول</w:t>
      </w:r>
    </w:p>
    <w:p>
      <w:r>
        <w:t>لا يصير نعم المهم والسالبة الكلية تنعكس كنفسها في اللزوم والإتفاق هذي بينا يعني ليس البتة اذا كانت جيم دال فهو الف باء تنعكس ليس البتة اذا كان الذ جدال خلاف الاصل فاذا صدق ليس البتة اذا كان الف باء فجمدان فليس البتة اذا كانت جيم دال الف باء والا فقد يكون اذا كان جمدا ثم يعمل ما تقدم في الموجبة من العكس او استعمال القياس يعني اما تستعملو القياس تجعلها كبرى لصغرى اولى فنصل الى ماذا? الى انتفاع الاصل الأصل ما هو آآ كل ما كان او قد يكون اذا كان الف باء فجيم دال هذا يرتفع فإذن العكس الذي يؤدي الى ارتفاع الاصفر وباطنه اذا ليس السالبة كليا. اذا موجب يجوز هي ثبت المطلوب نعم والسالبة الكلية تنعكس كنفسها في اللزوم والاتفاق. فاذا صدق ليس البتة اذا كان الف باء الجيم دال فليس البتة اذا كان آآ اذا كان جيم دال فباء مع  شوي في تعبير العلم الحلي آآ غير منهجي. مفروض يكون هكذا فاذا صدق ليس البتة اذا كان الف باء يعني هنا اه يضاد الاصل نأتي الى ظد الاصل منين خرجتو ضد الاصل? خرجتو من من من الجزئية من ناقض الجزئية فيخرج لك بعد ماذا؟ يخرج لك آآ هنا يخرج النقيض فليس البتة اذا كانت جمدال فالف اذا عندك انت الأصل موجبة كلما كان او قد يكون خلينا في الكلية كلما كان الف باء فجمدا يعني في كل الاحوال الف باء يستلزم جمدا او في اتفاق بينه وبين اي جمدل يعني ما في الية ومعلومية الا انه في تواجد مع بعض نعم البتة البتة نعم ليس البتة اذا كان الف باء جيم دال هذا هو اه مضاد الاصل فليس البتة اذا كان جيم دال فعليه باء اذا عندنا تضاد اذا لا يمكن ان يكون تضاد او تناقض اذا العكس ما هو جزئية قد يكون اذا كان جندا فالف باء نعم والا فقد يكون اذا كان جيم دال نعم وهذه هي النتيجة ثم يعمل ما تقدم في الموجبة من العكس او استعمال القياس. هنا لم يستعملوا القياس استعملا آآ العكس فقط نعم القياس اه القياس هنا بدار اه جاءه جاء به في المتن نعم نقول ليس البتة اذا كانت جيم دال الف باء قضية سالبة كليا نعم عكسه سلب كله على الفرض ليس البتة اذا كان الف باء جيم دال تصير قضية نقيضة نقع في التناقض نعم نقع في التناقض تقول هكذا كلما كان الف باء جيم دال وتقول ليس البتة اذا كان جمدان والف باء هذا هو الاصل الاصل كلما كان الف باء جيم دال ووصلنا الى نقيض العكس اذا بنانا عليه ليس البتة اذا كان جمدا الحد الاوسط جمدان احذفه ماذا يبقى يبقى آآ هكذا. ليس البتة اذا كان الف با والبا وهذا هو الخلفون نعم واضح والسالبة الجزئية لا تنعكس سالبة الجزئية لا تنعكس فانه يصدق قد لا يكون اذا كان زيد حيوانا فهو انسان نعم قد لا يكون اذا كان زيد حيوان فهو انسان التي تصدق لان الزيت قد يكون اسدا مثلا فهو انسان ولا يصدق قد لا يكون اذا كان زيد انسان فهو حيوان. هذه لا لان هنا زيد ادرجته تحت مطلق الحيوان. يعني قد يكون حمارا قد يكون اسدا يعني صادقة. قد لا يكون اذا كان زيد حيوان فهو انسان. قد يصدق على الحمار وكذا. تقول لي زيد. يقول لك نعم زيد هنا ما تذهب الى المعنى اذهب الى مطلق الاندراج. هنا المنطق الرياضي كشف هذا السر ما ركز على المعاني لاحظت المعاني كم تشوه واش تزيد قد لا يكون اذا كان زيد حيوانا فهو انسان قل لي شيخنا زيد زيد لا لا تنظر الى المعنى انظر الى الثورة يعني زيد يندرج تحت مطلق الحيوان. قد يكون حمارا قد يكون فيلا قد يكون اسدا نعم اذا قد لا يكون اذا كان الزيتون حيوان ولا يصدق. انظر الثانية لا تصدق. يعني الثورنة والمعنى واحد ولا يصدق قد قد لا يكون اذا كان زايدون انسان فهو حيوان لا اذا كان زيد انسانا يكون حيوان بالضرورة. لأنه كلما كان انسان فهو حيوان بالضرورة واما المنفصلة فلا مدخل للعكس فيها لعدم تمايز اجزائها بالطبع في الترتيب. نعم قلت لك تقول العدد اما زوج واما فرض يمكن ان تقلبها. تقول العدد اما فرض واما زوج. فان المقدمة انما يتميز عن التالي في كونها مقدما. وكون التالي تاليا بالواضع على ما تقدم وليس طبعا هنا قدست تغير الوضع الوضع ما اقول شيء اما العدد واما زوج وا فرض انا وضعت زوجية سابقة ممكن نغير. العدد اما فرض واما زوج. انا اضع كما اشاء نعم ليس بالطبع. الطبع يعني مثلا عندك اثنين وثلاثة لسابق الثلاثة والثلاثة بالطبع سابقا اثنين ما تقدر تضع الثلاثة في مكان اثنين. اذا وضعت الثالث ثلاثة في مكان سد صفر اثنين واثنين اذا احتلت مكان ثلاثة صفر ثلاثة هذا هو التقدم والتأخر بالطبع يقول العكس لا يتابع الاصل في الكذب. نعم هذه قاعدة نعم نعم الاصل اذا اه كذبا ليس بالظرورة ان يكون العكس اه كذبا. اما اذا كان الاصل صادقا لا يكون ابدا العكس كذبا قال فهذه احكام العكسين. عكس المستوى عكس النقيض لا فرق وقد تبين حال الكمية والجهة اعني ان حفاظهما في بعض الصور دون البعض واما الكذب فانما فانما لا يحفظ لان حمل خاص على جميع اشخاص العام كاذب ايجابا وسلبا. نعم. لان حمل الخاص على جميع اشخاص العام كاذب. تقول اه كل حيوان انسان غير صحيح كل حيوان انسان هذا غير صحيح حمل الخاص على جميع مصاديق العام غير صحيح كل حيوان انسان من اين يعني الاسد انسان نعم مبدأ التناقض هنا ينفي الملف ومبدأ التناقض. يعني اذا قلت كل حيوان انسان خذ الاسد حيوان ام لا? فماذا يصير الاسد? يصير الاسد حياء انسان دخل مبدأ الهوية الأسد اسد انسان وانسان تنتفي الهوية في الأسد وتنتفي الهوية في الانسان هذا هو الاصل نعم نعم لان حمل الخاص على جميع اشخاص العام كاذبون ايجابا وسلبا. يعني في الايجاب والسلب لا فرق وعكسهما بالوجهين صادقون نعم تقول بعض الإنسان حيوان صادق معنى الاصل اه كاذب واصل ما هو كل حيوان انسان هذا اصله كذب والعكس بعض آآ الانسان حيوان صادق اقول اراد بالعكسين المستوي والنقيض هذه واضحة. وقد تبين ان وقد تبين ان الكمية والجهة قد تنحفظ في بعض السور كما في السالبة الضرورية ولا تنحفظ للبعض الاخر كالموجب الكلي الضرورية نعم واما الكذب نعم الكذب يعني اذا صدق آآ اذا كذب الاصل هل بالضرورة يكذب بالعكس لا فلا يحفظه العكس على ما تقدم. لان حمل الخاص حمل الانسان على</w:t>
      </w:r>
    </w:p>
    <w:p>
      <w:r>
        <w:t>جميع مصاديق الحيوان تقول كل حيوان انسان كذب على جميع اشخاص العام كاذب ايجابا وسلبا. كنا في الايجاب او كنا في السلم فانه يكذب كل حيوان انسان واضحة جدا ولا شيء من الحيوان بانسان كاذبة كذلك وعكسها ايجابا وثابا سلبا صادقا بالوجهين. اعكس كل حيوان انسان تقول بعض الإنسان حيوان صادق اعكسها بعكس النقيض تقول آآ لانسان لحيوان صادق مع لا شيء من الحيوان بانسان كذبا نعم لا شيء من الحيوان بإنسان كاذبة عكسها تقول آآ اه بعض الانسان اعكسها عكس المستوى لا شيء من الحيوان بإنسان وهذا هذا كاذبة تقول بعض الانسان اه ليس بحيوان هذه كاذبة لا شيء من الحيوان بإنسان كذبا نعم تنعكس يعني نضع الانسان موضوعا والحيوان محمولا تقول آآ لا شيء من انسان بحيوان كاذبة اذا تقول اه اه لا شيء من الحيوان بإنسان صادق بالوجهين مج كل حيوان انسان الذي فهمناه بعض الانسان حيوان صادقة لا شيء من الحيوان بإنسان هذه اصل كاذب اذا في العكس عكس الناقين الساهلة سهلة اه لا انسان لا لا حيوان نعم  لا انسان حيوان نعم لا انسان قد يكون الاسد فالعكس في في في العكس النقيض العكس صادق لكن في عكس المستوى لا شيء من الحيوان بإنسان ضع الإنسان في الموضوع والحيوان في المحمول نعم تقول انسان حيوان لا شيء من الانسان حيوان لا ما تجي لا شيء من انسان بحيوان لا خاطئة نعم لا شيء من الحيوان بانسان لا شيء من الانسان بحيوان كذب نعم كيف يكون العكس اه صادقا لا شيء من الحيوان بانسان عكس النقيض تبين لنا نعم ان لا انسان هو حيوان لا انسان هو حيوان لا انسان الاسد هو حيوان صادق لكن في عكس المستوى عكس المستوي سالبة الكلية اذا عكسناها كما هي تقول لا شيء من الانسان بحيوان كاذبة نعم بعض الانسان حيوان صادقة لكن اين السلب? السلب غير موجود نعم اما الموجبة فان عكسها المستوي هو قولنا. بعض الانسان حيوان. واضحة؟ صادقة. هذه بيناها واما السالبة في عكس النقيض تبين لي في عكس المستوي لم يتبين لي. نشوف ماذا يقول الاعلام المحلي. واما السالبة فان عكس نقيض عكس ناقضه ليس بعض ما ليس بانسان ليس بحيوان ليس بعض ما ليس بإنسان يعني انسى ليس بحيوان نعم ليس بعض ما ليس بانسان نعم ليس بحيوان صادقة يعني ليس بعض ما ليس بانسان بحيوان الصادقة يعني انت المفروض  المفروض ليس بعض الايس يعني النفي دخوله على النفي يعطي الاجابة نعم ليس بعض ما ليس بانسان بعض ما ليس بانسان من الاسد اذا تقول ليس الاسد ليس بحيوان نعم صادقة فحينئذ المتابعة في المتابعة في الكلب غير ثابتة. نعم. اذا اذا كذب الاصل لا يعني ان  العكس يكذب والسر هو مبدأ التناقض نعم انتهى بحثنا في اه العكس المستوي وبجهاته وعكس النقض بجهاته ندخل في الفصل الاساسي الذي هو المنطق القياس ثم مصادق القياس. القياس البرهاني وغير البرهاني الذي يتبع القياس الفصل الرابع في القياس. نعم يأتي ان شاء الله في الحصة الاتية. اللهم صل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