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فصل جديد الى الفصل الرابع في القياس وقلت لكم هذا هو مخ المنطق. بعضهم يعرف علم المنطق هو علم الاقيس. علم الحجج نعم يقول القياس قول. قول يعني قضية ديسكور خطاب نعم مشتمل على اقوال يلزم من وضعها بالذات بالذات لاخراج ما بالعرظ ما هو سيأتي بيانه قول اخرون بعينه اذا اضطرارا نعم ليس ضرورة النتيجة بل ظرورة الالتزام. يعني انت اذا بنيت على مقدمتين  وتولدت النتيجة القول الآخر هذا اللزوم ضروري ليس ضرورة النتيجة. في لزوم النتيجة وفي لزوم الانتاج هنا الحديث عن لزوم الانتاج. ضرورية الانتاج وليس ضرورية نتيجة هادي سطرها من الان قاعدة ذهبية يقول القياس قول ديسكور خطاب خطاب معنوي خطاب عقلي ليس الخطاب اللفظي قد يترجم في الخطاب اللفظي لا بأس وخطاب ذهني معنوي قول مشتمل على اقوال  اذا القياس له مقدمات يلزم من وضعها اذا وضعناها الإنتاج يكون ضروري وليس النتيجة قد تكون النتيجة ضرورية وقد لا تكون يلزم اي ضرورة الانتاج من وضع هذه المقدمات بالذات لانه قد تكون الإنتاج ضروري وليس ببركة المقدمات لعامل خارجي ما هو سيتضح لك يلزم من وضعها من وضع هذه الأقوال بالذات لإخراج ما بالعرظ قول اخر وهو النتيجة بعينه اضطراران نعم اضطرار الاشارة الى ضرورة الانتاج كقولنا ينظر كل انسان حيوان وكل حيوان جسم نعم هذه هذه هي الاقوال فانه يلزم من وضعها وضعها كمقدمات نعم بالذات ان كل انسان جسم لأن الحيوان يختفي يختفي في النتيجة الحد الاوسط الا للنتيجة اكتب هذه القاعدة قاعدة فلسفية نطبقها في الحقل المنطقي اكتب سؤال لماذا الحد الاوسط يختفي في النتيجة? سؤال لماذا الحد الاوسط يختفي في النتيجة? الجواب فلسفي لان الحد الاوسط علة للنتيجة والنتيجة معلولة فلسفيا ومنطقيا ومعيارية ان العلة لا يمكن ان تكون في مرتبة المعلوم اذا كانت العلة في المرتبة المعلول علة وليس بعلة مبنى التناقض يجب ان تبقى في مرتبتها الراقية اذا نزلت الى المعلول صارت معلولة. فعلة وليست علة مبدأ الطلاق هذا هو السر سر اختفاء الحد الاوسط في النتيجة لانه علة للنتيجة والعلة تكون في مرتبة المعدول سجلها عندك هادي ولهذا هنا الحيوان علة للانتاج فيختفي كل ان سان حيوان وكل حيوان جسم فانه يلزم من وضعهما يعني من وضع المقدمتين وهما كل انسان حيوان وكل حيوان جسم بالذات ليس بالعرظ ان اه كل انسان جسم اذا من جر الجسمي للانسان? حيوانية. فالانسان جسم بحيوانيته وليس بحقيقته الانسانية اذا من يقول ان المعاد جسماني بهذا الجسم العنصري الحيواني ما يعرف الحقيقة الانسانية نعم فذلك قياس وهذه نتيجة. يعني العملية تقول كل انسان حيوان وكل جسم وكل حيوان الجسم هذا قياس ينتج ماذا? كل انسان جنيز وكل واحد من القولين مقدمة وهي قضية جعلت جزء قياس واجزاء حدود. خلينا نبين مسألة وهي ظهرت لنا الان مفاهيم ثانية منطقية جديدة نعم المفاهيم المنطقية ما هي? المعقول الاولي المنطقي اه المعقول الثاني المنطقي يتجلى يتعين. الان ظهرت مفاهيم منطقية جديدة اولا القياس القياس يعني مفهوم القياس معقول ثاني منطقي كيف دقق معي جيدا كل انسان حيوان وكل حيوان جسم النتيجة كل انسان هادي العملية سميها سين هي قياس سين معقول اولي لأن عمليات ذهنية واقعيات كيانية كيانات ذهنية ننعتها به يعني تتعين بحيث هي القياس هذه الحيثية يحكيها بمفهوم القياس. اذا مفهوم القياس يحكي تلك الحيثية لهذه العملية. يعني تلك الهيئة لهذه العملية الفيك رياء اذا كانت بهذا الشكل قول ينتج قول بكل عملية ذهنية عندنا هذه الحالة فعندنا القياس فمفهوم القياس معقول ثاني منطقي هذا المعقول الأول اذا كل انسان حيوان لوحدها مقدمة قضية داخل القياس تنعت بالمقدمة كل انسان حيوان سميها سين مقدمة. سين معقول اولي مقدمة معقول ثاني. اذا مفهوم المقدمة معقول ثاني منطقي. مفهوم المقدمة يحكي تموضع القضية في قياس اذا عندك قضية مثل كل انسان حيوان اذا تموضع في القياس يعني تحيث بحيثية. هذه الحيثية معي هي هي المقدمة. من يحكيها? مفهوم المقدمة وهكذا الامر زيد النتيجة تقول كل انسان جسم لا تسمى مقدمة هنا تسمى نتيجة. سماها سي سين نتيجة. سين معقول اولي ما هو? كل حيوان عقله بالعرف بالبيولوجية بالفلسفة لا يهم النتيجة يعني هذا الخطاب وهذه القضية في متن القياس صارت نتيجة تعينت بي حيث هذه الحيثية هي النتيجة نريد نصنع لها مفهوما منطقيا مفهوم النتيجة. اذا مفهوم النتيجة لا يحكي كل جسم كل كل انسان جسم  يحكي ذلك التحيف كون هذا الخطاب ناتجا من مقدمتين هذه النكت سجلها عندك جيدا اعيد القياس القياس ما هو? قولنا كل انسان حيوان وكل حيوان جسم والنتيجة كل انسان ماذا هو القياس? يعني هذه العملية الذهنية تحيثت بحيث خلينا من الخطابات اركز فقط على الحيثية تعين تعين بها هذا الخطاب يحكي عن نظم خاص هذا النظم الخاص هو القياس نصنع له مفهوم الحصولين مفهوم القياس. يحكي تلك يعني تلك الهيئة نعم قول هنا في المحور الدلالي انه يعرف اما دينا او تقول لا شيخنا هنا تعرف يعطينا معرفة كل محور لكن الحدثيين ان يقولون محور آآ اه السيمو محور الدلالي قول دي سكور خطاب مشتمل على اقوال كم خطاب? اثنان الصغرى والكبرى المقدمة الاولى والمقدمة النتيجة يلزم يعني يتفرع عنه قهرا من وضعهما بنحو ما بالذات ليس بالعرصية تأتي قول اخر خطاب اخر ما هو? كل انسان جسم خطاب ام لا? خطاب يعني قضية بما انها تفرعت في داخل قياس تسمى النتيجة بعينه اضطرارا يعني ضرورة الانتاج. كقولنا مثال كل انسان حيوان هذا قول خطاب وكل حيوان جسم قول خطاب يعني صنف الاقوال فانه يلزم من وضعهما بالذات على هيئة ما يلزم بالذات ان كل انسان جسم يعني ضرورة الانتاج. وليس ضرورة النتيجة فذلك قياسون. يعني هذا هذه الهيئة وهذه نتيجة. القياس كل انسان حيوان وكل حيوان جسم يولد نتيجة كل انسان جديد وكل واحد واحد من القولين يعني القضية الاولى كل انسان حيوان كل حيوان جسمه مقدمة. اين? في القياس خارج القياس يسمى قضايا نعم وهي قضية جعلت جزء قياس. نعم ما معنى المقدمة? قضية جعلت جزء قياسي. اذا متى تتعين بهذا التعين? المقدمة الذي يحكيه المعقول الثاني المنطقي مفهوم المقدمة. تقول اذا جعلت جزء قياس واجزاءها حدود نعم الزاوية والحدود خذ مثلا هذا الخطاب كل انسان حيوان انسان حد والحيوان حدو انسان حد اصغر حيوان حد اوسط نعم في قولنا وكل حيوان جسم الحيوان حد اوسط الجسم الحد الأكبر</w:t>
      </w:r>
    </w:p>
    <w:p>
      <w:r>
        <w:t>كذلك وصلنا الى اه آآ ثلاثة مفاهيم منطقية مفهوم الحد الاصغر مفهوم الحد الاوسط مفهوم الحد الاكبر اذا كم مفهوم منطقي مفهوم القياس مفهوم المقدمة مفهوم النتيجة مفهوم الانتاج القطعي نعم مفهوم اه الحدود الحد الاوسط والحد والحد الاكبر نعم وماذا بقي نعم هذه هي كلها عبارة عن مفاهيم منطقية ثانية. نعم. مفهوم القياسي يحكي تلك العملية التي حدثت في الذهن. ما هي العملية كله انسان حيوان قوله انضم اليه قول جديد وكل حيوان جسم انتج نتيجة ما كل انسان هذه العملية الذهنية لها حيثية تعينت بتعين ما نعم تعين واقعي في افق الدين في دائرة الفكر جيد يجب ان نفصله بمفهوم نقول مفهوم القياس   ثم نأتي الى القول الاول كل انسان حيوان نقول صغرى القياس كل حيوان الجسم كبر القياس   المقدمة لوحدها يعني القضية لوحدها في القياس كل انسان حيوان داخل القياس مقدمة كل انسان جسم نتيجة حد اوسط حد اسخر حد اكبر نعم هذه كلها حيثيات في هذه العملية الذهنية نأتي ونفصل هذه الحيثيات ونجزئها ونعم تجزيء التحليلي يعني التحليل هو الذي يقوم بهذا العمل اذا جزئناها نريد نعقلها في دائرتها ثم نقول مفهوم القياس مفهوم المقدمة مفهوم الحد الاوسط مفهوم الحد الاكبر مفهوم مفهوم الحد الاصغر مفهوم النتيجة مفهوم الانتاج مفهوم المقدمة كل هذه الأمور نفصلها فنصنع لها المفاهيم لأننا طبيعة المفاهيم طبيعة تخندقية للفهم لان الفهم لا يكون مشوبا. اقول لما فرغ من البحث عن القضايا واحكام بها لان القضايا مقدمة للاقيس هذه القضايا كمقدمة نأتي ونجعلها في عملية جديدة تسمى عملية الايه استدلال. القضايا تنتج بعملية الحكم القياس او الاستدلال ينتج بعملية اذن عملية جديدة فصلها في فصل خاص الفصل الرابع نعم اذا القضايا التي تنتج بالحكم نأتي ونستثمرها في القياس في عملية الاستدلال نضعها في عملية ما تسمى مقدمة نعم لما فرغ من البحث عن القضايا واحكامها شرع في البحث عن القياس المركب منها نعم ولهذا قال اقوال نعم لانه المفيد لاكتساب التصديقات جميل هذه العبارة انا ما بينتها وبينها جميل لانه القياس المفيد لاكتساب التصديقات عند القدماء موظوع علم المنطق هو التعريف الموصل الى التصور والاستدلال الموصل الى التصديق. الحجة الموصلة الى التصديق اذا القياس يوصلنا الى التصديق. يعني نصل الى نتيجة نصدق بها وهو جزء الغرض من هذا العلم. نعم جزء الغرض من هذا العلم وجزء الغرض من هذا العلم الجزء الأساسي من هذا العلم العلم يعني يلحق تقي وعرف القياس يعني المحقق الطوسي او عرف القياس مبني مجهول بانه قول مشتمل على اقوال قول يعني كيسكون خطاب مشتمل على اقوال اقوال يعني المقدمات يلزم يلزم يعني ضرورة الانتاج من وضعهما بالذات يعني على هيئة خاصة هي القياس قول اخر بعينه اضطرارا. قول اخر يكتب تحتها النتيجة اضطرارا يعني ضرورة الانتاج بينا هذي فالقول شامل للمسموع والمتخيل يأتي ويطبق اه القاعدة المنطقية اه القياس يكون مانعا وآآ جامعا اه ومانعا نعم مانعا للاغيار وجامعا الامثل يقول جامع ومانعون اقول فالقول شامل للمسموع والقياس لا القياس لا مسموع ولا متخيل عقلي معنوي نعم كما ان القياس يطلق على الافكار الذهنية. نعم ذهنية يعني المعنوية المتألفة تأليفا ذهنيا يتأدى به الى النتيجة اذا لاخراج المسموع المتخيل نعم قال قول قياس قول مشتمل على اقوال يلزم من وضعها بالذات قول اخر بعينه اضطرار يخرج المسموع المتقيل نعم كما ان القياس يطلق على الافكار الذهنية يعني المعنوية لا يمكن ان تتخيل انت القياس. تتخيل الالفاظ نعم اما القياس لا لان معنوي   المتألفة تأليفا ذهنيا يتأدى به الى النتيجة. هذا التعريف هو القياس ويطلق على الالفاظ المسموعة التي يلزم منها النتيجة نعم وايراد الشام للامرين في وايراد الشامل للامرين في حد مثله سائق بالواجب انا انا تصورت انه يخرج المسموع المتخيل يعني المتخيل والمسموع خاصية للألفاظ وليس للقياس الذهني يعني باعتباره في الفاظ يسمع ويتخيل الا ليس من خصوصية القياس الفكري ان يسمع او يتخيل وقولنا مشتمل على اقوال احترز عن من القضية الواحدة المستلزمة لعكسها وعكس نقيضها وكذب نقيضها هذه مشتمل على اقوال واضحة جدا لاخراج العكس المستوي والعكس عكس النقيض وقولنا يلزم من وضعها بالذات قول اخر احتراز من الاقوال التي لا تستلزم شيئا. نعم يريد يبين هذه النقطة القياس منتج منتج بالظرورة ليس النتيجة ظرورة منتج بالظرورة اذا في بعض الاقوال لا تنتج هذه اخرجها وانما قولنا من وظع وانما قلنا من وظعها لاننا نشترط صدق المقدمات بالفعل. نعم واضحة جدا وهنا اكتشف ارسطو صورنة القياس وجمال المنطق هو اه انه صوري وعجيب كل الضربات التي ظرب بها المنطق لاجل هذه المسألة. يقولون صوري لا يولد المعرفة قال ان المنطق يولد المعرفة. المنطق اطار معيار الذي يولد المعرفة هو النشاط الانساني بمعطيات اما معطيات حسية او معطيات جوانحية من النفس او من الوحي او من اقيس سابقة ينشط وينتج الفكر المنطق يقول له انا معيار. تخضع لي معاييري فكرك يكون صحيحا مطابقا للواقع. لا تخضع تكون في الظلال منطق جماله ان يكون صوريا اذا اخرجت المنطق من الصور يعني والمعيارية يصبح ليس بمنطق ولهذا يقول وانما قلنا من وظعها لاننا نشترط صدق المقدمات بالفعل. بل اه من كونها بحيث لو صدقت اللازمة من هالمطلوب ان يستورنا هادي هي الصورة انا وقولنا اخر احتراز من مجموع مجموع اي قضيتين كانت فانه يستلزم كل واحد منها لا ما يغاي لهما. يعني اه  دفعا لتحصيل الحاصل المقدمات لا تنتج نفسها ومستحيل ان تنتج نفسها. لماذا? لان العلة لا تكون هي المعلول. والمعلول لا يكون هو العلة اذا الانتاج حتما شيء اخر قضية معيارية. اذا لاحظت انت في التدقيقات المنطقية كلها هي معايير هذه المعايير العقلية التي بينتها انا مخصصة فقط مقيدة فقط نعم وقولنا في التعريف قول اخر في التعريف ماذا قال قال قول مشتمل على اقوال يلزم من وضعها من وضعها. ليس من ذاتها يعني اذا فرضنا انها صادقة تنتج بالضرورة بالذات يلزم من وضعها بالذات قول اخر يعني النتيجة او الاخر غير المقدمات والا وقعن في تحصيل حاصل. نعم. والاشكال كذلك تناقض وقولنا قول اخر احتراز من مجموعة اي قضيتين كانتا فانه يستلزم كل واحدة منهما لا ما يغايرهما ما لا يغادرهما. طبعا فيه نكتة هنا ذكرها جميلا اما ان ان المقدمتين ينتجان انفسهما وهذا تحصيل الحاصل والتناقض سير العلة هي المعلول والمعلول هو العلة هذا مستحيل واما لا ينتجان ما يغايرهما يعني النقيض مستحيل الشيء لا ينتجه اه نقيضه ابدا. لا تقول اه  مثلا كل الف باء وكل باجيم ينتج آآ لا لا شيء من الف مثلا مستحيل شيء لا يعطي ناقضه وهذا معيار عقلي سرمدي ومبنى التناقض وقولنا بالذات بالذات في اقيس تنتج ولكن ليس لذاتها</w:t>
      </w:r>
    </w:p>
    <w:p>
      <w:r>
        <w:t>يسمى قياس المساواة هذا قياس للمساواة تقول الف يساوي با وبا يساوي جيم الف يساوي جيم واضحة جدا وبديهية لكن ليس لعيون هذا القياس لكبرى مخفية ما هي? المساوي للمساوي مساوي. نعم. وقولنا بالذات احتراز عما يستلزم يستلزم النتيجة بواسطة مقدمة محذوفة اورد بدلها اه اورد بدنها عكس نقيضها كقول ان الجسم مؤلف هنا انا ذكرت بقياس المساواة الجسم مؤلف وجاب مثال اخر. الجسم مؤلف وكل ما ليس بحادث ليس بمؤلف نعم كل ما ليس بحادث يعني الواجب كل ما ليس بحادث ليس بمؤلف هذا قياس من الشكل الثاني يكتب الآن فلسفة الشكل الثاني ثم نصل اليه. الشكل الثاني دائما ينتج سالبة هذه القاعدة الاساسية  والمحمول اه والحد الاوسط محمول في المقدمة في مقدمة بالايجاب وفي مقدمة بالسلب. نصل اليه ان شاء الله ونفصل فلسفته. انظر اه الجسم مؤلف وكل ما ليس بحادث ليس بمؤلف انظر المؤلف محمول في المقدمتين ومن شروط الشكل الثاني آآ اختلاف في الكيف نعم. اذا الحد الاوسط مؤلف يختفي والنتيجة تكون سالبة نعم الجسم مؤلف وكل ما ليس بحادث ليس بمؤلف. تقولو اذن كل ما ليس بحادث ليس بجيسم نعم او تقول كل جسم ليس بي اه ما ليس بحادث يعني ليس باله فانه ينتج قولنا الجسم حادث يمكن الجسم مؤلف وكل ما ليس بحادث ليس بمؤلف احذف الحد الأوسط المؤلف نعم يعني ملاك ملاك اه حدوث الجسم لأنه مؤلف يحتاج الى مؤلف يعني مكون له مكونات مركب مؤلف يعني مركب هنا الجسم مؤلف وكل ما ليس بحالة ليس بمؤلف انزع الحد الأوسط يعني ماذا يأتي يت الجسم مؤلف وكل ما ليس بحادث وكل ما ليس بحادث ليس بمؤلف ثانوي ينتج قولنا الجسم اه المجلس محادثون نفي مركب بواسطة عكس نقيض الكبرى الناقد الكبرى ما هو؟ كل ما ليس بحادث ليس بجسمه نعم اعكسها ما ليس بمؤلف ما ليس ليس بمؤلف اذا المؤلف نعم كل ما ليس بحادث ليس بمؤلف اه نعكسها نعم كل ما ليس بمؤلف ليس بحادث ينتج ان الجسم حادث بواسطة عكس نقيض الكبرى عكس الناقص الكبرى هو كل ما ليس بحادث ليس بمؤلف هذا عكس النقيض عكس النقيض مواقف موافق فتقول ما هو مؤلف بواحد ما هو مؤلف حادث اجمعها الى الصغرى. الجسم مؤلف كل مؤلف حادث الجسم حادث اذا القياس ليس لعيون المقدمات لمقدمة اخرى وعن مثل قياس المناساوات كقولنا الف مساوي لباء باء مساوي اه الف مساوي لبا وباء مساوي لجيم فالف مساوي لجيم هل الانتاج للمقدمتين لا لنقدم غير وهي المساوي للموساوي المساوي او كل مساوي المساوي مساوي للموساوي هذه هي غير موجودة. الانتاج لها ليس للمقدمتين. اذا الإنتاج لمقدمة بالعرض هذه كلمة بالذات لإخراج هذه الأنواع من الأقيسة التي تنتج ببركة مقدمات خارج عن عن القياس. وقولنا بالذات ان شاء الله في الحصة الآتية نبدأ من هنا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