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وقولنا بالذات. لماذا في تعريف مفهوم القياس لا تقول تعريف القياس. تعريف مفهوم القياس لان القياس عملية ذهنية العملية الذهنية واقعية من الواقعيات الا انها في صقع النفس هذا لا يعرف هذا يلاحظ نعم   الاحظه في عمق نفسي هذا لا يعرف انت لا تعرف الشجرة في مقابلك. تعرف طبيعة الشجرة يعني مفهوم الشجرة الذي يعرف. اذا نعرف مفهوم القياس. يعني معنى القياس وليس القياس كعملية بذهنية اذا عرفت انت مفهوم القياس صارت عندك ظابطة تعريفية كل العمليات التي تحدث في الدين وفقا لهذه الضابطة هي عملية قياسية يعني عمليات ليا هذه فهمها جيدا قال في مفهوم القياس قول مشتمل على اقوال يلزم من وضعها يعني اذا فرضناها صادقة الإنتاج يكون ضروريا يلزم من وضعها بالذات قول اخر هو النتيجة بالذات نريد ان نبينه. نعم. وقولنا بالذات احتراز قيد احتراز لاخراج ماذا عما احتراز يعني لاخراج عما يستلزم النتيجة بواسطة مقدمة محذوفة اورد بدنها عكس نقيضها هذا المورد الأول المورد الثاني قياس المساواة كقولنا الجسم الصغرى القياس وكل ما ليس بحادث ليس بمؤلف وياسمين الشكل الثاني الجسم مؤلف وكل ما ليس بحادث ليس بمؤلف نعم فانه ينتج قولنا الجسم حادثون الجسم حادث بواسطة عكس نقيض الكبرى. الكبرى ما هي? كل ما ليس بحادث ليس بمؤلف. يعني من صنخ لا الف لا باء عكس النقيض ما هو? باء الف باء الف نعم لا اه لا الف لا باء لا باء لا الف لأن السلب محفوظ في عكس النقيض لا الف لا باء نعم انا اشتبهت لا الف لا باء تجعل باء الف كانك قلت لا لا باء لا لا الف. نفيا نفيا نفي اثبات اذا لا الف لا باء يصير با الف عندك هنا كل ما ليس بحادث يعني لا حادث كل يوم الهم ليس بمؤلف لا باء عكسها صير كل باء الف او بعض باء الف على الاقل نعم عكس تقول كل مؤلف حادث كل مؤلف حادث هادي هي الكبرى الجديدة ببركة عكس النقيض وعندنا الصغرى السابقة الجسم مؤلف وكل مؤلف حادث احذف الحد الأوسط المؤلف. تقول كل جسم حادث اذا الانتاج ببركة عكس النقيض وليس ببركة المقدمات اذا هذا ليس بالذات بالعرظ الدجع وعن مثلي يعني واحترازي عن مثل قياس المساواة كقولنا الف مساوي لباء وبا مساوي للجيم نعم فانه ينتج الف مساوي للجم الف مساوي للجيم بواسطة بواسطة بواسطة مقدمة محذوفة. وهي قولنا المساوي للموساوي المساوي. او كل مساوي لمساوي مساوي وكذا قولنا الدرة في الحق او الحق في البيت فالضر في البيت. وغير ذلك من النظائر. يعني مم اه الداخل في شي اه الدخل في شيء الداخل في شيء اخر داخل في الشيء الاخر وقولنا بعينه احتراز بعينه بالتعريف قول اخر بعينه هذا قيد وقولون بعين احتراز عن قولنا لا شيء من الحجر بحيوان قضية صادقة  يعني كل مصداق صادق عليه الحجرية لا يصدق عليه الحيوانية وكل حيوان الجسم نعم هذه صادقة يعني لان من مكونات الحيوان جسم ناعم حساس متحرك بالارادة نعم لانه ليس بقياس نعم اذ لم يلزم منه قول يكون الحجر فيه آآ موضوعا موضوعا نعم والجسم محمولا نعم لا شيء من الحجر بحيوان وكل حيوان جسم نعم ما في يعني  السر هنا في سر رائع جدا نخلو في الاقيساء اذا دخلت فيه  وتفصيله لا نخرج فيه نزاع شديد بين الفخ الرازي ليس بين الفخ الرازي والمحقق الطوسي بين المنطقيين الفخ الرازي ادلى بدلوه والمحقق الطوسي ادلى بدلوه. يعني في حلان الحلل الفخروي والحلة الطوسي نعم بين ان الحد الاوسط لم يتكرر انظر لا شيء من الحجر بحيوان هنا بينونة مهوية نعم هنا حيوان يعني العنوان الحيواني يعني طبيعة الحيوان لا تصدق على طبيعة الحجر. واضح جدا. يعني طبيعة الحيوان تنفصل كليا عن طبيعة الحجر صادقة حيوان غير الحجر. الاسد غير الحجر وكل جسم وكل حيوان جسم هنا الحيوان ليس الحيوان السابق هذا الحيوان الحيوان العام حيوان بقيد العبو اكتب الان. اكتبها بنحو الفتوى اذا وصلنا الى الاقصاء الحملية ابينها بالتفصيل الان اكتب فقط بنحو الفتوى لانه جاء بهذا المثال  اه اصلا القياس لا ينعقد لماذا? لان الحد الاوسط لم يتكرر اكتب لا شيء من الحجر بحيوان هنا الحيوان الا بشرط يكتب لا بشرط المقسمي الا بشرط ما سمي  هذه النكتة استفدناها حينما كنا ندرس شرح الاشارات للمحقق التونسي في نزاع بين المنطقيين الفخ الرازي اتى بحل غير صحيح المحقق الطقوسي اتى بالحل الصحيح اكتب لا شيء من الحجر بحيوان يعني الذي شرط المقصد يعني طبيعة الحجر وكل حيوان الجسم حتى لكل ما نحتاج لان الجسمية داخلة في تعريف الحيوان نعم حيوان جسمه يكتبون الحيوان الا بشرط القسم القسمي الاول الذي شرط مقصمي الثاني لا بشرط قسمي الحد الاوسط لم يتكرر فالقياس خطأ القياس خطأ نعم فلا يمكن ان تنتج انت لا شيء من الحجر لان الجسم الحجر جسم فانه ليس بقياس لماذا? لان الحد الاوسط لم ينعقد هذه ابينها بالتفصيل ما معنى الا بشرط القسم ولا بشرط المقسمي? منين جات هذه? سابينها ان شاء الله لانه ليس بقياس اذ لم يلزم منه قول يكون الحجر فيه موضوعا والجسم محمولا تقول لا شيء من الحجر بالجسم مع انه يلزم منه قول اخر وهو قولنا بعض الجسم ليس فبعض الجسم ليس بعض الجسم ليس اصلا هذه ليس ليس ليست قضية وانما هو اه مفردة مفردة تصورية. نعم. بعض الجسم ليس ليس ماذا؟ وقولنا اضطرارا خلي هذه ان شاء الله اذا وصلنا الى القياس الاقتراني الحملي اتي بها وابين لكم الا بشرط المقصمي ولا بشرط القسم لنوم ابتكار من الابتكارات الرائعة في المنطقة وقولنا اضطرارا يعني ضرورة لزوم لزوم النتيجة وليس النتيجة الضرورية ضرورة الانتقام ضرورة الانتاج وليس ضرورة النتيجة وقولنا اضطرارا احتراز عن الاقوى التي يلزم منها قول في بعض المواد دون بعض يعني ليس ليس نحو الكلية كما لو قلنا لا شيء من الفرس بانسان وكل انسان ناطق فانه ليس فانه يلزم منه قولنا لا شيء من الفرس بناطق لكنه ليس بضروري اذ لو بدلنا الكبرى بقولنا وكل انسان حيوان لا كذب اللزوم. نعم لا شيء من الفرس بانسان وكل انسان حيوان ينتج لا شيء من الفرس بحيوان لا لكذب اللزوم. في علم انه ليس باضطراري. يعني لا تولد النتيجة. الانتاج لا يكون ضروريا. اذا الضرورية الانتاج بنحو ماذا? بنحو الكلية</w:t>
      </w:r>
    </w:p>
    <w:p>
      <w:r>
        <w:t>ليس في مورد دون مورد نعم يعني هنا اكتشفوا ان المنطق يعتمد على الصورة وليس على المادة وليس على المعاني سورة سورة القياس نعم واعلم ان لا اننا لا نشرط نشترط واعلم انا لا نشترط كون النتيجة ضرورية هذا الذي بينته ضرورة الانتاج غير ضرورة النتيجة نعم. بل كون الانتاج ضروريا وفرق بينهما جدا جميل هذا الحديث مين العلامة الحلية? وهو استاذه المحقق التونسي ولابن سينا يعني اللي ارسطو اذا القياس ضروري الإنتاج وليس ضروري النتيجة قد تكون النتيجة ممكنة لا تكونوا ضرورية لماذا? لان اذا بنينا على المقدمات اتمنى ان الإنتاج يكون ضروريا. نعم اذا كان الزايد حمارا وكل حمار هاق اه اذا كان لا تقول مو شرطية. قول حملية مثلا زيد حمار وكل حمار ينهق زيد ينهق. معنى النتيجة كذبة لكن الإنتاج ضروري انتاج ضوئي وهذا الحد آآ هنا اكتب آآ فائدة منطقية  بقدر المستطاع لا اترك نكتة في المتن لا ابينها نعم المشكل اين مشكل هذا المنطق اه معنوي كثير معنوي معنوي تجي لصبورة هكذا في في الفضاء من الصعب اه ضبطه. وهذا الحد ما هو في قوله قول مشتمل على اقوال يلزم من وضعها بالذات قول اخر بعينه اضطرارا هل هذا هو حد لا هذا رسم رسم لماذا? لأن العملية القياسية في الدين عملية معنوية وليست من الذوات حتى تعرف بالحد ليست من المخلوقات الذاتية متذوتا فليست بجيز ولا فصل اذا هذا وهذا الحد اكتب فوقها وهذا التعريف كل العبارة دقيقة الى هذا رسم وليس حدا الحد دائما بالجنس والفصل يعني عندنا مادة وصورة ما عندنا مادة وصورة في العمليات الذهنية وهذا الحد يعني وهذا التعريف شامل لما يكون اللزوم فيه بينة ده الشكل الاول الذي يلزم منه المطلوب لزوما بينا جليا ولما لا يكون بينان كالاشكال الثلاثة التي لا يظهر اللزوم الناتجة عنها الا بالرد الى الاول او غيره من الطرق. يعني هنا كلام صورني بامتياز يعني يركز على الصورة وليس على مظمون القظايا. نعم. يقول الشكل الاول واظح الانتاج. بين الانتاج الأشكال الأخرى تعود الى الشكل الأول حتى تتضح اه مشروع اياتها ان شاء الله اذا وصلنا الى الاقيسا اه نبين كيف ترد الى الشكل الاول نعم هذه فقط ملاحظة وهذا التعريف شامل لما يكون اللزوم فيه بينة من يكون اللزوم فيه بين اللزوم نعم كالشكل الاول الذي يلزم عنه المطلوب لزوما بينا جليا ولما لا يكون بينا كالاشكال الثلاثة يعني الشكل الثاني والثالث والرابع التي لا يظهر لزوم الناتج عنها الا بالرد الى الشكل الاول او غيره من الطرق كقياس والخلف مثال القياس اه قولنا مثال والقياس قولنا كل انسان حيوان مقدمة يعني صغرى القياس وكل حيوان جسم كبرى القياس الحد الاوسط هو الحيوان يعني الحيوان علة علة وصول الجسمية للايه? الى الانسان ما هو الإنسان حيوان ناطق فكك الحيوانية جسم النام حساس متحرك بالارادة. الجسمية مندرجة تحت الحيوان. هي يعني الحيوانية هي التي جرت الجسمية للانسان. هذا هو مدلول القياس كل كل انسان حيوان نعم وكل حيوان جسم فانه يلزم من وضعها بالذات ان كل انسان ديسم فمجموع المقدمتين قياسون وهذه نتيجة نعم وكل واحدة من القضيتين مقدمة اذا ادمجتا في القياس وهي اعني المقدمة قضية جعلت جزء قياس واجزاء المقدمة حدود مع الحد الاصغر العيسى حيوان الحد الأوسط والجسم الحد الأكبر نعم اقسام القياس قال والقياس بسيط ومركب والبسيط اما اقتران وهو الذي لا لا يكون لا تكون. وهو الذي لا تكون النتيجة بالعبقرية اللغة الفارسية ما عندنا مؤنث ومذكر يعني لا يكون النتيجة في ذهن بيضار رحمة الله عليه لا فرق نعم وهو الذي لا يكون النتيجة لأنه كتبها على ذهنه. نعم وهو الذي لا تكون النتيجة ولا مقابلتها مذكورة بالفعل في او استثنائي وهو ما يقابله اذا هنا تقسيم القياس الى بسيط ومركب قياس دائر بين النفي والاثبات يعني ما عندك حد اوسط بين البسيط والمركب فيه شيء لا يكون بسيط ولا يكون مركبا لا الدائر بين النفي والاثبات يعني مكونات غائبة بسيط مكونات موجودة مركب ثم البسيط يقسمه الى اقتران واستثنائي الملاك ما هو؟ اذا كانت النتيجة بالقوة في المقدمتين قياس اقتراني اذا كانت بالفعل ليست بالقوة قياس استثنائي نعم الإستثناء تقول اذا طلعت الشمس فالنهار موجود اذا طلعت الشمس فالنار موجود  هنا قال آآ اه وهو الذي لا تكون النتيجة ولا مقابلتها مذكورة بالفعل في القياس الاستثنائي النتيجة تكون هي مذكورة او نقيض النتيجة بقولنا اذا طلعت الشمس فالنهار موجود ثبت المقدم طلعت الشمس يعني انا فتحت الشباك رأيت الشمس طالعة فالنهار موجود نعم  النهار موت موجود نتيجة موجود في المقدمة اذا طلعت الشمس فالنهر موجود نعم او تقول اذا طلعت الشمس فالنهار موجود. النهار ليس بموجود. فتحت الشباك الليل تقول الشمس ليست طالعة شمس ليست طالعة هي النتيجة ناقضها موجود بالفعل اذا كانت الشنطة هذا هو بناء التقسيم اقول القياس منه بسيط كما تقدم مثاله ومنه مركب وهو المشتمل نعم على اقسام متعددة تجعل نتيجة احدهما مقدما في الاخر الى ان يحصل المطلوب قياس المركب يعني انت تأتي بقياس ثم النتيجة تجعلها في قياس اخر ثم في قياس اخر وهي تركب القياس واضح جدا المركب نعم اقول القياس منه بسيط كما تقدم مثاله نعم مم اقول اه كل انسان حيوان وكل حيوان جسم الانسان كله انسان جسم ومنه مركب. المركب ما هو؟ وهو المجتمع على اقيس متعددة تجعل نتيجة احدهما مقدمة في الاخرة الى ان يحصل المطلوب مثل ان يستنتج من قولنا كل وكل الف فكل جيم الف هذا هو القياس الاول ثم نقول كل جيم الف وكل الف دال فكل جندا فهذه نتيجة وهي قولنا كل جندا انما حصلت بقياسين فكان المنتج لهما مركبان نعم يعني تكفر الاقيسا حتى تنتج النتيجة الاخيرة والبسيط قسمان اقتران يعني نقسم البسيط الى اقتراني استثنائي الملاك هو تواجد النتيجة في المقدمات بالفعل او بالقوة. اذا كانت بالقوة اقتراني اذا كانت بالفعل او ناقضها بالفعل فهي استثنائي والبسيط قسمان اقتراني وهو ما لا يكون او ما لا تكون النتيجة ولا ناقضها مذكورا فيه بالفعل يعني في القياس مثل قولنا كل جيم باء وكل باء الف حد الأوسط باء احذفه النتيجة فكل جيم الف فهذه النتيجة لم تكن تكن مذكورة بالفعل يعني تكون بالقوة نعم في القياس وان كانت مذكورة فيه بالقوة هذه مذكورة بالقوة اشكل على القياس الاقتران انه دوري انت لا تحرز الكبرى الا اذا كان الاصغر في ضمنها فاذا استخرجت من من الكبرى الاصغر مرة ثانية يعني دور. يعني استهزاء بالعقل. اشكال واشكال قبل في زمان ارسطو ورد عليه ارسطو في تراثنا كذلك موجود والرب موجود نعم من الردود التي</w:t>
      </w:r>
    </w:p>
    <w:p>
      <w:r>
        <w:t>ذكرها العلماء منهم ابن سينا هذا هو ان القياس دوري اذا كانت بالفعل اما اذا كانت بالقوة لا في النتيجة بالفعل وفي المقدمات بالقوة واستثنائي مثل قولنا ان كان الف باء فجمدل  نعم لكن اب الف باء يعني ثبوت المقدم النتيجة فجيم فهذه النتيجة جدا جزء من الشرطية يعني مذكورة بالفعل نعم اه هي في التالي اذا كان الف باء فجيم دال التالي الف بوا المقدم يعني اذا كان الف باء الذي هو المقدم يعطينا فجيم اه يعطينا لكن الف باء يعني ثبوت المقدم يعطيك ثبوت التالي. ينتج ثبوت التالي. ما هو? فجيم فجيم دال فهذه النتيجة جزء من الشرطية التي هي مقدمة الاستثناء فهي مذكورة بالفعل في القياس مذكورة على المستوى التالي نعم على مستوى الثاني اذا وصلنا الى القياس الاستثنائي هناك نبين وبيناها ونكررها البنية التكوينية والبنية المعرفية. نعم بقول الحدثين البنية الأنطولوجية والبنية الإبليس  او نقول لكن ليست جندا  يعني نفي التالي ينتج فليس اذا انت فالتالي يكشف عن انتفاء المقدم فقولنا ليس با وان لم يكن مذكورا في القياس الا ان نقيضه مذكور في القياس ليس باب في القياس موجود الف باء فيسمى هذا استثناءيا لاشتماله على حرف الاستثناء. كلمة لكن اذا تقول اه اذا كان الف باء لكن لا الف باء لكن ليس الف باء يعني انتفاء التالي ينتفي المقدم النتيجة نعم ليس اليبا ليس الف باء موجود في المقدمة سورة النقيض ما هو الف باء نعم القياس الحملي اجزاء اه هنا بظرف بناء بين هذي نادي كيف تسمى باللغة العربية كتب القياس الحمل واجزائه لا قياس الحمل واجزاء نعم  يعني هذا القياس قال والاقتران يعني يبدأ بالبسيط القسم الاول ما هو? الاقتران التي تكون فيه النتيجة بالقوة وليس بالفعل قد يتألف من حمليات ومن شرطيات ومن كلتيهما. يعني الاقتران قد يكون خالص بالحمليات فقط قد يكون خالصا في الشرطيات قد يكون مشوبا في الحمل وفي الشرط نعم. اذا القياس الاقتراني لا يساوي مطلقا اه القياس الحملي. القياس الحملي بعض من اجزائه ونبدأ بالحمليات. انظر الحمليات دائرة من القياس الاقتراني. نعم يعني كل قياس حمل قياس اقتراني. وليس كل قياس اقتراني قياس اعمل ايه ونبدأ بالحمليات فنقول ما تمثلن به اقتران حمل نعم ما تمثلنا به اقتران حمله يعني اه تقول كل الف باء وكل باجي نتيجة كل اليوتيوب ما تمثلنا به اقتران حمل ما تمثلنا المفروض انت الآن في اه في متن استئنافي  نعم المفروض انت في متن استثنائي تأتي بمثال اخر او ما تمثلنا به كل انسان حيوان وكل حيوان جسمه النتيجة كل انسان جسم. هذا هو ما تمثلنا به ما تمثلنا به اقتران حملي يعني ما فيه شرطية. غياب الشرطي ونتيجته تشارك كل واحد من مقدمته بجزء نعم. يعني النتيجة ما هي? هي غياب الحد الاوسط فموضوعها هو الاصغر ومحمولها هو الاكبر يعني تزاحم الصغرى في موضوعها وتزاحم الكبرى في محمولها. يعني تشارك الصغرى في الموضوع وتشارك الكبرى في المحمول. هذا ما معناه اه ونتيجته تشارك كل واحد من مقدمته القياس بجزئين وكذلك المقدمتان يعني المقدمة صغرى تشارك النتيجة الموضوع والكبرى تشارك النتيجة في المحمول هذا ما معنى وكذلك المقدمة ويسمى موظوع النتيجة حدا اصغر مفهوم منطقي جديد. ومشاركتها فيه مقدمة صغرى ومحمولها ومشاركتها في مقدمة صغرى ومحمولها يعني محمول النتيجة حدا اكبر اكتشفنا مفهوم منطقيا جديد ومشاركتها مقدمة كبرى والمشترك بين المقدمة حدا اوسط علت النتيجة فيجب ان يختفي في النتيجة لانه علة علة النتيجة والعلة لا تكون على المستوى المحلول من شأنه ان يجمع الحدين هو الرابط بين الحد الاصغر والحد الاكبر اذن يربط يجب ان يختفي لا معنى ان يربط ويبقى يربط بين الحد او الاصغر والاكبر الذي هو النتيجة فهو يختفي من شأنه ان يجمع الحدين. يعني وظيفة الحد الاوسط ان يجمع الحدين الحد الاصغر والاكبر. ويسقط من بينهما نتيجة. يعني يختفي في النتيجة ملاك الاختفاء قلنا ان العلة لا تكون على المستوى المعلول نعم واقترانه مع الحد شكل نعم واقتران الحد الاوسط مع الحدين. يعني تواجد الحد لكيفية ما في المقدمة يسمى الشكل. اذا تغير التموضع يتغير الشكل الشكل الأول الشكل الثاني الشكل الثالث الشكل الرابع. لاحظت كيف اذا استخراج الاشكال الاربعة منوط بتموضع الحد الاوسط في القياس نعم. اقول يأتي ان شاء الله بيانه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