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والإخلاص وصلنا معكم الى هذه الفقرة اقول الاقتران لانه قسم القياس الى اقتران واستثنائي وملاك القسمة ذكرناه تواجد المقدمة بالفعل او بالقوة بالقوة قياس اقتراني  بالفعل او نقيض النتيجة استثنائي يقول الاقتران قد يتألف من حملة كما مثلناه في قولنا كل انسان حيوان وكل حيوان جسم اذا الاقتران الذي تكون النتيجة فيه بالقوة قد يتشكل من حمليات فقط قد يتشكل من شرطيات فقط قد يتشكل من الخلط ربط بين الحميات والشرطيات من الحملات فقط كهذا المثال كل انسان حيوان وكل حيوان جسم يعطيك النتيجة كل انسان جسم وهو المؤلف من حمليات صرفة فقط ما فيه شرطية ويسمى القياس الحملي اذا القياس الاقتراني دائرة عام والقياس الحملي دائرة داخل القياس قياس اقتران دائرة كبيرة. قياس الحمريدة كل هذه دائرا كبيرا وقد يتألف من شرطيات محضة قياس اقتران صغرى كبرى نتيجة مع انه من الشرطيات اه او مين هاوي من الحميات وهذا هو الخلط خلط بين الحملية والشرطية ويسمى القياس الشرطي بتشويش اصطلاح لان القياس الاستثنائي فيه الشرطية كذلك نعم كما تقول يمثل كل ما كان الف باء وكلما كان جيم دال  او تقول كلما كان الف باء وكل كل ما كان الف باء فجيم دال وكل اه دال ها وهكذا تشكل من شرطيات محضة حمليات محضة مخلوطة. مثال اخر مخلوطة وكلما كان الجيم دال دال هذي هي شرطية او تقول كلما كان الف باء جمدان وكل دال هادي هي الأخيرة مخلوطة كلما كان الف باء الجمدان الشرطية وكل دان دا لها حملية خلط تقسيم فقط تنظيمي وواقعي ليس جعليا ونبدأ بالبحث عن الحملات لانها ابسط القياسات فنقول يبدأ بالحمليات يعني القياس الاقتراني الذي لا ينطوي على الشرطيات ما تمثلنا به في قولنا كل انسان حيوان وكل حيوان جسم فكل انسان جسم هذه الامثلة فيها مسامحة. ولهذا لا نناقش هذه الامثلة فقط يريدوا ان يبين مسألة ان الجسمية تعبر الى الانسان من خلال الحيوان الانسان حقيقة ناطقية. حيوانية ارضية تعينه بالناطقية الحيوانية تأتيه بالجسم لأن الحيوان ما هو? جسمنا حساس متحرك بالإرادة اذن الحيوانية تجر الجسمية للإنسان قد تقول لماذا المسامحة شيخنا? هنا في مبدأ الهوية الانسان والحيوان والجسم كله في مبدأ الهوية لم ننتقل الى القضايا مبدأ الجوهرية وبالتالي لا معنى للاستدلال هناك تحليل اذا هذا قياس تحليلي وليس قياسا منتجا لمعرفة جديدة. لان الانسان ما هو ذات ممتدة يعني ايه جسم نام حساس متحرك بالارادة ناطق. اذا عرفت الجسمية في ضمن الانسان في مبدأ الهوية. ما نحتاج الى دليل لا بأس اما تمس اه ما تمثلنا به في قولنا كل انسان حيوان صغر القياس وكل حيوان جسم كبرى القياس فكل انسان جسم نتيجة القياس اقتران حملي. لماذا? لانه ما فيه شرطية ونتيجته وهي قولنا كل انسان جسم تشارك المقدمة الاولى في الانسان وتشارك المقدمة الثانية في الجسم يختفي الحيوان لانه حد اوسط فهي تشارك كل واحدة من المقدمة بجزء وكذلك كل واحدة من المقدمة تشارك النتيجة بالجزء الذي تشاركها فيه. يعني في تبادل في الاشتراك نعم ويسمى موضوع النتيجة موضوع النتيجة هو الحبل اصغر موضوع المقدمة الاولى يعني موضوع الصغرى وهو الانسان حدا اصغر هذا مفهوم منطقي جديد لانه جزئي بالنسبة الى ما موليها نعم  تقول كل انسان حيوان انسان يندرج تحت الحيوان. جزئي بمعنى الاندراج ليس الجزء الفلسفي. الانسان ليس جزئيا فلسفي زيت جزئي زيد المشخص جزئي هنا بمعنى يعني مصداق نعم لانه مصداق بالنسبة الى محمولها ما هو الحيوان ويسمى المقدمة التي وتسمى المقدمة التي تشاركها فيه صغرى يعني صغرى القياس وهي قوى لنا كل انسان حيوان ومحمولها يعني محمول النتيجة يسمى حدا اكبر. مفهوم منطقي جديد والمقدمة التي تشارك النتيجة في هذا الحد الاكبر كبرى كبرى القياس. وهي قول لنا كل حيوان جيس يعني تلقيح المصطلح فقط ويسمى المشترك بين المقدمتين الذي يختفي في النتيجة وهو ملاك الانتاج. من? الحد الاوسط وهو الحيوان في المثال حد اوسط مفهوم منطقي جديد ومن شأن هذا الحد الاوسط ان يجمع الحدين نعم يجمع الحدين هذه استعارة فقط يجمع الحدين لا استعارة اعني اعني بالحدين الاصغر والاكبر نتيجة وهي قوئ لنا كل انسان جيز ايوجب هوى هذا هو يجمع هذا هو يفسر يجمع يوجب انتساب الاكبر محمول الكبرى الى الاصغر موضوع صورة بالايجاب اذا كنا في دائرة الثبوت او السل في دائرة النفي نعم بالايجابي يسمى جامعا لم يفرق وبالسرب ثم قاطعا نعم تسمية فقط اذا اردت ان تدخل هذه هاتين المفردتين في المفاهيم المنطقية مفهوم الجمع مفهوم القطع وما هو تكليف الحد الاوسط? يختفي سره سر ميتافيزيقي وليس منطقيا. لان العلة لا تتواجد على مستوى معلومها. لان المعلول دايما ادنى في الوجود ويسقط هذا الحد الاوسط من بين الحدين يعني يسقط في النتيجة وقوله ويسقط من بينهما وقع حشوا والترتيب الكلام ومن شأنه ان يجمع بين الحد نتيجة ويسقط من بينهما يعني اشكل على اه المحقق الطوسي استاداو اشكالا هرمونيتيكيا نعم ويسقط من بينهما وقع حشوا نعود الى المدن والمشترك هذا المتن المحقق التوصيف والمشترك بين المقدمة بين المقدمتين حد اوسط من شأنه ان يجمع الحدين هذا هو الإنتاج يعني جمعه للحد ونتيجة يجمع بين الانسان والجسمية في المثال ويسقط من بينها نتيجة يقول هادي نتيجة ما يحتاج نعم ويسقط من بينها يعني يختفي واقترانه مع الحد شكل يعني الأشكال تتعين بتموضع الحد الاوسط وهذا يأتي ان شاء الله واقتران الاوسط مع الحدين يسمى شكلا اذا من يعين الاشكال الأشكال الأربعة والداخل الأربعة فيه كذلك حدود هو الحد الاوسط مع سيأتي ان شاء الله في تبيين الشكل الأول يتضح لك الامر الاشكال الاربعة الان على اساس الحد الاوسط يستخرج الماتنون وحقوق التونسي الاشكال الاربعة الشكل الاول الشكل الثاني الشكل الثالث الشكل الرابع يقولون الشكل الرابع لم يكن عند ارسطو اضافه الطبيب والفيلسوف اه الطبيب المشهور والفيلسوف ذهب من ذهنه اه افات الكبر يا الله من هو هذا طبيب الفيلسوف اه جارية يعني جالينيوس هذا الأمر ذكره ابن رشد في كتبه المنطقية قال ان كان محمول الصغرى محمول الصورة الان ما نعرف انه حد اوسط ام لا عندك صغرى ولا ها محمول كما لها موظوع الموظوع هو الحد الاصغر الموضوع هو الحد الاصغر. المحمول لا نفتي في دقق جيد فان كان محمول الصورة وموضوع الكبرى يعني فان كان الذي يجمع من الحد الاوسط محمول الصغرى وموضوع الكبرى تقول هكذا كل الف باء وكل باء جيم با هنا محمول الصغرى موضوع الكبرى</w:t>
      </w:r>
    </w:p>
    <w:p>
      <w:r>
        <w:t>نعم فهو اول الاشكال. الشكل الاول كيف استخرج الشكل الأول من تموضع الحد الأوسط قلها قاعدة تموظع الحد الأوسط هو الذي يحدد الأشكال الان اول تموظوع ما هو يقع محمولا في الصورة وموضوعا في الكبرى. الشكل الاول اذا اختفى يتحد محمول الكبرى الذي هو الحد الاكبر مع موضوع الصغرى الذي هو الحد الاصغر لا تأتي النتيجة نعم. وان كان محمول لهما معا الحد الأوسط محمول في المقدمتين طبعا واحدة سالبة وواحدة موجبة هذا هو الشكل الثاني تفانيه فثانيها يعني الشكل الثاني الشكل الثاني اذن اه الحد الاوسط يقع محمولا في المقدمتين واذا وصلنا اليه ابين لكم فلسفته او موظوعهما فان كان محمول الصخرة موظوعهما يعني يكون موضوع في الصغرى وهو موضوع في الكبرى يعني في المقدمة سورة في المقدمة الكبرى. هذا الشكل الثالث فثالثها يعني الشكل الثالث وعلى عكس الاول يعني اذا عكست الاول والشكل الرابع. ولهذا قليل الاستخدام في العلوم شكلا الرابع طرابعها يعني هو الشكل الرابع. واضح جدا المسألة. يعني افراز الأشكال الأربعة على اساس تموضع الحد الأوسط في القياس انتهى الامر اقول لعل من حلي هنا لم يأت بي شيء جديد فقط يشرح العبارة. اقول تعدد الاشكال. يعني افراز الاشكال بحسب يعني بملاك بملاك ما هو الملاك تموضع الحد الاوسط ليس الحد الاوسط. تموضع الحد الاوسط نعم بحسب نسبة الاوسط الى الحدين الاخرين. يعني تموضوع وهي لا تخلو من عن هذه الاربع. نعم عن الاربع لان الحد الاوسط اما ان يكون محمول الصغرى وموضوع الكبرى وهو الاول يعني الشكل الاول او يكون محمولهما يعني محمول في الصغرى وفي الكبرى يعني في المقدمة صورة ومقدمة الكبرى وهو الشكل الثاني كما تقول كل جيم ب ولا شيء من الف باء سلب ظروري  احد المقدمتين الشكل الثاني هذا يأتي ان شاء الله بدراسة كل شكل على حدة انظر كل جيم باء ولا شيء من الف باء. الحد الأوسط باء حمل في المقدمتين في مقدمة بالايجاب في المقدمة بالسلب نعم او موظوعهما  وهو الثالث يعني الشكل الثالث كقولنا كل جيم باء وكل جيم الف. جيم هو الحد الأوسط. وقع موضوعا في الصغرى وموضوعا في الكبرى او موظوع صغرى ومحمول الكبرى عكس الشكل الاول تماما وهو الرابع يعني الشكل الرابع كما تقول كل جيم باء وكل الف جيم في الحد الاوسط هنا يختفي جيم فتأتي النتيجة بالف وباء فقط مسألة سهلة نعبر فقط اشير الى مسألة الشكل الاول الشكل الثاني الشكل الثالث الشكل الرابع اه اربع مفاهيم منطقية مفهوم الشكل الأول مفهوم الشكل الثاني مفهوم الشكل ده اسمه مفهوم الشكل الرابع اذا كنت في دائرة المفاهيم قل مفهوم الشكل الأول اين? الشكل الأول تلك العملية الذهنية التي يكون الحد الاوسط فيه محمولا في في الصغرى وموضوعا في الكبرى عملية ذهنية واقعية من الواقعيات في سوق النفس نعم الآن افهمهم بهذه الكيفية اذا كان الحد الاوسط محمولا في الصغرى وموضوعا في الكبرى في عملية ذهنية  اصنع له مفهوما في صقع عالمفاهيم والعلم الحصولي. مفهوم الشكل الاول كل مفهوم يحكي ماذا يحكي? يحكي هذه العملية الذهنية الذي يمارسها الانسان وقد يمارسها وفق المعايير وقد يتمرد عن المعايير لأن الممارسة فعل اختياري قد يتمرد وقد ينسجم مع المعايير المعايير السرمدية او المنطقية اذا انسجم والعملية كانت صحيحة كقولك كل انسان حيوان وكل حيوان جسم فكل انسان جسم هذه العملية الفكرية التي الان انا مارستها في ذهني تحدثت بها وانتقلت الى ذهنك انت وفهمت وممكن حتى انت تمارسها هذه ممارسة واقعية خارجية واقعية معنوية تندرج تحت مفهوم عام وهو الشكل اجر الاول الظروف المفروضة لكل شكل من الاشكال الاربعة ستة عشر اربعة في اربعة ستة عشر نعم الظروف هي الظروف التي ينطوي عليها الشكل نعم قال واذ يمكن وقوع كل واحدة من المحصورات في كل مقدمة محصورة ما هي كل بعض قرائن كل شكل ستة عشر وهي ظرورية نعم لكن بعضها منتجون يعني يورث النتيجة وبعضها عقيم. عقيم يعني لا ينتج وللإنتاج شرائط اذا رعيت هذه الشرائط كان الضرب منتجا والا كان عقيما وقد تشترك الاشكال الاشكال الاربعة في عقم المؤلف من سالمتين مقدمة سالبة مقدمة صغرى سالبة والكبرى سالبة ما معناه يعني الحد الاوسط يتنفر منه الحد لحد لحد الحد الاوسط يتنفر من الحد الاصغر ويتنفر من الحد الاكبر يعني هو ليس مستقيما وليس مرتاحا مع الطرفين كيف يجمع لا يجمع يباين الاصغر ويباين الاكبر. كيف يجمع قبيلتان في العمارة في نزاع شديد فيقترح عليهما المصالحة. يأتون شخص زعيم قبيلة كلاهما تتنفر منه كلا القبيلتين تتنفر منه التنفر التام لا يتم المصالحة لماذا لا يتم المصالحة? لأن هذه امور تكوينية امور تكوينية فلا فلا يتم القياس. اذا كل الاشكال خذها كقاعدة لا معنى لقياس من سليمتين هذا لا ينتج ابدا نعم تقول وقد تشترك الاشكال اشكال الاربعة في عقم المؤلف في عقم المؤلف يعني في عقم القياس المؤلف من سالبتين لا يلزم احداهما موجبة ابدا لا يلزم احداهما يعني ممكن واحدة منهم تعطينا موجبة يعني تلازم موجبة. ناخذ هذه الموجبة ونشكل قياس يمكن لكن اذا بنينا على ان هذه القضية سالبة وما عندها اه لا يلازمها موجبة وثم نقرنها بالسالبة الاخرى لا ينتج ابدا ما معنى تلازمها موجبة؟ عندنا قضية سالبة تحكي الواقع دائرة من الواقع دائرة واسعة ضيقة وتلازمها بوجبة. القضية موجبة تلازمها. ما معنى تلازمها في الصدق عندنا بموجبة تحكيم نفس الواقع يمكن ان يكون الانتاج ببركة لازم وليس ببركة السالبة هذا هو مقصود المحقق الطوسي نعم ومن جزئيتين مطلقة المقدمة الصغرى جزئية والكبرى جزئيا في الحد الاوسط اذا جر الاكبر الأكبر يعني محمول الكبرى يريد يجره الى الاصغر مبدأ التناقض ما يقبل لماذا? وحد الحد الاوسط لا يقبل الحد الاوسط يقول انا انسجم مع الصورة الاخرى من الكبرى جزئيا تقول بعض الانسان عالم وبعض العالم اله ما يكون القياس لان الاصغر وهو هذا البعض بعض الانسان تعطها قد يكون في سلخ المخلوقات وليس في سلخ الالهة وبينت لكم انا ان مبدأ التناقض كمعيار السرمدي يتمم القياس باعطاء المشروعية للكبرى. ما معناه? يعني الصغرى التي تقابل الكبرى اذا كانت الكبرى موجبة. التي تقابلها سلبة جزئيا تنتفسر بالجزئية مطلقا. تتعين الكبرى  فالحد الاوسط هنا يستطيع ان يجر المحمول الى الموظوع الى الاصغر يعني الحد الاكبر الى الاصغر اما اذا كانت جزئية الحد الاصغر يقول انا لا انتمي الا البعض ننتمي الى البعض الاخر نعم وبالتالي اه انا للفيزياء المعدني لا يهم من يتعامل مع المعادن وصل الى بعض الحديد يتمدد ابن الحرام بعضيا ام لا  ثم سافر الى المريخ وعثر على قطعة حديد معدنية هو في الأرض وصل الى هذه النتيجة. بعض الحديد يتمدد بالحرام</w:t>
      </w:r>
    </w:p>
    <w:p>
      <w:r>
        <w:t>وهناك وجدا قطعة يعني بعض الحديد وجدا قطعة حديد لا يمكن ان يفتي انها تتمدد بالحرارة لماذا? لان هذه القطعة قد تقول بلساني حالها بلسان نطقها بالاعجاز لا يهم تقول له انا لا انتمي لذلك البعض الذي يتمدد. انا انتمي الى ذلك البعض الذي لا يتمدد والانتاج لا يكون لا يحق له ان يفتي ان هذا هذه القطعة تتمدد بالحرارة متى يفتي? اذا قال كل حديد يتبادل بالحرام يعني كل طبيعة حديدية تتمدد بالحرارة في كل العوالم الممكنة. في المريخ عالم ممكن قطعة حديد اذا تندرج تحت الكبرى. وبالتالي يتم الانتاج تقول تتمدد بالحرارة هذا هو سر عدم انتاج الجزئيتين مقدمة صغرى جزئية يعني بعضية والكبرى بعضية جزئية بعضها مصورة بالبعض لا انتاج لان مبدأ التناقض هناك لا يقبل مبدأ تناقض يقول يجب ان تقول كل حديد يتمدد بالحرارة حتى تفتي بان هذه القطعة تتمدد بالحرارة يعني يجب ان تنفي السالب الجزئي مطلقا بعض الحديد لا يتمدد بالحرارة منتفية فتنعقد الكلية الموجبة. كل حديد يتمدد بالحرارة ببركة مبدأ التناقض انعقدت الكبرى ببركة مبنى التناقض حينها اي قطعة كانت اي قطعة كانت يا عالم الطبيعة طبعا لان في عالم غير الطبيعة المجردات قطعة حديد لا معنى لها حتى لو كانت هناك قطة حديد تخضع عليه نشأت اخرى فهذا الحديد يتمردد بالحرارة اما اذا لم تحرز الكبرى انت في الصغرى فقط هذه القطعة قد تقول لك انا لست من تلك الدائرة الجزئية التي تتمدد. انا انتمي الدائرة الجزئية التي لا تتبدل هذا هو سر اه عدم انتاج الانتاج من مقدمتين جزئيتين ومن جزئيتين مطلقا مطلقا نعم وقد تشترك الاشكال في عقم القياس المؤلف من سالبتين لا يلزم احداهما يعني احدى المقدمات موجبة لانك تأتي بهذه الموجبة وتشكل القياس نعم ومن جزئية مطلقا يعني اقيس الاشكال الاربعة تجتمع على انه لا قياس من جزئيتين بينت السر ومن صغرى سالبة لا تلزمها موجبة كبراها جزئيا نعم ومن صغرى سالبة يعني عندك قضية تتموضع في المقدمة الصغرى وهي سالبة نعم ومن صغرى سالبة لا تلزمها موجبا نعم موجبة كبرها جزئية نعم فهذه الصغرى السالبة تلازمها موجبة ما معنى? يعني هذه السالبة سالبا صورة سالبة تحكي واقع وفي قضية موجبة تحكي الواقع نفسه. هذا هو التلازم. التلازم في الصدق التلازم في الصدق هنا يمكن القياس نعم يقول ومن صورة سالبة يعني لا يقع القياس في عقم من صغرى سالبة لا تلزمها موجبة كبرها جزئيا اذا لازمتها القياس يكون. نعم وهذه وهذه المشتركات لوازم للثلاثة الاولى وشرائط للاخير لوازم للأشكال الثلاثة الاولى يعني الشكل الاول والثاني والثالث وشرائط للاخير اقول قد عرفت ان القضية المحصورة في تقسيم القضية باعتبار الموضوع بان اما ان تكون كلية وجزئية. محصورة يعني عندها سور من الحصر اما كلية او جزئية كله الف بقى يعني اي مصداق صدق عليه عنوان الموضوع يصدق عليه اه علو المحول يعني ما في مصداق يشذ عن عنوان الموضوع او جزئيات بعض بعضه الف باء. كثير من المصاديق شذ شريحة من المصادق تتعانون بعنوان الموضوع حينها تتعنون بعنوان وعلى كلا التقدير تقديرين اي تقدير؟ يعني الكلية والجزئية فاما موجبة او سالبة نعم اما في الاجابة او السلب. تقول كل الف باء او تقول لا شيء من الف باء او تقول بعض الف باء او تقول بعض الف ليس باء فاقسامها اربعة على ما تقدم فاذا اشتمل القياس على مقدمتين كل واحدة منهما على اربعة اقسام لازم ان يكون دروب كل شكل ستة عشر لان الشكل اه اربعة والكلية والجزئية ان الكلية موجبة كلية سالبة جزئية سالبة جزئية موجبة اربعة اربعة ستاش لان مضروب الاربعة في نفسها ستة عشر تقول من اين هذه؟ الاربعة في نفسها؟ قلت لك اربع اشكال زيد السور كام ؟ كلية موجبة كلية سالبة مجبم جزئية موجبة جزئية سالبة. اربعة في اربعة كم تعطي? ستطعش غير ان بيد ان بعضها منتج. وبعضها عقيم عقيم يعني لا ينتج نعم وتقول عقيم استعارة اصحاب روح المعنى يقول لك لا في ست استعارة نعم وللإنتاج شرائط تأتي. تأتي ان شاء الله في الحصة الآتية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