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وقد تشترك الاشكال الاربعة في انه لا قياس منها عن سالبتين لا يلزم احداهما موجبا هذي بيناها قلنا الصورة سالبة والكبرى صلبة يعني الحد الأوسط يتنفر منه الحد لاصغر والحمد الاكبر. لا يمكن ان يجمع بكل الاشكال فهذا هو الاشتراك لماذا قيدها بهذا القيد في المتن لا يلزم احداهما موجبا. يقول وهذا القيد الاخير لا يلزم احداهما موجبا لم يذكره الاوائل عن الفلاسفة من قبل ولابد منه لحصول الانتاج عن سالبتين يعني يمكن ان يكون انتاج من سليمتين بهذا القيد ولابد منه لابد لهذا القيد لحصول سبب تعليل لحصول الانتاج عن السالبتين. كيف اذا استلزمت احداهما موجبا نعم لم يبين بمثال واضحة جدا انت الان مع قضية سالبة وقضية سالبة حاول تشكل القياس القضية الاولى تصير هي المقدمة الصغرى والقضية الثانية هي المقدمة الكبرى الحد الأوسط مسلوب عن الأصغر في الصغرى والحد الاوسط مسلوب عن الاكبر في الكبرى كيف يجمع لا يقدر اللي يجمع هو لم يرتب نفسه لا مع الاصغر ولا مع الاكبر يقول يمكن ان ينتج نأتي الى مقدمة من المقدمتين سالبة هي شرب ما معناه? يعني فيه انفكاك بين الموضوع المحمول هذه هي السالبة اذا تحكي عن واقعية مبعثرة متخندقة يعني تحكي عن الف في دائرة وما في دائرة هادي هي السالبة ثم في قضية بوجبة تحكي الواقع نفسو احكي الواقع نفسه اذا بدلا من نأتي هذه السالبة التي لا تتناغم مع السالبة نأتي بهذه الوجبة اللي هي تحكي الواقع نفسه تحكي هذه البينونة الى انها موجبة ونطعمها بسالبة فخرجن من سربتين دخلنا في موجبة وسالبة فيتم القياس نعم يتم القياس. هذا هو معنى هذا القيد نعم ولا عن جزئيتين مطلقة بدون اي شرط نعم والسر هو الاندراج الكلي غير موجود. يعني الكلية في الكبرى لم تنعقد فإذن مبدأ التناقض لا يعطي المشروعية للقياس ولا انصغر سالبة بسيطة لا تلزمها موجبة كبراها جزئيا نعم ولا عن صورة سالبة بسيطة يعني غير مركبة لا تلزمها موجبة كبراها جزئية. اذا هناك اه قضية موجبة تحكي ما تحكيه هذه سلب الصغرى صورة يعني تقع بمقدمة سورة في القياس ولا عن الصغرى يعني مقدمة صورة في القيادة السالبة بسيطة غير مركبة يعني تحكي عن البينونة بين الموضوع المحمول يعني بين الحد الاصغر والحد الاوسط اذا لازمتها موجبة يعني في قضية موجبة تحكي الواقعة التي تحكيه هذه السالبة. السريبة ماذا تحكي? تحكي بينونة بين الموضوع والمحمول هذه الموجبة تحكي اه الواقع نفسه الا انه هذه تلزمه موجبة كبراها جزئية. كبرى هذه الموجبة جزئية. يعني بعض نعم حين يتم الانتاج وهذه المشتركات هذا يأتي ان شاء الله في التطبيق على مستوى الظروف وهذه المشاركات او المشتركات التي بيناها لوازم لشرائط الاشكال الثلاثة الاولى وشرائط شرائط للاخير يعني الشكل الرابع على ما يأتي بيانه مع شرطين اخرين يذكر فيما بعد. كلشي اتضح فيما بعد نعم اه تجربتي في التدريس هذه هي وهذا امر تكويني. امر تكويني عنده علاقة بالهرمونيتيك في بداية تدريس المتن ب المعنى الحوزاوي النص بالمعنى الجامعي الجميعون لا يقولون متن يقولون النصوص المتن يعني هو النص هذا الكتاب نصه بتجربتي الطويلة في التدريس الطالب في بداية التدريس بداية المقالة الاولى الثانية الثالثة الرابعة الخامسة السادسة السابعة الثامنة العاشرة لا يفهم شيئا لا يفهم شيئا لا يمكن ان يربط بين المفاهيم لماذا ما هو السر لان دائرة المعارف صفر بدأت تتشكل في الفلسفة في علم الاصول في الفقه علم الكلام فلسفة الأخلاق نظرية المعرفة لا فرق داءت المعارف بدأت تتشكل مثل البناية نضع الاساس لا نقول انها بناء  متى تتعين البناية بناية؟ اذا تشكلت الغرف وهذا الصالون وهذا مطبخ وهذه غرف النوم وهذا صالون وهذه المرافق بعد تتعين هوية البناء فكذلك الطالب العزيز في بداية الكتاب او حتى وهو في وسط الكتاب هذه دائرة المعارف عنده دائرة المعارف هنا المنطقية مثلا كما هو الحال الآن ابدأ تتشكل لبنات هذه داءت المعارف ويبدأ شيئا فشيئا يربط بين جميع مفاهيمها اذا تم الكتاب تشكلت هذه دائرة المعارف. اذا كان من المثابرين ومن المباحثين ومن المطالعين ويدقق ويناقش ويطالع. نعم دائرة المعرف والا هذا الطالب النائم ياتي يحضر الدرس ثم يضع الكتاب وما عنده علاقة لا بالكتاب ولا بالموضوع مستحيل ان يتقدم مستحيل ان يتقدم. ومع الزمن يكره الدرس لان الله يرى كمالا في اذا تشكلت دائرة المعارف بمجرد ان تذكر له مسألة منطقية يجدها متصلة مع جميع المفاهيم المنطقية في ذهنه حينها يقول اتقنت علم المنطوق نعم اذا انت الان في الطريق لبنات دائرة المعارف تتشكل نعم لماذا انا قلت هرمونيتيك? لان هذه الدائرة في المعارف بها تقرأ النصوص بها تفهم النصوص اذا عثرت على اشكال بداءة المعارف تحلل اه الاشكال وهي تتكون بالدرس بالمطالعة بالمباحثة وبالبحوث وهكذا حينها تتقن المادة تظبط المادة نعم شرائط الاشكال لصحة الانتاج حتى يتم الانتاج في شرائط. اذا اختل شرط صار القياس عقيمان قال ثم لكل شكل من الاشكال الاربعة شرطا فالشرط الأول ايجاد الصغرى كل الاشكال هادي شروط كلية ايجاب الصغرى والكلية الكبرى لماذا ايجاد صورة؟ خلينا نحلل المسألة فلسفيا. لان هذا المنطق اسسهم ميطافيزيقية فلسفية لماذا ايجاد صورة? لانت انت تريد تعطي وصفا للحد الاصغر تأتي بالموضوع و تعطيه وصفا لماذا لان هذا الوصف نسميه المحمول. وصفنا ليس بالمعنى لغوي الوصف يعني كل ما يحمل عليه تأتي بمحمول ثم هذا المحمول اينما تواجد او اينما غاب دقاق جيد في المسألة اينما تواجد واينما لم يتواجد اذا تواجد في دائرة يتواجد فيه الموضوع لان معه مقرون معه ملتصق فيه اذا وجد المحمول الذي يسمى في الاصطلاح المنطقي الحد الاوسط هو ينوجد معه اذا كان هذا المحمول غير متواجد في دائرة الموضوع لا يكون متواجدا. نريد نحكي عن الموضوع في تواجده الاوسع ببركة الحد الاوسط في دائرة الايجاب في دائرة السلب يعني في دائرة التواجد في دائرة الغياب عدم التواجد اذا الصغرى لازم يجب ان تكون موجبة يعني المحمول مع الموضوع والا لا معنى لانك تمارس الاقيس هذا هو الأمر انت عندك موظوع يسمى الحد الاوسط هو محمول موضوع يسمى الحد الأصغر وهو الحد الأوسط يجب ان يكون معا ثم حيث تواجد الحد الاوسط يعني المحمول يتواجد الموضوع الحد الاصغر وحينما حيث غاب الحد الاوسط يعني المحمول يغيب الموضوع الحد الاصغر هذا هو سر هذا الشرط نعم فالشرط الأول ايجاب الصورة بينها</w:t>
      </w:r>
    </w:p>
    <w:p>
      <w:r>
        <w:t>وكنيتي الكبرى هذه فتوى مبدأ التناقض مبدأ آآ تناقض قلت لكم يتمم كبرى القياس بالاقساء الاقترانية والحملية كذلك اذا لم تكن الكبرى كليا. ما معنى? يعني ما في مصداق يتمرد عنها ما معنى ما في مصداقية يتمرد عنها? يعني نافية للسالبة الجزئية. اذا كانت هي موجبة كل لياء ما هو الملاك? مبدأ عدم التناقض متناقضان لا يجتمعان ولا يرتفعان  تتم الكبرى يتم القياس. اذا كانت بعظية لا يمكن ان تنفي النقيض القياس لا يكون كبرى لم تتم فالقياس لا يأتوا هذه الكبرى كانت موجبة كانت سالبة له كانت موجبة تنفي الجزئية السالبة كانت سالبة تنفي الموجبة الجزئية سطر هذه المعلومات هنا اساسية اذن في المعايير السرمدية قلت لكم مبدأ التناقض يتمم كبرى القياس في القياس الحملي ما معنى? يعني الكبرى لا تنعقد حتى يتم القياس الا اذا نفت النقيظ اذا اذا كنا في كبرى موجبة  السالبة الجزئية كبرى كلية مجمع كلية موجبة سلب الجزء يجب ان تنتفي كنا في كبرى سالبة كلية لا شيء من الف باء. اذا بعض الف با يجب ينتفي حتى تنعقد الكلية حينها ينعقد القياس في كل الأشكال اذا اذا ابصرت شكلا او ظربا من الاقيس كبراه جزئية ذهنك يرجع الى المعايير السرمدية مبدأ التناقض. انعقدت الكبرى ام لم تنعقد قل لي شيخنا لم تنعقد الكبرى. اذا ما في قياس سهولة تامة سهولة تامة وبينت لك بالمثال الحديث اذا لم يحرز العالم المتخصص ان كل قطع الحديد تم تتمدد بالحرارة. كل يوم وجبة يعني ينفي كل من يتمرد عن هذه الكلية? يعني ما في قطعة حديد لا تتمدد فذهب الى المريخ وعثر على قطعة حديد له الحق ان يفتي انها تتمدد بالحرام لماذا? لان السرب الجزئي من منتفية مطلقا ببركة مبدأ التناقض اما اذا احرز بعض الحديد يتمدد بالحرام يعني الكبرى هنا ماذا وجبة جزئية فذهب الى المريخ وعثر على قطعة حديد لا يمكن ان يفتي انها تتمدد بالحرارة ان هي تقول له انا انتمي الى الدائرة التي لا تتمدد لا تحاول نعم فيحتمل ان تتمدد ويحتمل ان لا تتمدد. يعني ما في يقين ما في قطع ما في فصل هذا هو الشرط نعم الشوط الثاني ويشاركه الثاني في ثاني شرطه نعم انا اشتبهت ثم لكل شكل شرطا الشرط الأول يعني شرط الشكل الأول هذا ليس كان لم يكن مطلقا الشرط الأول من هنا انتبهت ايجاد صغرى وكلية كبرى بيناها ويشاركه يعني ويشارك الشكل الأول الثاني الثاني فاعل يشارك المفعول به ما هو? الشكل نقول اه انا قريتها هنا فالشرط الأول يعني فهمتها? الشرط الأول اكتب يا المحقق التونسي انت ما خاسر شي اكتب فشرط الشكل الأول لا توقعنا في الإيهام اه المشاكل ويشارك الثاني فاعل يشاركه. ها مفعول به. ويشارك الثاني الشكل الأول في ثاني شرطي يعني في كلية الكوبرا بكلية الكبرى اذا الشكل الثاني لا يشترط ان تكون الصغرى موجبة. قد تكون قد تكون يبقى كما سيأتي ان شاء الله هذه كلها بالتفصيل في معالجة الاشكال على حدة ويختص الشكل الثاني باختلاف المقدمة مقدمة في الكيف من شروط الشكل الثاني الاختلاف بالكيف. اذا كل شكل ثاني عندك مقدمة موجبة ومقدمة سالبة وستأتي فلسفته ان شاء الله بالفعل او بالقوة. نعم بالفعل او بالقوة يعني هي في مضمونها يعني هي بالقوة حاملة للسلب او الايجاب او بالفعل حاملة للسلب او الايجاب ويشارك الشكل الاول الثالث ايضا اه يشاركه يعني يشارك الشكل الأول الثالث ايضا في اولهما يعني في ايجاد السورة نعم ويختص بانه لا بد فيه من كل هادي كلها تأتي ان شاء الله حين معالجة اه الأشكال على حدة اذن الشكل الثالث صغره تكن موجبة والكلية اين تقع؟ لا يهم في الصغرى في الكبرى ما يهم ويختص بانه لا بد فيه يعني لابد في الشكل الثالث من كل كان في الصغرى او في الكبرى لا وينفرد الرابع بعد الاشتراط بالثلاثاء المشتركة بشرطين عدميين عدميين عن السلبيين هما الا يجتمع السلب الصرف مع الجزئية بمقدمة غير منعكسة غير منعكسة الى اه اه موجبة ولا ايجاب للمقدمتين ايجابا لا يلزمه سلب مع جزئية صغرى يعني عندنا جزئية صغرى مقدمة صغرى جزئية وعندنا كبرى هذه الكبرى لا تكونوا سالبة ابدا او مجبى لا اه تلازم سالبة تلازمه في الصدق مع هذه السالبة تلازم موجبة او موجبة تلازم سالبة اه في المحاورات العرفية واضحة جدا انت تبين مسألة تريد ان تنفي الف عم باء وهي في الواقع كذلك الف منطفية عن باء لا يسعفك الحظ ان تبينها سالبة تأتي الى قضية موجبة وتبينها. نعم  يمكن او لا يمكن? اه يمكن يمكن ممكن الإنسان المقابل المخاطب يفهم القضية الموجبة تؤدي به الى فهم التباين بين الف وباء. القضية السالبة لا تقول له لا شيء من الف بل افهم تأتي بالملازم الموجب يفهم نعم اقول هنا ياتي العلامة الحل يوسع الشرح اكثر لكل شكل من اشكال اربعة شرطا فالاول يعني الشكل الاول وانا اشتبهت فهمت انه الشرط الاول الشكل الأول شرط هو ايجاد الصغرى هذا هو قلت لكم يجب ان نحكي عنه وكليات كبرى الكلية الكبرى للاندراج اكتب تحتها للاندراج ما معنى الاندراج? يعني ما في مصداق يشذ عنها السر ما هو مبدأ التناقض اذا السر السر الأول هو الإندماج سر السر هو مبدأ التناقض الشكل الثاني شرطه اختلاف المقدمتان بالايجاب والسلب نعم والكلية الكبرى كبرى تكون كليا كلية موجبة الكلية سالبة لهم فقد شارك الشكل الاول في ثاني شرطي يعني الكلية الكبرى وهو كلية الكبرى واختص بالاختلاف كيفا بين المقدمتين اما بالفعل ان تكون احداهما موجبة والاخرى سالبة واما بالقوة بان تكون موجبتين تلزم احداهما سالبا يعني عندي الشكل الثاني شكل ثاني مقدمة صورة موجبة مقدمة صغرى ثانية. ما في انتاج ان من شروط الشكل الثاني اختلاف في الكيف قل لا احدى المقدمتين تلازمها سالي بقى نعم تلازمها سالمة واما بالقوة بان تكون موجبتين وتلزم احداهما سالبة او سالبة تلزم وحده موجبا فانه وان لم تختلف بالكيف فعلا بالفعل وجبة موجبة ما في قياس من الشكل الثاني وتشكل من موجباته لكنهم في قوة مختلفتين ولهذا اه ينتج السلب هذه كلها تأتي ان شاء الله بالتفصيل في معالجة الأشكال على حدة الشكل الثالث شرطه اجاب الصغرى وكلية احداهما. والشرط الاول موافق للشرط الاول يعني والشرط الاول ايجاد صورة موافق للشرط الشكل الاول من الشكل الاول واختص بكلية احدى المقدمتين في الشكل الثالث عندك صورة موجبة ضروري اما الكلية ليس بالضرورة استقرارها ليس بالضرر في الكبرى لا قد تكون في الصغرى نعم وللشكل الرابع شرائط خمسة احدها الا تكون سالبتين. لان هذا شرط عام لا تلزم احداهما موجبا وثانيها ان لا تكون جزئيته هذا شرط عام. وثالثها الا تكون الصغرى سالبة بسيطة والكبرى جزئية</w:t>
      </w:r>
    </w:p>
    <w:p>
      <w:r>
        <w:t>لان الكبرى جزئية لا لا تنتج ابدا. وهذه الثلاثة هي المتقدمة. ورابعها عدم استعمال السالبة الجزئية غير خاصتين فيه وخامسها الا تكون المقدمتان موجبتان بسيطتين والصغرى جزئيا بل من كانت صورة موجبة جزئية كانت الكبرى سالبة كلية او موجبة كلية. مركبة تستلزم سالب كلي. هذه اللغة البربرية يعني يتصور ان الإنسانية كلها هي ذي هي ذهنه الشريف تفهموا لا للغة غير موصلة. نعم الان في اه اه في المنهج الغربي هذا الاسلوب مرفوض تماما مرفوض تماما يأتي الأستاذ يعطيك مقدمة تاريخية للمادة رائعة جدا تموضع انت في تاريخ المسألة بأسلوب بين وواضح يوصلك الى المعنى العميق وانتهى الأمر هادي اللغة البرلمانية خلاص اختفت من الوجود نعم ويأتي بيان هذه الشرارات في كل شكل قلت لك اصبر في كل شكل على حدة هذه الشرائط تتضح حتى بالتطبيقات نعم الظروف المنتجة قال فتصير الظروف المنتجة بحسب البصائد غير مركبة من كل واحد من الاولين اربعة ومن الثالث ستة ومن الرابع خمسة يعني الشكل الاول ينتج اربعة. الشكل الثاني اربعة. ثمانية. من الثالث ستة اربعتاش ومن الرابع خمسة وما بحسب التركيب فمن كل واحد من الاولين ثمانية واذا كان قياس مركب ومن اخر الاثنا عشر نعم بيضاد جاء بهم بهم كل كلهم في الحاشية لا يهم اقول لما اشترطنا في الشكل الأول ايجاب الصغرى وكليته الكبرى سقط من دروبه ستة الستة عشر اثنا عشر يعني سقط من دروبه الستة عشر اثنا عشر اثنا عشر فاعل سقط سقط اثنا عشر من دروبه الستاج نعم يقول الشرط الأول ايجاد صغرى من يسقط وهي الصغرى السالبة كلية او جزئية نعم اذن هنا كم? اثنان مع المحصورات الأربعة وذلك ثمانية كل يوم جزئية والمحصولات اربعة يعني ستين في اربعة ثمانية والكبرى الجزئية ان من الشرط الاساسي في الشكل الاول كبرى اه اه كليته الكبرى والكبرى الجزئية موجبة وسالبة مع الموجبتين وذلك اربع نعم تتبين المنتج اربعة فقط. والثاني لما اشترطنا فيه اختلاف المقدمتين الاولى سالبة والثانية سالبة اه مجبأ او الاولى السالبة والثانية موجبة او العكس الأولى موجبة والثانية سالبة. المهم الإختلاف بالايجاب والسب وكلية الكبرى سقط منه المقدمتان المتفقتان بالايجاب والسلب يعني كل قياس ايجابي الصغرى ايجابي الكبرى خرج من الشكل الثاني نعم كلية وجزئية ومختلفة في الكم وذلك ثمانية اظروب والمقدمتان المختلفتان كيفا مع جزئية كبرى نعم وذلك اربعة اخرى فبقي المنتج اربعة. نعم الجزئية الكبرى لان الشكل الثاني ياه الكبرى يجب ان تكون كلية. والثالث الثالث عندو الشرط الصغرى تكون موجبة اذا كلما كانت صغرى سالبة تخرج من القياس من الشكل الثالث لما اشترطنا فيه والثالث لما اشترطنا في ايجاد الصغرى وكل كلية احدى المقدمتين سقط منه الصغريات السوالب كل القياس فيه صغرى سالبة ليس من الشكل الثالث نعم مع اي كبرى اتفقت وهي ثمانية والجزئيتان مع ايجاد الصورة وهو ظربان فبقي لمدة ستة هادي كل كلها تتبين في معالجة الاشكال والرابع لما اشترطنا في عدم استعمال الساربتين والجزئيتين والسالبة الصغرى مع الكبرى الجزئية والسالبة الجزئية والموجبتين مع جزئية صغرى سقط منه احد عشر هي السالبتان وهي اربع والجزئيتان وهي ثلاثة والسالبة الكلية الصغرى مع الموجبة الجزئية الكبرى وهو ظرب واحد والسالبة الجزئية مع الموجبة الكلية وهو ضربة والموجبتان مع جزئية الصغرى وهو ظرب واحد فبقي المنتج خمسة هذا بحسب بساطة المقدمات اما مع اعتبار الاعتبار المركبات يأتي ان شاء الله.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