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الاخلاص والتوفيق وصلنا معكم الى هذه الفقرة واما مع اعتبار المركبات فالمنتج في الشكل الاول ثمانية نعم اذا كانت مركبة ما معناه? يعني فيه مساحة ايجابية في مساحة سلبية مركبة في مساحة ينتفي الاتحاد يأتي او ينتفي السلب يأتي الاتحاد يعني الايجاب في الايجاب او السلب. قلنا اربعة مددها الى هنا مركبة مددها الى ما وراء الحد كذلك هناك اربعة اربعة واربعة ثمانية نعم هادي هي القضايا المركبة فيها لا دائما اذا اذا كنا في المساحة اربع اشكال اذا تجاوزنا الحد اربعة كذلك واربعة اربعة ثمانية اما مع اعتبار المركبات فالمنتج في الاول يعني في الشك الاول ثمانية من الاربعة التي مع ايجاد الصغرى تنتج مع سلبها اجاب صورة يعني في دائرة العمل ثم ينتهي العمل ندخل في عمل اخر ماذا تكون هناك? تكون الصغرى سالبة اه تنتج مع سلبيات اذا كانت سالبة مركبة تلزمها موجبة نعم اذا كنا في ذات السلم بعد الحد يأتي الايجاب. اذا كنا في الايجاب بعد الحد عبور الحد يأتي السلب اذا كنا في الايجاب اربعة فبعد الحد اربعة. اذا كنا في الايجاب اربعة بعد الحد اربعة. اربعة اربعة ثمانية  وكذا الاربعة التي في الشكل الثاني تتضاعف فتنتج ثمانية ايضا التحليل هو التحليل اذا عبرتم عبرت الحد تتكرر آآ نتائج فتأتي اربعة والشكل الثالث يتضاعف فيكون المنتج فيه اثنا عشر ضربا لان هو ستة في دائرة ثبوت او السلب اذا عابرت يعني اذا كنت في دار الثبوت ثبوت محمول الموضوع ستة وعبرت الى امتثال موضوع عن المحمول ستة اذا كنت في سلب المحمول عن الموضوع ستة اذا عبرت الى الايجاد ستة ستة وستة تعطيك اه اه اثنى عشر لان الشرط فيه حينئذ انما هو كلية احداهما لا غير وكذا في الشكل الرابع لان الشرط فيه حينئذ كلية كلية احداهما فتسقط الجزئيتان اه الجزئيتان موجبتين وسالبتين ومختلفتين وذلك اربعة فبقي اثنى عشر. نعم اذا الشكل الأول في المركبة ثمانية الشكل الثاني في المركبة ثمانية الشكل الثالث اثنا عشر لانه ستة والشكل الرابع اثنا عشر كذلك في المركبات وان شاء الله يأتي التطبيق في معالجة الشكل على حدة النتيجة تابعة لاخص المقدمتين. قال والنتائج تابعة لاخس بالسين. اخص المقدمات في الكم مطلقا والكيفي يعني الايجاب والسلب اذا لم تتركب جهاتها يعني اذا لم نكن في القضايا المركبة ما معنى الاخص نركز على الكم كلية وبعظ من الاخص بعظية يعني البعظية لا تشمل كل المصاديق الكليات تشمل جميع المصادر اذا من الاضيق? الاخص يعني الاضيق الجزئية اذا في الإنتاج والنتيجة تتبع اخص مقدمة فاذا كان في القياس جزئية النتيجة تكون جزئية لان فيه ضعف فالنتيجة تكون مسالخة لذلك الضعف هذا فيه الكم كلوا بعض بالايجاب والسلب الايجاب والسلب الموجبة في اتحاد السالبة في انتفاء من الاشمل الاتحاد؟ نعم اتحادي يشمل ويجمع سلب ينفي فاذا كان في المقدمة سلب يسري هذا السلب الى النتيجة. هذا هو بمعنى والنتائج التابعة لاخص المقدمات في الكم مطلقا اينما كانت المقدمة جزئية فالنتيجة تكون جزئية. والكيف الكيف اذا لم تتركب جهاتها بما عندنا القضايا المركبة في الجهات. هذه كلمة اللا دائمية تذكرون لأن اللا دائمين ما معناه انت اذا كنت في الدائرة الإيجاب حاكمية الإيجاب بعد الحد يأتي حاكمية السلب واذا كنت في حاكمية السلب بعد الحد تأتي حاكمية الإيجاب هنا ما تقدر تفتي بي اه اخص المقدمتين اذا لم نكن في التركيب يعني المساحة كلها مشمولة ما في حد يعني غير مركبة تقول لا دائما. لا. دائما منبسطة هنا اه اخص المقدمة تكون هي السالبة فتسري الى النتيجة اذا كانت مقدمة من المقدمات سالبة النتيجة تكون سالبة وقطعان. لانها تتبع اخص من مقدمة في ضعف في المقدمة يسري هذا الضعف الى النتيجة. وهذا منطقيون مبني على ماذا? المعايير المهمة تقيا اقول ذكر القدماء ان النتيجة تتبع اخص المقدمة لانها تعليل مبدأ السبب لان النتيجة فرعهما فرع المقدمتين نعم فلا تقوى عليهما يعني لا يكون المعلول اقوى من العلة هذا هو السبب النتيجة معلولة للمقدمتين فاذا كان مرض في المقدمة يسري في النتيجة لان النتيجة لا تكون اقوى من المقدمتين معلول لا يكون اقوى من علته ابدا. هذا اصل ميتافيزيقي ويعود الى معيار سرمدي نعم وهذا صحيح في الكم في البعضية واذا كانت مقدمة جزئية بعض النتيجة تكون بعضنا يكون كل والا كانت النتيجة اقوى من المقدمة للمعلول اقوى من العلة فان احدى المقدمتين اذا كان جزئية كانت النتيجة كذلك جزئية. نعم بامتياز واما في الكيف الايجاب والسر فانما يصح لو كانت السوالب بسيطة يعني السليبة تكون بسيطة غير مركبة. يعني ما فيه مساحة في حد ثم تأتي مساحة اخرى بعد الحد يعني لا دائمية هذا التركيب في الجهات اما اذا كانت لا لوحدها مسيطرة حتما النتيجة تكون ماذا? سالبة نعم. اما اذا كانت مركبة فقد تكون النتيجة. قد تكون النتيجة موجبة. قد قد تكون وقد لا تكون. واما في الجهة ففيه تفصيل يأتي في المخطط. الجهة عندك نتا مقدمة لها جهة ومقدمة اخرى لها جهة اخرى جيت النتيجة ما هي هذا يأتي ان شاء الله متاهات تتعب العقل قال فالاول يعني الشكل الاول عام الانتاج ولهذا يستخدم هو الاكثر عام الإنتاج ما معناه? يعني ينتج الايجاب ينتج السلب ينتج الكلية. نعم عامل انتاج يعني ينتج كل ينتج الايجاب الكلي والايجاب آآ السلبي. ولا ينتج الشكل الثاني موجبا ابدا. لماذا? لاثناء فلسفة الشكل الثاني هو القطع السلب فلا ينتج الموجب ابدا والشكل الثالث لا ينتج كليا. لماذا? لان اه يأتي الشكل الثالث لا ينتج بدويا يجب ان ارجعه الى الشكل الأول اذا ارجعنا الى الشك الأول كبرى تصير جزئية فالإنتاج يتبع الجزئية فيكون اه فلا ينتج الكلية ابدا كما سيأتي ان شاء الله ولا الربيع ما يعني الرابع لا ينتج اه الانتاج العام ولا الرابع موجب كليا والرابع الشكل الرابع ما يعطيك موجبة كلية يعطيك موجبة جزئية نعم سالبة كنية نعم سالبة جزئية نعم موجبة كل يوم هيعطيك والسر ما هو في العكس العكس المستوي كما سيأتي اقول الشكل الأول ينتج المحصولات الأربعة فهو عام الإنتاج بالنسبة الى المحصولات الأربعة يعني ينتج الكلية الموجبة والسالبة الكلية والموجبة الجزئية والسالبة الجزئية واما الثاني الشكل الثاني فلا ينتج الايجاب وانما ينتج السلب ولهذا في نفي انا ساشير الى هذه المسائل في الشكل الثاني اذا اردت ان تنزه الله تعالى عن الصفات التي لا تليق بشأنه</w:t>
      </w:r>
    </w:p>
    <w:p>
      <w:r>
        <w:t>فهنا الظابطة هي الشكل الثاني نعم تقول هكذا الله آآ الله ليس بمتحيز وكل جسم متحيز الشكل الثاني يقول الله الله ليس بجسم هذي النفي الصفات عن الذات الالهية الصفات التي لا تليق بشأنها نعم هناك النافع هو الشكل تاني الشكل الاول يمكن لانه عامل انتاج الشكل الثاني ابهى واوضح نعم واما الثاني يعني الشكل الثاني فلا ينتجه الايجاب وانما ينتج السلب لان احد المقدمة سالبة والنتيجة تدبع اخص المقدمة في الشكل الثاني ينتج دائما سالبة والثالث لا ينتج كلية وانما ينتج الجزئية لماذا? لانه اذا ارجعناه الى الشكل الاول حتى يتبين لنا حجيته تبين له حجيته الكبرى تنعكس ماذا? بالعكس المستوي جزئيا فالنتيجة تكون اخص المقدمة تكون جزئية. فلا ينتج انما ينتج الجزئية فقط. والرابع لا ينتج الموجب الكلي. وينتج المحصورات الثلاث على ما يأتي بيان ذلك اه كله يأتي ان شاء الله القياس منه بين الانتاج ومنه دون ذلك نعم هنا هذا بحث بحث معرفي بحث معرفي نعم قال والقياس منه كامن بين الانتاج كبعض ظروف الشكل الأول ومنه غير كامل يحتاج الى بيان كالثلاثة الاخيرة واحوجها الرابع. الرابع بعد تعبان. ولهذا حرصت اهمله اذا هذا بحث يعني ما هي الظروف التي بينت الاشكال بيت الإنتاج واضحة ما تحتاج الى عملية اخرى. نعم اقول القياس منه ما هو كامل بين الانتاج كبعض ظروف الشكل الاول والكم الظروف عنده اربعة بعضها بين بعضها غير بين وهو الذي تكون صغراه موجبة فعلية نتدخل في الجهات موجبة فعلية يعني فعليا دخلت دار الوجوب دار الوجود يعني فيه الف با معا بالوجود نوع هذا التواجد ساكتا فعليا. المهم الف باب في دار الوجود هذه هي الفعلية. ومنه غير كامل يحتاج الى بيان كبعض الظروف الأولى وهو الذي تكون صغراه ممكنة او سالبة مركبة مركبة في الجهة وكالاشكال الثلاثة الاخيرة واحوجها من الاشكال الرابع لمخالفته البين لذاته في في كليتي المقدمتين اذا كان الشكل الرابع متشكل من مقدمتين كليتين كل كل سلب او ايجاب لا فرق هنا بعد لا يتضح ابدا. نحتاج الى اي ارجعي الى الظروف المنتجة من الشكل الأول بيان شرائط انتاج الشكل الاول. هنا يبدأ يفصل ما بينه بالاجمال هنا يبين بالتفصيل. قال الشكل الأول نعم ان لم يكن الاصغر داخلا بالايجاب تحت الاوسط يعني هذا هو الشرط الأول يعني اجابة الصغرى اجاب صغرى ما معناها? يعني الحد الأوسط المحمول في الصغرى يجر معه الموضوع يجره حيث كان. كان في كل موجبة كان في كلية سالبة على الشرط في الشق الاول اذا لم يجر الحد الاوسط الاصغر ما فيه انتاج  الشيك الاول طبعا نحن في الشكل الاول الان اذا فلسفة الشكل الاول هذه المقدمة الصورة متشكلة من موضوع محمود. الموضوع يسمى الاصغر والمحمول يسمى الاوسط الاوسط يجر الحد الاوسط يعني المحمول يجر الموضوع حيث كان في دائرة الايجاب او في دائرة اذا كان في دائرة الايجاب يعطيه محمولات موجبة اذا كان في دائرة السلب ينفي عنه محمولات هادي هي فلسفة الشكل الأول نعم ان لم يكن الاصغر داخلا بالايجاب تحت الاصول معنى يجره يندرج تحته او في حكم الداخل يعني اما بالقوة او بالفعل او لم يكن الحك شاملا لجميع الاوسط لم يجب ان يتعدى حكم الاوسط اليه او لم يكن الحكم شامل الجميع الأوسط هذا هو اه كلية كبرى اكتب كلية كبرى يعني يجب في الشكل الأول ان تنعقد الكبرى تنفي النقيض اذا كنا في كبرى الكلية موجبة ننفي الجزئية السالفة اذا فكن كبرى سالبة كليا ننفي الموجبة الجزئية بمبدأ التناقض حتى تكتسب الكلية. وجبة كانت او سالبة المشروعية اذا اذا دخل الحد الاوسط في الكبرى الكلية الموجبة يجر معها الموضوع نعم يأخذ جمالية محمول الكبرى. يعني الاكبر فيختفي الاوسط يقول له ادخلتك في الجنان كل ما تشاء الى كلية موجبة اذا دخل الحد الاوسط الى سرب كل يمنحه من كل المواصفات يمنع الموضوع من كل المواصفات. فالنتيجة تأتي سالبة اذا لماذا نشترط في الشكل الأول? ايجاد الصغرى حتى يجر الحد الأوسط الموضوع موضوع الصغرى في دائرة كبيرة هي كلية الكلية الموجبة للكبرى او في دائرة كبرى سالبة تلب كلية وهي الكبرى في الايجاب يتنعم بي بعض المواصفات في السلك تنتفي عنه بعض المواصفات انتهى الامر وقارب لك المسألة فلسفيا بلسان عرفي نعم الشكل الأول ان لم يكن الأصغر داخلا بالإيجاب تحت الأوسط يعني يتبع الاوسط حيث كان او في حكم الداخل بالقوة او لم يكن الشرط الثاني او لم يكن الحكم الحكم يعني آآ الاكبر محمول الكبرى شاملي الجميع الاوسط يعني يعني كل مصاديق الاوسط داخلة في الاكبر وهو يجر معها الموظوع فيكون الموظوع داخل تحت الكبرى لم يجب يعني لم يجب مستحيل ان يكون الانتاج. لم يجب ان يتعدى اه حكم الأوسط اليه نعم حكم الأوسط اليه الى ماذا? الى الأصغر اقول هذا بيان اشتراه في الشوطين الاولين اعني اجابة الصغرى وكلية الكبرى لان الصغرى لو كانت سالبة لم يجب ان يتعدى الحكم بالاكبر من الاوسط الى الاصغر يعني اذا كانت صورة سالبة يعني الموضوع لا يتبع المحمول. فلا يمكن ان يدخله في الكبرى موجبة كانت او سليمة نعم لتباين الذاتين لتباين الذاتين يعني لتباين الأوسط مع الاصغار مع اذا تباين الاوسط مع الاصغر يعني بينهم بيننا عزلة وهو يتواجد في الكبرى يعني الحد الأوسط يتواجد في الكبرى حتما الأصغر للبيرونة لا يتواجد في الكبرى واضحة جدا كما تقول لا شيء من الانسان بفرس ما معناه يعني بينونة بين الانسان والفرنسية نعم بينونة مهوية وكل فرس حيوان الفرس يدخل في محوطة الحيوان نعم ولا ينتج السلب لا شيء من الانسان بفرس وكل فرس حيوان ولا ينتج السم نعم لا شيء من الانسان بفرس بينونا بين الفرنسية والانسان وكل فرس حيوان ما تستطيع ان تقول لا شيء من الانسان بحيوان لا ليس الحيوان اذا هنا صغرى سالبة ما في انتاج ولو قلنا وكل فرس ساهر لم ينتج الايجاب يعني ما تدخلني انا حيث كان الفرس لا يكون الايه فما تستطيع ان تقول لا شيئا من انسان اه بصال ما عندا علاقة. نعم  هذا هو السر الشكل الاول الشكل الأول سره هذا هو المحمول الذي يسمى الحد الاوسط البزنس الذي يبزنس بين امرين سمسار يجر الحد الاصغر الى دائرة اوسع وهي كبرى القياس كبرى القياس القياس قد تكون هذه الكبرى سالبة كليا قد تكون سالبة جزئية لا فرق فاذا دخل الاوسط في حياط الكبرى وهي موجبة مواصفات تسري الى الموضوع اذا دخل الحد الاوسط بمحوط سلب كليا تنفي تنتفي بعض المواصفات لي من الموضوع انتهى الامر ولو كانت الكبرى جزئيا هنا الكبرى جزئية يعني المشروعية غير موجودة مبدأ التناقض</w:t>
      </w:r>
    </w:p>
    <w:p>
      <w:r>
        <w:t>يدخل يقول ما عندك مشروعية؟ نعم ولو كانت الكبرى جزئيا كبرى في القياس الشيك الاول كبرى جزئية سلبة كانت او او موجبة. جاز ان يكون البعض المحكوم عليه بالاكبر غير ما حكم به على الاصغار يعني قد يفلت الاصغر من حكومة الكبرى اللي هي جزئية كما مثلت لكم بقطعة الحديد نعم فلا يتلاقى الوسط نعم كما تقول كل انسان حيوان وبعض الحيوان فرس كل انحاء انسان حيوان جميل. الحيوان يريد ان يوصل الانسان الى محوطة اوسع والمحوطة ليست اوسع ضيقة ما ما يقدر يدخلو. ما عندك حق تقول اه بعض الانسان فرس ابدا والمصنف رحمه الله اشار الى اشتراط الأمر الأول بقوله ان لم يكن الأصغر داخلا بالإيجاب تحت الأوسط هذا هو الشرط الأول يعني ايجاد صغرى وقوله او في حكم الداخل اشارة الى انتاج القياس وان كانت صغرى سالبة اذا كانت مركبة تلزمها موجبة نعم قلت لكم في الجهات المركبة تقول كل الف باء بالظرورة آآ بالظرورة ما دام آآ يعني مركبة. يعني عندك دائرة فيها الإيجاب ودائرة فيها سلب. نحن يختلف الحكم فاعتبارها يكون داخلان باعتباره يكون داخلا والسر هو مبنى التناقض نعم وباعتبار السلب في حكم الداخل او يكون ممكنا هادي ان شاء الله تأتي بالعقيصة الموجهة التي فيها الجهاد واشار الى اشتراط الامر الثاني بقوله او او لم يكن الحكم الشامل لجميع الاوساط يعني الكبرى الكلية لا تنعقد لا يكون القياس تخيل انسان نأتي الى العرف نزل المسألة الى الخيال العرف انسان عنده بنت اب والد عنده بنت مثقفة الجامعية جميلة متدينة متأدبة متخلقة فيها من المواصفات الجميلة اشترطت على والدها في الزواج هذا الشرط ان يكون مؤمنا مثقفا من حقها نعم فيأتي شخص والد مع ابنه يريد ان يخطب نعم اهلا بكم وكذا استقبال جميل وكذا نعم هذا الولد مؤمن غير مثقف يعني لم يدخل في الكلية لا يتم الاقتران يعني لا يتم الانتاج لا يتم الاقتراب الزواج لا يتم انه لا ينتمي الى الكبرى المؤمن المثقف مؤمن غير مثقف او يأتي شخص مثقف دكتور جامعي تعبان ليس بمؤمن لا يدخل في الكبرى كبرى في الكبرى التي اشترطتها آآ البنت يعني كل من يتزوج بي يعني كل خاطب مؤمن مثقف ما يندارش تعطيل كبرى يتم الزواج لا لا يتم اللي في العرف ندركها الوالد يقولو مع الأسف الشديد اه البنت ليست قابلة وانا لا اجبرها لماذا? لنعنصر الايمان غير موجود في هذا المثقف او عنصر الثقافة غير موجود في هذا المؤمن مرة ثالثة ياتي شخص فيه المواصفاتان مؤمن ومثقف ما معنى يتم الاقتران? لماذا? لانها داخل في الكبرى التي اشترطتها البنت  هذا هو تتصور العمليات الخارجية خارجة عن المعايير العقلية? لا داخلة بالقطع واليقين داخل المعايير العقلية. وهذه العملية الفكرية في ذهنية ذهنية لكشف هذا الواقعة الخارجي وهذه المعايير المنطقية الصرمدية حتى نكشف الواقع كما هو نكشف الواقع عمه. هذا المؤمن غير المثقف يستشكل على والد البنت اين المانع انا? انا مؤمن لست مثقفا لظروف خاصة الوالد يقول والله هذا اشتراكها لم تندرج تحت دائرتها قال لها لا اجبرها لا يتم الاقتران لا يتم الاقتران اذا يجب ان يندرج تحت دائرتها يعني الكلية. يجب ان يكون مؤمنا مثقفا. يتم الاقتران تقبل به اكتمال الامر هذا هو الشكل الاول في صعوبة? لا ما ارى فيه والتفاصيل تأتي ان شاء الله اكثر الظروف المنتجة في الشكل الأول يفرز الظروف المنتجة عن الظروف العقيمة يأتي ان شاء الله بيانو.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