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الظروف المنتجة في الشكل الاول قلنا الشكل الأول ينتج كل النتائج الموجبة الكلية الموجبة الجزئية السالبة الكلية والسالبة للجزئية قال فالظرب الاول من موجبتين كليتين  نعم هذا هو الضرب الأول ينتج موجب كلية كما مثلنا اولا موجب موجبتين كليتين. اذا الصغرى موجبة الشرط الاول مؤمن كلية الكبرى مؤمن اذا ضرب المنتج اذا كانت الصغرى كلية والكبرى كلية حتما الإنتاج كل الحد الاوسط يجر معه كل مصاديق الموضوع موظوع الصغرى وهو مندرج كليا تحت محمول الكبرى حتما يجر معه الموضوع كليا تحت محمول الكبرى لان موضوع الكبرى هو واحد الحوض الاوسط يختفي في النتيجة فتأتي النتيجة كليا نعم هذا الضرب الأول الضرب الثاني في الشكل الأول من كليتين كبراهما سالبة لا تكن صغرى سالبة لان الصغرى في الشرط تكون موجبة اذا حتما السالبة تكون في الجهة الكبرى والثاني من كلتين كبراهما سالبة من كليتين والثاني من كليتين كبراهما سالبة لا تكن صغرى سالبة لان من شروط الشكل الاول ان تكون صغرى موجبة اذا الصغرى الكلية موجبة والكبرى كلية سالبة. طبعا حسب القانون النتيجة تكون سالبة. نعم. ينتج سالبة كليا نعم هذا ثاني. الضرب الثالث من موجبتين اذا الشرط الأول مؤمن ايجاب صورة من موجبتين صغراهما جزئية ويجب ان تكون موجبة ينتج موجبة جزئية لان صغرى موجبة جزئية  وما فيه سالبة فالنتيجة تكون جزئية لأن اخص المقدمتين في جزئية وتكون موجبة والرابع يعني الضرب الرابع من صغرى جزئية صورة جزئية يعني بعض الالف باء ويجب ان تكون موجبة وكبرى سالبة الكبرى سلبة يجب ان تكون كلية ينتج سالب جزئيا لان في سلب وفي الجزئية اخص المقدمات مما سالبة جزئيا والجميع بين يعني واضح قد واضح جدا وقد يعني من حيث من حيث المعرفة بقول الحوزاويين ما قبل الاثبات وقد انتج انتج يعني هذا الظرب المحصورات الاربعة او انتج المفروض يعمل نقطة يعمل نقطة والجميع اه اول السطر لان انتهت نعم انتهت الظروف يعني اول صف تيقول والجميع يعني هذه الاضرب الاربعة والجميع بين من حيث يعني واضح لا يحتاج الى تدخل مقياس الخلف او العكس وكما سيأتي وقد انتج هذا الشكل شكل اول المحصورات الاربعة يعني الموجبة الكلية والسالبة الكلية والموجبة الجزئية والسالبة الجزئية فهذا بحسب القول المطلق. اقول المطلق يعني بدون اعتبار الجهاد اقول باعتبار الشرطين ما هما الشرطان الصغرى موجبة الكبرى تكون كلية باعتبار الشرطين سقط اثنا عشر على ما تقدم لان الانتاج ستاش اثنى عشر عقيما لان الشروط غير متوفرة فيها سالبة مع سالبة لا يمكن موت جزئية مع جزئية لا يمكن هكذا على ما تقدم بيانه في العقم والانتاج. وبقي المنتج في في في الشكل الاول اربعة اظروب الأول من موجبتين كليتين موجبتين اذا كليتين اذا الشرط متوفر ينتج هذا الظرب موجبة كلية كقولنا كل جيم باء وكل باء الف ينتج كل جيم قانون الاندراج بعضهم يقول قانون الاندراج نعم انا اسميه الاندراج الحيثي بمعنى يعني جيم مندرج تماما في دائرة باء مندرجة تماما في دائرة الف المندرج تحت المندرج المندرج. نعم قانون الاندراج يسمى الا انه لا تشتبه الاندراج الحيثي نعم ما عندنا اندراج غير حيفي يمثلون كثيرا بالانسان حيوان. وهذه مبدأ الهوية. ذاك ما ما في اندراج يكفي الف الف يعني اذا كنت انت في ذاك الانسان نعم تقول  مثلا بعض الحيوان انسان مجبأ وبعض الحيوان بعض حيوان انسان وكل انسان ناطق بعض حيوان ناطق هنا ليس بقياس تسامح لان الانسان والحيوان والناطق حقيقة واحدة ما بدا الهوية كانك قلت الف الف الف النتيجة الف الف اذا خرجت من مبدأ الهوية واستقريت في مبدأ الجوهرية يعني الذات متعينة بشيء جديد تعين يسمى المحمول غير الموضوع الحمل الشائع. هناك الاندراج حيثي. كيف تقول كل انسان عالم وكل عالم يعي بتكليفه كل انسان يعي بتكليفه مثلا كل انسان عالم الانسان لا يندرج تحت العلم. لماذا? لان الانسان هوية جوهرية. والعلم هوية عرضية. لا يندرج الجواب تحت العناصر. معقول هذا اذا كيف تم الإندراج? تم الإندراج ببركة حيثية في الإنسان وهي الكشفية يعني لانه له كمال الكاشفية حمل عليه العلم. اذا العلم لم ياتي لعيون حيوان ناطق. جاء لعيون تلك الكاشفية تلك الكاشفية. ثم هذا العلم كيف يتعين به الانسان في الوجود هذا ما عنده علاقة بالمنطق عندها علاقة بالفلسفة. روح الى الميتافيزيقا هي تفكيك مثلا اذا قلت كل اله عالم بالقطع واليقين كل من صدق عنوة عليه عنوان الاله فهو عالم عالم تقول شيخنا كل اله? نعم. منطقيا? نعم في الواقع الخارجي علم التوحيد والإلهيات يقول اله واحد مصداق واحد. نحن هنا لبحث صوري نعم كون هذا الاله له مصداق واحد تعطيه مسألة اخرى عندها علاقة بالتوحيد نقول كل اله عليم يعني كل مصداق تعنوى عنون تعنون بعنوان الالهية الالهية يعني المقام الالهية فيكون عالما ثم التوحيد يقول ما عندنا مصاديق متعددة عندنا مصداق واحد فقط. نعم. هذا هو التوحيد بدليل خارجي ليس من القضية ثم تقول وكل عالم حي تقول كل الى حي قياس من الشكل الاول واضح جدا اذا الله اذا تحيث بالعلم يتحيف بالحياة. انتهى الامر اذا اندماج الاله تحت العلم اندلاج حيثي ببركة الصفة نعم. ثم تقول شيخنا علاقة هذه الصفة بالذات الالهية كيف? انا انا اتبنى العين العينية المعتزلة يتمنون نيابة الصفات عن الذات. الأشاعرة يتبنون زيادة الصفات على الذات. هذا بحث اه كلامي بطافيزيقي فلسفي الهياتي لا يهمني انا. المهم هو هذا الاندراج الحيثي كل جيم باء يعني جيم مندرج تحت باء اندراج حيثي وكل باء الف وباء مندرج تحت الف بن دراج حيثي حتما جيم يذبح المندرج تحت المندرج اي مندرج نعم  يأتي شخص من الخيرين اموال كثيرة معه ويريد ان يساعد الطلاب بمقدار مالي لنفرض مثلا كل طالب ياخذ خمسين دولار فيأتي شاب يريد ياخذ خمسين دولار يقول انت طالب نقول نعم هاي الكارت كارت الانتساب الى الحوزة فهو مندرج تحت عنوان الطلاب يعني كل من تعنون بعنوان الطالب يحتاج الى هذه المساعدة ويتعانون اندرج تحت الطالب والطالب يندرج تحت استحقاق المساعدة فهو يستحق المساعدة المساعدة مسألة بديهية لقانون الثاني الظرب الثاني من كليتين والكبرى سالبة يجب ان تكون الصغرى موجبة ينتج سالبة كلية لاخص المقدمة ككونها كل جين باء صغرى موجبة. الشرط الاول تحقق ولا شيء من الف باء. كلية الكبرى الحق الشرط المتحقق. النتيجة تكون اخص المقدمة يعني سالبة. لا شيء من جيم الف</w:t>
      </w:r>
    </w:p>
    <w:p>
      <w:r>
        <w:t>الضرب الثالث من موجبتين والصغرى جزئية يجب ان تكون موجبة والكل كبرى كليا ينتج موجبة جزئية للاخص المقدمة. كقولنا بعض الجيم يعني هنا الاندراج ام الاندراج مقطعي الاندراج مقطعي. اذا النتيجة تكون مقطعية وكل باء الف يعني جيم يندرج تحت باب ليس بتمامه ببعض مصاديقه اذا من يستهل الف بعض المصادق من جيم والنتيجة تكون بعض جيم الف واضحة جدا الرابع يعني الضرب الرابع من صغرى موجبة جزئية يجب ان تكون الصورة موجبة وكبرى سالبة كليا يجب ان تكون كلية سالبة موجبة لا يهم ينتج سالبة جزئية لاخص المقدمة جزئية وسالبة. كم عيب؟ عيبان. فتكون جزئية سالبة ككوننا بعض يجب ان تكون الموجبة جزئية لان شرط اساسي ولا شيء من باء الف يجب ان تكون كلية شرط اساسي فجزئية وسالبة عيبان فالنتيجة تبتلى بالعيبين جزئية سليمة ليس بعض جيم الف او تقول بعض جيم ليس بالف وانتاج هذه النتائج يجي بينوا انتاج مبتدأ بينوا الخبر وانتاج هذه النتائج بين بذاته باللي حاضر مقام الإثبات نعم فظهر ان هذا الشكل ينتج المحصورات الاربعة هذا بحسب القول المطلق من غير الالتفات الى شيء من الجهاد ما فيه ان ممكنة عامة ممكنة خاصة عرفية عامة مشروطة عامة مشروطة خاصة الدائمية هذا ما فيه نعم بدون جهة يعني الجهة تكون مطلقة بالمعنى الاول الذي هي خلو من الجهة الإنتاج في الشكل الأول مع اعتبار الجهة في المقدمتين. هنا يأتي التعقيد من اين هذا التعقيد تعقيد امم في العبارة ثانيا انها لا تنضبط في الخيال. تحتاج الى سبورة ودقة نعم. نحاول ان شاء الله بقدر المستطاع ان نوصل المطلب الى الطالب العزيز نعم قال واما اذا اعتبرنا الجهاد خرجنا من الاطلاق الذي هو جهة مجازية لسجها يعني نفي الجهة نعم كل الف باء ما في جهة وكل باجي ما في جهة. النتيجة كل الف جيم ما فيها نتيجة ما فيه جهة الان لا في جهة اما ممكنة عامة او ممكنة خاصة او عرفية عامة او مشروطة خاصة او مشروطة عامة مشروطة خاصة وهكذا قال واما اذا اعتبرنا الجهاد يعني كيفية النسبة فنقول اذا كانت الصغرى سالبة ينتج او لا ينتج لا ينتج لماذا? لان الصغرى يجب ان تكون موجبة الا انه يقول تلازمها في الصدق وجبة. نعم تلزمها او تلازمها موجبة اذن الانتاج ببركة تلك الموجبة نعم قد يقول طالب شيخنا هذه تلازمها انا لم تدخل في ذهني هذا الطريق يوصل الى المقصد طريق الف. طريق باء يوصل الى المقصد نعم هذا الطريق تتحرك في السلب وهذا تحرك تحرك في الجيب في بالايجاب المهم كلاهما موصل الى المقصد ما معنى القضية السالبة تحكي واقع سين القضية الموجبة تحكي الواقع نفسه الا انها موجبة باعتبار تصادق هذا هو التلازم في الصدق اذا عجزت عن استخدام السالبة لان في الشكل الاول الموجبة اه الصغرى تكون موجبة ما تستطيع تخدم السلب خدم الإيجاب تقول يا شيخنا بأي موجب ما هو المبرر? ما هو مبدأ سبب الكافي? لأنها تحكي الواقع نفسه نعم هذا هو تلازمها تلازمها موجبة فقط تيرانها مع الكبرى فاقتران هذه الموجبة مع الكبرى التي يكن لي  لا يهم كليتها سالبة او موجبة بالشكل الأول كبرى تكون كلية الكيف ساكتة بمعنى لا بشرط قد تكون موجبة قد تكون سالفة ينتج بقوة الايجاب ما ينتجه الموجبا. نعم اقول السالبة المركبة التي تلزمها موجبة مركبة يعني قلت لكم فيها قيد اللا دائمي نعم يعني النسبة تتحرك الى حد ما مرتفع او مرتفعة الى حد ما تتحقق السالبة المركبة التي مركبة هذا هو الذي بينته لك تلزمها موجبة كالعرف فيها الخاصة العرفية الخاصة ما معنى الدخول بمقطع ما الدخول في مقطع ما يعني عدم الدخول في مقطع ما عدم الدخول في مقطعهما سالبة الدخول في مقطعهما موجبة هذا هو التلازم نعم كالعرفي الخاصة العرفية الخاصة يعني اكرر حتى ترسخ في ذهن الطالب العزيز. ثبوت المحمولي هذه اه الموجبة التي تلازم سالبا مركبا العرفية الخاصة ثبوت المحمول للموضوع لا دائما ببركة الوصف ببركة الوصف نعم العرفية والمشروطة الخاصة فقط الظرورة تدخل ظرورة ثبوت المحمول الموضوع ببركة الوصف لا دائما. يعني في مقطع ما نعم كالعرفية الخاصة والمشروطة الخاصة والوجوديات الوجوديات يعني كل من يدخل نعم كل من يدخل الى دار الوجود يجوز استعمالها السوريات في الشكل الأول لاشتمالها على عقدي ايجاب والسلب تقول شيخنا ما معنى اه عقدي الايجاب والسر لانه في الدخول ايجاب في الخروج سلب نعم اه يتصل انسان بالارادة بالادارة عنده شغل مع مع المدير هذي الكاتبة السكرتور تقول له المدير في جلسة هذه الجلسات تستغرق ساعتين مع المديرين مع المدراء خطأ لغويا مع المديرين المديرون. المديرين مدراء خطأ مع المدن ساعتان وتنتهي الجلسة هذا هو الدخول الوجودي فعليا ثم بعد ذلك ما فيه الدخول اذا عندنا مجمل تلازمها سالبة عدم انعقاد الجلسة عدم انعقاد يعني انتهاء الجلسة نعم يجوز استعمالها صبريات في الشكل الأول لإشتمالها على عقد ايجاب والسلم اذا في هذه الحالة الدخول المقطعي الضروري وغير الضروري مطلق الدخول ببركة الواصل ببركة غير الوصف الدخول المقطعي باعتباره ينطوي على جهة ايجابية وجهة سلبية يعني في دخول وخروج يمكن ان تستخدم الموجبة في الشكل الأول يمكن تستخدم السالبة للشيك الاول. تقول يا شيخنا السالبة شرط اساسي ما تكون في الموجبة. ما تكون في الصغرى. نقول لانها تلازم تلازم اه الموجبة نعم والانتاج انما هو باعتبار عقد الايجاب ليس عقد السلب تكتب على السبورة صورة سالبة وكبرى كلية موجبة في الشكل الأول الطالب العزيز بانه حفظ شرطين واستوعب الشرطين. يقول شيخنا هذا ليس الشكل الاول الاستاذ يقول لماذا? يقول لان سلبة جزئية من شروط الشكل الاول في كل دروبه ان تكون الموجبة بعد آآ الصغرى ماذا تكون موجبة? وانت اتيت بصغرة سالبة يسال يقول نعم احسنت لكن هذه وجودية عرفية خاصة مشروطة خاصة تدخل يظهر الوجود ثم تخرج. يعني عندنا اجابة وعندنا سلب هذا السلب لا ينفك عن هذا الايجاب والايجاب لا ينفك عن هذا السر. اذا نستخدم الايجابي السلبي كلاهما صحيح نعم اذا السلب ليس منظورا الى ذاته منظور الى ما يلازمه من ايجاب نعم وينتج بقوة ما تنتجه الموجبا. حتى لو وضعنا السالبات ينتج الموجب. مثلا يعطي المثال القضية المركبة هنا مانا بينتها السالبة المركبة التي دائما تقيد اللادبية. بمعنى ان النسبة تمشي تستمر في نقطة بعد ترفع اللا دائمة يعني لا تدوم اذا عندنا فضاء التواجد وفضاء عدم التواجد. كم فضاء? فضاء ايجاب وثلب  مثلا اذا صدق لا شيء من جيم ما دام جيم اه عرفية خاصة لا دائما لاحظت يعني باء كمحمول يثبت للجيم ببركة الوصف مقطع ما فتكون موجبة وبعد تأتي السالبة. اذا جئت بسالبة في القياس كانك جئت بالموجبة</w:t>
      </w:r>
    </w:p>
    <w:p>
      <w:r>
        <w:t>نعم ولهذا يقول ماذا يقول وينتج بقوته بقوته ما تنتجه الموجبة عجيب نعم لان السالبة هناك تلازمها الموجبة مثلا اذا صدق لا شيء من جيمبا مادام جيم لا دائما طبق عليها معيار القضية تقول كل مصداق تعنون بجيم يتعنون بباء ما دام الوصف في مقطع خاص لا دائما وكل باء الف بالضرورة يعني كل من تعنون بعنوان باء يتعنون بالف بالضرورة لا ينفك عنه اينما يكون ما يكون اليف. نعم ينتج كل لماذا كل? لان اه اه الكلية الكبرى و اه كلية الصورة كل جيم الف بالظرورة  نعم. هنا العقل بعد ليس العقل العقل ممكن يفهم الخيال ما يستطيع ان يضبطها هنا يتفوق المنطق السوراني انه لا يعتمد على ماذا? لا يعتمد على المعنى يعتمد على الرموز فقط جيد خلينا الآن نفلسف النتيجة خلينا نكمل العبارة ماذا يقول الاعلام الحلي ثم نفكك العبارة مثلا اذا صدق لا شيء من جيم ما دامت جيم لا دائما بينها وكل باء اليف بالضرورة بينه. ينتج كل جيم الف بالضرورة. يعني كل من صدقة تحتاج جيم يعني بالعنوان الوصفي كان هو المحمول الف بالظرورة لا ينفك عنه ما دام متصل بالوصل لان الصورة مركبة صورة مركبة هي ها لا شيء من جيم ما دام جيم لا دائما. يعني في فترة باء ينفك عن جيم ببركة الوصل بفترة اخرى لا بل ينفك عن جيم يثبت ليجيب ايجابية وكل بالف بالضرورة لان الصورة مركبة ما هي صورة لا شيء من جيم ما دام جيم لا دائما لا دائما يعني في مقطع كانت يعني كان باء مسلوب عنجيم ببركة الوصف نعم لان الصورة مركبة من عرف عامة سالبة عرفية عامة يعني اه من عرفية عامة سالبة عرفية عامة يعني دخول سلبي وموجبة مطلقة عامة اه خروج اه خروج خروج يعني سلب ودخول يعني ايجاب وموجبة مطلقة عامة هي نعم اذا اذا تركب من عرفية عامة وموجبة مطلقة عامة يعطي الله دوام يعطي الله دوام نعم هي كل اه جيم باء كل جيم باء. نعم لان ايجاب في مقطع باء يسرب عن جيم يعني عن موضوعات جيم المتصفة بالوصف وفي مجتمعنا با يثبت يجيب اه كل جيم باء فاذا جعلنا الصغرى الكبرى يعني انت الان احدث سالبة لماذا حتى تؤمن الشرط الشكل الأول الصورة يجب ان تكون موجبة نعم فاذا جعلناه هذا كله جيم فاذا جعلنا صورة كبرى انت جم قلناه ماذا ينتج? ينتج كل جيم الف بالضرورة نعم اذن الإنتاج ليس لعيون السالبة لعيون الموجبة يعني خروج من دار الوجود ببركة الوصف خروج ما معناه? يعني جيم لا يتصل بباء. خروج خروج وصفي. خروج محمولي ببركة الوصف في مقطع خاص. المقطع الثاني ما هو؟ يجب ان نكون داخلا نعم نكون داخل. ولما كان الايجاب والسلب هنا لفظين لان ربط محمولات مثل هذه القضايا الى موضوعاتها في نفس الامر يعني في الوجود والواقع انما انما هو الإمكان الشامل للإيجاب والسلب نعم مم آآ الإمكان طبعا هنا الإمكان العام في الرافع الإمكان العام حاضر لأن الإمكان العام ينسجم مع السلب وفي التواجد كذلك الايمان كان موجود وهذا هو السر سر الدخول والخروج ان كان اه نعم لا تجد في الذات الالهية لا دائمية ابدا لماذا? لأن هناك الإمكان غائب بامكان الخاص طبعا فتقول الله تعالى حي اه او تقول الله تعالى بوصف ما هو حي لا دائما مستحيل يعني مستحيل اذا في الدخول والخروج هو ملاك الامكان هو السر هو الامكان. يمكن ان يدخل ويمكن ان يرفع يخرج ولهذا يقول هو الامكان الشامل للايجاب والسلب. او بالوجود المشتمل عليهما الوجود بمعنى الدخول المطلق نعم كانت مثل هذه الاقيسا ولا يخرج عن مطلق القياس لكون الانتاج لا لذاتها لا يخرج عن المطلق القياسي يعني يبقى هذا القياس صحيحا. وان كانت صورة سالبة يدخل تحت القياس. لماذا يقول لا لذاتي لكون الإنتاج لا لذاتها ليس لذات السالبة وانما لأجل ما تلازمها من موجبا نعم تعيين جيل القضايا في نتائج الشكل الأول من المختلطات ياتي ان شاء الله. اللهم صلي على محمد وآل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