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تعيين جهة القضية في نتائج الشكل الاول من المختلطات. قال والصغريات سغريات يعني ايه? سغريات القياس وتكون دائما موجبة الا اذا كانت مقيدة بالله الدائمية كما مر علينا الفعلية والصغريات الفعلية. يعني الدخول الوجودي خرجت من القوة من الانكار التي تقتضي دخول الاصغر في الاوسط بالفعل معني الاصغر يعني الموضوع في الصورة متلبس بالمحمول الاوسط في الخارج مع الكبريات الذاتية. كبريات ذاتية يعني كبرى القياس التي قد تكون موجبة قد تكون سالبة الذاتية كبريات الذاتية. تنتج كالكبرى نعم لان الاصغر فيها بعض جزئيات اوسط فحكمه حكمها بالله عليك انت الآن حتى لو كنت الخليل بن احمد سيباويه في اللغة العربية ما تفهم من هذا النص مطلقا ابى سر المتون القديمة ولهذا الطالب يتعب في فهمه الى ان ذهنيته تكون قوية هذا هو  السر جيد وخلينا الان نفكك ونحلل المتن بجزئياته ثم نركبه المنهجية العامة التحليل والتركيب والصغريات الفعلية التي تقتضي دخول الاصغر في الاوسط بالفعل السغريات الفعلية يعني القضايا التي تلبس موظوعها بالمحمول في الوجود دخل الوجود ليس بالقوة يعني خرجنا من حكومة الإمكان هادي واضحة مع الكبريات الذاتية كبريات يعني كبرى القياس الذاتية هنا تبقى مباما. ماذا يقصد الذاتية يعني المحمول لا ينفك عن الموضوع لاجل ذاته يعني بشرط ان تكون الذات موجودة تنتجك الكبرى يعني تنتج ما فيه مشكل لان الاصغر تعليل لان الاصغر فيها العصفور يعني الحد الأصغر يعني موضوع النتيجة فيها بعض جزئيات الأوسط يعني الموضوع في الصورة مندرج تحت المحمول اوسط ليس الاندراج الشامل اندراج المقطعي. يعني في بعض مصاديق الموضوع فيدخل في الكبرى لأن الحد الأوسط يدخله في الكبرى هذا الذي فهمناه بقيت ذاتية هذه ماذا يقصد بها يعني المحمول ثابت بالظرورة للموظوع ويسلي الى الافراد ببركة تواجد الذات كالضرورات الذاتية اقول الصورة في هذا الشكل اما ان تكون فعلية يعني دخلت دار الوجود يعني ثبوت المحمول للموضوع في الصغرى بالفعل دخول وجودي او ممكنة دخول بالقوة بعد ممكن ان يتلبس بي واذا كانت فعلية يعني دخلت دار الوجود فالكبرى اما الذاتية او وصفية. الان اتضحت الذاتية الذاتية في مقابل الوصف يعني ذات الموضوع تقتضي المحمول. مرة لا. الذات لا بتكفي. الذات مع الوصف وصفية نعم ولهذا قلت لكم ضرورة ذاتية يعني راجعة الى الذات وليس راجعة الى الوصف فاذا كانت ذاتية يعني ليس ببركة الوصف ببركة ذات الموضوع فقط فالنتيجة كالكبرى فان اذا قلنا مثلا كل جيم باء بالاطلاق وانا حتمنى الاطلاق العام ليس الاطلاق الذي هو ليس جهة ما معنى كل جيم باء بالاطلاق يعني في دخول فعلي انتهى الأمر نعم اطلاق العهد وكل باء الف بالضرورة يعني الف يثبت لباء بالضرورة باعتبار الذات ليس باعتبار الوصف كما بينته لكم فقد حكمنا في الصغرى بان جيم بعض جزئيات باء نعم فقد حكمنا في الصغرى ما هي صغرى? كل جيم باء بالاطلاق فقد حكمنا في السورة بان جيم بعض جزئيات باء قد يقول الطالب العزيز انت تقول كل جيم باب الاطلاق نعم كل جيم باء بالاطلاق كأنك قلت لا اله وسكت. قل لا اله الا الله حتى يتم نصاب التوحيد ما تنسى بالإطلاق كلو نعم يعني كل من صدق عليه عنوان جيم يصدق عنها الوباء لكن قال بالاطلاق ما معناه? يعني دخول فعلي مقطعي يعني تواجد الفعلي هل هذا يعني التواجد في بنحو الديمومة ينبسط على جميع مصاديق المصاديق التي تناسبه  نعم البارحة كنت اطالع كتابا باللغة الفرنسية تاريخ المنطق ووصلت الى المنطق الحديث نصف الكتاب تقريبا انت اذا اسست قضية تقول كل انسان حيوان اه يقول يعني عالم او الكون ثم تقول وآآ وكل حيوان حساس وتقول كل انسان حساس هنا تتحدث عن عالم الحيوان فقط نعم عالم المحمول العالم المعرفي يحدده من? يحدده المحمول نعم هنا في هذا المثال كل جيم باء الفضاء الذي العالم المحدد هنا باء الا ان هذا الفضاء لا يطال جميع المصادق فضاء خاص يعني عالم محدود من الاطلاق فعلية دخول هل يعني الدخول الانبساطي الدائم لا وبالتالي ما تستطيع ان تأمنه من هذا الدخول ما هو جيم بعض جزئيات باء يعني جيم يندرج باء اه تحت باء ليس منبسطا  معني باتمس عالما خاصا فقط من المصاديق قطعة من المصادير. ولهذا يقول فقد حكمنا في السورة بان بعض جزئيات باء يعني جيم لا يدخل تحت باب بنحو الشمول بنحو المقطعية لأن فعليا نعم فيصدق علي ما يصدق عليها نعم فقد حكمنا في السورة بان جيم بعض اه بعض جزئيات باء فيصدق عليه  فيصدق علي على جيم ما يصدق عليها يعني باء في ذلك الفضاء الخاص لان قولنا في الكبرى كل باء الف بالظرورة شامل لكل الجزئيات التي من جملة كل باء الف بالضرورة يعني كل من صدق عليه عنوان باء يصدق عليه عنوان الف بالظرورة. ودا يطال شريحة من جيم نعم شامل لكل الجزئيات التي من دونها جملتها جيم. لماذا من جملتها جيم? لان جيم مندرج تحت باء في بعض مصادقه نعم فيكون جيم بالظرورة الف وهو المطلوب نعم نتيجة اين ذكرها لم يذكرها فيما سبق ذكرها هنا فيكون جيم بالضرورة الف نعم هنا بما ان الدخول اه الدخول الفعلي بنحو الاطلاق اذن الضرورة ضرورة ثبوت الف لجيم في عالم خاص مقطعي نعم القضية تكون صادقة. فيكون جيم بالضرورة الف وهو المطلوب تجيب بجميع مصادقه لها في الشريحة التي صادق عليها ماذا? باء الحد الاوسط في القضية ارجع الان الى المثال اذا قلنا مثلا كل جيم بالاطلاق يعني هنا جيم تلبس ببا في عالم ما صديقي خاص وكل بئر بالضرورة. عالم باء مندرج تحت الف بالضرورة. لا تجد مصداقا للمصاديق باء لا يندرج تحت الف. اذا كل هذه الشريحة الخاصة من تدخل تحتها الف بالظرورة. واضحة جدا. النتيجة فيكون جيم بالظرورة اليف وهو المطلوب نعم  الصغريات الممكنة مع الكبرى. الممكنة يعني لم تدخل بعد عند قابلية الدخول السغريات الممكنة مع الكبرى الخالية عن الضرورة والدواب. قال والصغريات الممكنة يعني التي لها قابلية الدخول مع الكبريات يعني كبر القياس اذا قلنا الصغريات يعني صغر القياس كبريات يعني كبر القياس. والكبريات الخالية من الضرورة لا هي ضرورية ولا والدواب يعني دخول وجودي بدون ضرورة وبدون دوام ونعم تنتج ممكن لان الاصغر غير داخل في الاوسط الا بالقوة نعم تقول كل من ينجح في الامتحان امتحان على مستوى الوطن امتحان في مادة ما مثلا في الاعلام الالي</w:t>
      </w:r>
    </w:p>
    <w:p>
      <w:r>
        <w:t>الدولة قررت تبعث الى امريكا جامعة ارفارد لنفرض مثلا مية طلب مية طالب حتى يصيرون علماء في هذا التخصص يقول كل من امكن او بعض من امكن او كل من امكن او امكنه الفوز في الامتحان يعني يمكن ان يفوز في الامتحان بالضرورة يذهب الى امريكا او تقول كل من فاز بالامكان بالامتحان بالقوة يعني عندو قابليات ان يفوز فهذا اه او تقول لا خليها صيغة صياغة منطقية جيم له قدرات ان يفوز او تقول جيم بالقوة فائز فاز في الامتحان وكل فائز في الامتحان يسافر الى امريكا جماعة ارواب نعم هنا ماشي فعلية ما في فاعلية. يأتي طالب ايا كان في غاية الذكاء والقدرات يقول انا حتما اذهب الى امريكا جامعة هارفارد وفرحان ان عنده قدرات هنا غير مؤمن غير مؤمن لماذا? لاننا نزلنا في القوة اذا النتيجة لا تخرج عن القوة خصوصا اذا بنينا على القاعدة النتيجة تتبع اخص المقدمة والصغريات الممكنة يعني عندها قابلية الدخول مثل هذا الطلاب قابلية النجاح لمجموعة منهم طبعا ليس الكل مع الكبريات الخالية عن الضرورة والدواب. يعني الدخول المقطعي تنتج ممكنة لنا قابلية لسنا بالفعل يا هنا لان الصغرى لأن ممكن غير داخلة في الاوسط الا بالقوة هذا الطالب الذي يحمل قدرات فاز يحمل قدرات بعدما امتحنا واضحة جدا. اذا الذهاب الى هارفارد في دائرة استعداد في دائرة القوة وليس الفعلية يعني قادر ان يمتحن ان يفوز بعد لم يمتحن بالفعلية اه بعد يكون نقول يذهب الى امريكا بالفعل لا يمكن ان يذهب الى اقول الصغرى الممكنة في هذا الشكل ذهب جماعة الى انها لا تنتج مطلقا والمصنف رحمه الله اختار آآ مذهب ابي علي في انتاجها ابي علي يعني اه الشيخ الرئيس بن سيناء ليس بعلي الجباهية لا تشتبه. نعم اين السماء من الثريا ومن الثراء ومن الثريا نعم لا ابن سينا يقول لا تنتج فعليا وعلى ما تنتج بالقوة. نعم. للمسانقة النتائج يجب ان تصادق المقدمات مقدمات يجب ان تصارخ النتائج لقانون العلية والمعلولية. لان الحد الاوسط علة للنتيجة يسانخها كنا في دائرة المقدمات في دائرة الاستعدادات والقوة النتيجة تبقى بالقوة كذلك بالقوة. فالمدير ماذا يقول لهذا الطالب القوي والذكي? احسن طالب في الكلية يقول له لا اعرف انك انت رائع وعندك قدرات نعم لكن في الامتحان قد تفوز وقد لا تفوز قد تنجح وقد لا تنجح. بين النجاح حينها يتعين بالظرورة ذهابك الى امريكا احب كيف المدير يفهم هذا الامر نعم. اذا ذهبوا لامريكا فعلي ام بالقوة? لا تقول شيخنا بالقوة. اذا امتحنا وفاز ابرز قدراته بالفعل صارت فعلية في الورقة حين الإمتحان حينها يتعين السفر اما اذا بعد ما وصلنا الى الامتحان بقي في قدراته التي لم تبرز بعد في الامتحان الذهاب الى امريكا يكون بالقوة ام بالفعل? تقول لشيخنا يكون بالقوة هذا الذي يقوله ابن سينا غيره من القدامى يقولون لا تنتج لا تنتج. نعم وتفصيله على منحني يريد يفصل المبنى المبنى السينوي ان الكبرى انما تكون ظرورية مطلقة او دائمة مطلقة او لا ضرورية ولا دائمة ضرورية مطلقة يعني لا ينفك المحمول عن الموضوع او دائمة مطلقة دائمة مطلقة يعني الديمومة وصفها لا ينفك او لا ضرورية ولا دائمية يعني لا ضروري الدخول ولا داعمين للدخول ما قطاعية مقطعية فان لم تكن ظرورية ولا دائمية فالنتيجة ممكنة ان عام الامكان العام ان كانت الكبرى غير مركبة باللا دائمية او خاصة ان كانت الكبرى مركبة اما انتاج الممكنة العامة فلان الصغرى لو فرضت واقعة لانتج قياسك الكبرى لما مر يعني واقعة يعني فعلية وليست بالقوة والقدرات نعم يعني هذا الطالب امتحن بعد امتحن وابرز قدراته العلامة مثلا عشرين او تسعتاش تعين الذهاب الى امريكا. هذا كما مر واذا صدقت كالكبرى على تقدير ممكن كانت ممكنة. اذا بقي في القدرات تخيل هو قادر وامتحن واشتبه هادي القدرات خرجت في غير الطريق الصحيح يقولون طالب متمكن في الفلسفة الجامعة او في الثانوية لا تذكر دخلوا في الامتحان نادي الامتحان العام امتحان امتحان الذي يعبر على ضوءه الى الجامعة في المغرب يسمى الباك باللغة الفرنسية  في المشرق الثانوية العامة هو تخصص فلسفة فمن الخوف والساس الموضوع ما هو حلل الارادة? لان الارادة مسألة فلسفية. طبيعة الحال من الستراس والخوف قرأ العنوان السؤال حلل الإدارة الادارة والارادة يعني تجانس بالألفاظ اين الادارة من الارادة ما دخل الادارة في الفلسفة مسكين كل قدراته فرخ في الورق نعم المدير ونائب المدير والمالية والتخطيط وبدأ يفصل حسب قدراته مطالعاته الادارة بالتفصيل. كمل رجع الورقة خرج الطلاب فجاء صديق غذيل امور تحدث قال له ماذا فعلت في الارادة? سمحها جيدا. الارادة لانها بحث فلسفي قال ماذا قال الارادة قال تعيد تعيد قال الارادة هاي الورقة حلل الارادة قارب بالارادة مقاربة ميتافيزيقية مقاربة نفسانية مقاربة اخلاقية مقاربات متعددة  يا الله قال انا قرأتها حلل الادارة مهما كانت هذه القدرات هذا الاشتباه قد يحدث بعد ينجح لينجح لا ينجح ابدا لا ينجح جيد يقول اما انتاج الممكن العام بيناه الإمكان العام يعني نقيض المحمول ليس ضروريا فلان الصغرى لو فرضت واقعة يعني دخلت دار الوجود لانتج القياسك الكبرى لممر هذا بيناه في ممر. واذا صدقت كالكبرى على تقدير ممكن ممكن كانت ممكنة والا لكان ليس بممكن ممكن على تقدير وقوع الممكن وهو محال نعم الطالب القدير يقول للمدير انا ناجح بالفعل بعد لم يأتي يوم الامتحان ويقتل للمدير انه ينجح المدير يقول نعم تنجح تنجح ولكن متى يتبين هذا النجاح؟ حين الامتحان ليس الان الان انت لست ناجحا ولست لا ناجحا مستحيل ان تكون ممكن النجاح وعدم ممكن النجاح فتبقى النتيجة ما هي? معلقة بالامكان. هذا هو مغزى كلام العلماء الحلي واذا صدقت كالكبرى على تقدير ممكن كانت ممكن النتيجة والا يعني اذا لم تكن ممكنة يعني فعلية ممكنة وليس كاينة والا يعني اذا لم تكن النتيجة ممكنة لكان ما ليس بممكن ممكنا. على تقدير وقوع الممكن وهو محال فالمدير لا يقتنع ابدا يقول له انت درست عند الملائكة بالنسبة الى الامتحان تبقى بالقوة. يعني بالامكان لا يمكن ان نسجل الان اسمك انك ناجح يذهب الى امريكا الى هارفارد ابدا هذا الطالب سجلني. لا لا يمكن لأن الممكن ينقلب ماذا? لا ممكن. وهذا مستحيل. مبدأ التناقض لاحظتي المنطق? المنطق هو تخسيس للمعايير المنطقية العامة نعم ولا تكون فعلية لان الاصغر غير داخل بالفعل تحت الاوسط لانه مقيد بالممكن يا نعم ولا تكونوا فعلية المدير يقول بعدها لم تمتحن هذا هو لا تكون فعلية بلسان المدير لم تتحن بعد انا قوي نعم انت قوي سلمنا. درست في الملكوت لكن لم تمتحن بعد. انا كمدير الامتحان هو الامارة الاساسية. التي ارتب عليها الاثار الذهاب الى امريكا او عدم الذهاب الى امريكا. امارة يعني علامة على ان هذه القدرات فعلت في الامتحان</w:t>
      </w:r>
    </w:p>
    <w:p>
      <w:r>
        <w:t>هذه حركات العرفية تحكم هذه الجهات التكوينية هذه الجهات التكوينية ولا تكونوا فعلية. يطبق هذا الطالب العزيز الذي درس في عالم الملكوت يبقى بالقوة ام بالفعل بالقوة? اذا وضع قلمه على الورقة ودخلنا في الفعلية حينها في حديث لان الاصغر تعليم لان الاصغر غير داخل بالفعل تحت الاوساط لانه جهته ممكنة نعم. يقول السورة الممكنة في هذا الشك. نعم يعني قابل للنجاح. وقابل اه غير النجاح. هلل النجاح النجاح ضروري له لا هل لا نجاح ضروري له? لا واما انتاج الممكنة الخاصة الممكنة الخاصة عن الموضوع متساوي النسبة الى المحمول وانا نقيض المحمول تقول الانسان اما عالم واما ليس بعالم فلان الممكن اذا تركبت مع احد الجزئين في الكبرى انتجت ممكنة عامة مع فلان الممكن بالإمكان الخاص اذا تركبت مع احد الجزئين في الكبرى انتجت ممكنة عامة احد الجزئين في الكبرى هنا اه يقول في النص في المتن المحقق الطوسي والسوريات الممكنة هذه واضحة مع الكبريات الخالية عن الضرورة والدوام. يعني ما معنى مقيدة باللا دائمها وكلما جاء هذا القيد اللا دائم يعني عندنا كم آآ كم فظا? فظاء فظاء ايجابي والفظاء سلبي سينو ولا سين سين دخول آآ دخول النسبة لاسين خروج النسبة ونتا عندك ممكنة خاصة قد تكون في سين وقد تكون في لا سين ممكن اخصها هكذا ولهذا يقول واما انتاج الممكنة الخاصة فلان اذا تركبت مع احاديث الجزئي في الكبرى الجزئية في الكبرى يعني سين ولا سين الفضاء الدخول فضاء الخروج انتجت ممكنة عامة ممكنة اعمى نعم ما معنى ممكنة عامة هل السين منتفع عن الموضوع? لا ليس بالضرورة هل منتفعا الموضوع? لا هذا هو الإمكان العام يعني نفي ضرورة الطرف المقابل نعم واذا تركبت مع الجزء الاخر المخالف مثلا لاسيد لذلك الجوز في الكيف انتج ما يخالف النتيجة الاولى نعم فتركبت منها ممكنة خاصة. هنا لا هنا ليس الانفتاح على العالمين. لا هنا راحت في اتجاه اذا راحت في اتجاه سلبي النتيجة موجبة. اذا راحت في الإتجاه الإيجابي النتيجة ماذا? سالبة. نعم. ولهذا يقول واذا تركبت مع الجزء الاخر تخيل في الجهة الايجابية الجزء الاخر ومخالف. لذلك الجزء في الكيف انتج ما يخالف النتيجة الاولى فتركبت منهما ممكنة خاصة لان متساو النسبة الى سين ولا سين وهذا هو الامكان القاف  جيد طبعا في العلوم الضرورية كالفلسفة وغير الفلسفة هذه الجهات لا تستخدم في العلوم لانها هناك يبحثون عن القواعد العامة الضرورية السغريات الممكنة مع الكبرى الظرورية والدائميات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