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سوريات الممكنة مع الكبرى الظرورية او الدائمة. قال ومع الكبرى الظرورية. يعني عندنا صغرى ممكنة يعني ما معنى ممكنة قد تدخل الى دار الوجود الى الفعلية مع الكبرى الظرورية الكبرى الظرورية يعني عدم انفكاك الموضوع عن المحمول اما ببركة الذات او ببركة الوصف لا يهم او الدائم الدائمية الدائمة يعني المحمول لا ينفك عن  الموضوع دائما النتيجة ما هي تنتج كالكبرى او تنتج كالكبرى النتيجة او تنتج هذه الصغرى مع الكبرى كالكبرى لان تعليل لان ان كان الصغرى تقتضي ان لا يكون للاوسط حد الاوسط ذال الا يكون للاوسط ذات تغاير تغائر تغاير ذات الاصغر هذا هو الإمكان تقول الف باء ممكن يعني يمكن ان يتلبس في قابلية للتلبس قابلية للاجتماع في مصداق هذا هو الإمكان يعني ما في استحالة لان امكان الصغرى تقتضي كون الصغرى موجهة بالامكان الإمكان العام او الإمكان الخاص. تقتضي ان لا يكون للأوسط ذات تغاير ذات الاصغار. يعني يمكن ان يجتمعان في اه فيه مصداق لان هذه طبيعة الامكان يمكن ان ينجح يعني وينجح بالفعل اذا كان اه مجدا وذكيا نعم والكبرى كبرى القياس ما هي تقتضي ثبوت الاكبر يعني المحمول في الكبرى لما هو ذات الاوساط لما صديق اوسط قبل اتصال في بالاوسط ومعه وبعده نعم يعني بالمصاديق المقدرة والمصاديق الفياء هي فخروج الصغرى الى الفعل بحسب الفرض المقتضي لدوام النتيجة او لضرورتها لا يقتضيه الا بالقياس الى الفعل يعني الإمكان هناك يعني الموضوع دخل بوصف المحمول او بالتلبس بالمحمول الى الفعل لانه ثابت في نفس الامر قبل خروجها الى الفعل عن العلامة المحقق التونسي يقول موضوع الصغرى  بوصفه متلبسا بالمحمول يدخل تحت الكبرى يدخل في مصاديق المقدرة فيثبت له المحمول بهذه الجهة يعني اما بالظرورة او بالدوام. هذا هو فلسفة لم حقق التونسي العلامة الحلي في هذا الكتاب يوافق المحقق الطوسي في كتابه الاسرار الخفية صفحة مية وتمنية وعشرين الكتاب مطبوع انا رأيت نسخة منه في قوم يخالف ذلك الامر خلينا نحلل كلام الحلي ثم نشير الى الخلاف. اقول اذا كانت الصغرى ممكنة ما معنى ممكنة? يعني عندها قابلية الدخول الى دار الوجود والكبرى ضرورية او دائمة ضروري يعني المحمول لا ينفك عن الموضوع ابدا والدائمية لا ما عندها علاقة بالظرورة عندها بالعروق علاقة بالدوام ليست مقطعية كانت النتيجة تابعة للكبرى اذا كانت الكبرى ظرورية النتيجة ظرورية اذا كانت الكبرى دائمية. النتيجة تكون دائمية. لان الصغرى تعليل مبدأ السبب الكافي لان الصغرى الممكنة تقتضي عدم المغايرة بين الذات الى الشرق الاوسط تعطي طه ممكن ان ينجح يعني النجاح قد ينسجم مع ذات طه ما في بأس يعني نقول طه ناجح يمكن ما في بأس ما في تغاير التغير تقول مستحيل لطه ان ينجح. اما اذا قلت طه ممكن ان ينجح يعني اذا اجتهد نقول طه ناجحة او ناجحون لان الصغرى الممكنة تقتضي عدم المغايرة بين الذات الاصغر والاوسط. هذا هو الامكان نعم يمكن يعني ليس مستحيلا عليه المحمول والا يعني اذا لم تكن اه امكان الاتصاف وكانت المغايرة تامة لاستحال حمل الاوسط على الاصغر بالايجاب. ما كيف انت تحمل عليه? تقول طه ناجحون حامل هو هو حامل هو هو تقول هو هوية يعني طه هو النجاح بالحيثية طبعا طه بحيثية هو النجاح هذا الاندراج حيث الحملة الشائعة اندراج حيثي واذا كانت الذات واحدة ذات واحدة يعني وحدة الموضوع فكل ما صدق على ذات الاوسط فهو صادق على ذلك الأسحار هذا هو قانون الإندراج كل مندرج تحته الاوسط يندرج تحته الحد الاوسط الموظوع او تقول كل من طوى على الاوسط ينطوي على الاصغر لكن الكبرى تقتضي ثبوت الاكبر لما هو الذات الاوسط قبل اتصافه بالاوسط ومعه وبعده يعني مقدر او فعلي على ما بيناه في صفحة مية وخمسة وربعين في هذا الكتاب تبعت بيضار في شرائط الموضوع بالضرورة او دائما فتكون ثابتة للأصغر من تلك المواصفة اذا كانت الكبرى ضرورية تثبت الاصغر ضرورية واذا كان الدائمية النتيجة تكون دائما مثلا اذا قلنا كل جيم باب الإمكان ما معنى يعني لا بأس ليس بضروري. يعني يمكن ان ينفتح باء فيصير جيم بقى. نعم. ما في مغايرة بين جيم وباء وكل مآلف بالضرورة يعني كل من صدق عليه باء  بالفعل بالقوة لا يهم يصدق عليه الف بالضرورة. فانه ينتج كل جيم باء جيم الف بالظرورة لان السورة تقتضي اتحاد ذات جيم وباء وقد صادق في الكبرى على ذات باء يعني اعني ذات جيم اليف بالضرورة فتصدق النتيجة يعني اذا صدق الف على باء باء المنطوي على جيم بالقوة او بالفعل لا فرق تجيم ينطوي اه جيم يندرج تحت الف والف ينطوي على جيم بالضرورة حسب الجيم اذا كنا في الداعمية نقول بنحو الدائمين العلامة الحنة في  الاسرار الخفية يقول الكبرى تؤمن فقط الفعلية لماذا? لانها هي موجهة بالضرورة ضروري يعني الدخول الفعلي عدم الانفكاك فالكبرى تؤمن لنا الفعلية لا تؤمن لنا بالقوة وبالتالي لا يكون الانتاج ما نعرف نحن في ذات القوة ام ذات الفعلية فالكبرى في هذا في كتابه الاسرار الخفية صفحة مية وتمنية وستين مية وتمنية وعشرين يقول الكبرى ما هي الكبرى؟ الكبرى في قولنا في مثالنا اه كل جيم الف بالظرورة هذا تؤمن الفعلية فقط ان الضرورة دخول الفعل ضروري لا تؤمن لنا القوة وبالتالي لا انتاج. هذا اين في كتابه اسرار خفية صفحة مية وتمنية وعشرين لان الصغرى ممكنة ممكنة ما معناه? يعني قابلة للدخول الفعلي بعد لم تدخل العلامة الحل يقول هذه لا تؤمنها الكبرى. الكبرى امنت الفعلية فقط. لماذا? لان الجهة ضرورية. ما معنى الجهة ضرورية? يعني دخول الموضوع الى دار الوجود وحمل عليه المحمول في دار الوجود بالضرورة عدم الانفكاك فاين القوة قوى ما فيه يعني الكبرى لا تؤمن القوى فلا انتاج. هذا في كتابه الاسرار الخفية صفحة مية وتمنية وعشرين هذا بما هذا بالنسبة الى ما في نفس الامر يعني الكبرى ناظرة الى الفعلية والقوة واما بالنسبة الى الذهن فان فرض فرض وقوع الممكن يقتضي ضرورة النتيجة او اه دوام النتيجة حسب الكبرى الكبرى كانت ضرورية النتيجة ضرورية الكبرى كانت دائمية نتيجة نتيجة تكون تكون دائمية. لانه حينئذ تصير ذات الاصغر يعني الموضوع في الصورة هي ذات الاوسط هو هو يعني الاندراج وهذا الاقتضاء انما هو عند العقل نعم عند العقل يعني عند التقدير العقل يعني التقدير العاقل ينظر الى الامور بالقوانين العامة. لا ينظر الى الدخول وعدم الدخول</w:t>
      </w:r>
    </w:p>
    <w:p>
      <w:r>
        <w:t>نعم العقل يقول كل اله حي اله بدون حياة مستحيل تقول له في الواقع الخارجي كم اله? يقول ما عندي علاقة انا. انا هنا اتكلم عن قضية في الخارج اله واحدون في ستين الف اله ما عندي علاقة بالقضية المهنية. انا عندي الاله حي التوحيد يقول مصداق واحد خارج عن القضية المالية هذا هو معنى حديث العلامة الحلي في قوله في الذهن يعني اذا تحدثنا بالمقاييس البيع يا رياض. وهذا الاقتضاء انما هو عند العقل الذي يعالج القضاء بنحو معيارية اه اما اذا خرجنا عن القضايا المعيارية التحققية الكبرى تؤمن فقط الفعلية لا تؤمن القوة  نعم لا ان فرض وقوع الممكن اقتضاء في نفس الامر لأن فرض الوقوع دل على ضرورة النتيجة في نفس الأمر قبل وقوع الممكنة للفعل. وانما لم يكن مقتضيا له في نفس الأمر لاستحالة كون ما ليس بضروري ضروريا على تقدير الوقوع الممكن الذي لا يستلزم المحال اذن العلة الحني كأنه يشير الى مبناه في الاسرار الخفية يقول يجب ان تفكك بين فظائين قضاء القضايا المعيارية يعني القضية بنحو المثالية كما بينت لك في المثال العقدي كله اله حي بالظرورة كل قل في الواقعة الخارجية عندها مصداق واحد. يقول هذه لخصوصية التوحيد لا نتحدث عن الفعلية. كم يدخل في دار الوجود? نعم مصداق واحد وهو الذات الالهية للتوحيد. اما القضايا المعيارية تقول كل اله حي صدق اله واحد فيكون حيا بالضرورة على من الحين يقول اذا فككت بين الامرين وبنيت على المعيارية القياس ينتج ينتج حسب جهته الكبرى. كبرى ظرورية النتيجة ظرورية كبرى دائمية النتيجة دائمين. اما اذا بنينا على لا ليس على المعيارية على الدخول الفعلي الممكنة لم تدخل فعليا. قياس ينتج نعم سقوط اعتبار الوصف اذا اختصت باحدى المقدمتين. قال والوصفيات يعني ثبوت المحمول لذات الموضوع ببركة الوصف اذا اختصت باحدى المقدمات صورة او كبرى سقط اعتبارها في النتيجة لسقوط ما يتعلق بها اعني الاوساط نعم لان الاوسط يختفي في النتيجة وفلسفة الاختصاص بينا. ان العلة لا تتواجد في ان مرتبة المعلول استحالة تصير علة ومعلول الالي نفسه علة وليست علة نعم اقول اذا كانت احدى المقدمتين وصفية يعني ثبوت المحمول لذات الموضوع ببركة الوصف ليست ذاتية ببركة الذات اما الصغرى او الكبرى هذه الوصفية كانت في الصغرى او كانت في الكبرى لا يهم سقط اعتبار الوصف في النتيجة كقولنا كل متحرك متأير كل متحرك متغير ما دام متحركا يعني كل ذات اتصفت بالحركة تتغير مادام الوصف طبعا مادام الوصف ليس دائما وكل متغير جسم كل متغير جسم هادي كبرى القياس فانه ينتج كل متحرك جسم غير مقيد مقيدين بالوصف الوصف اختفى لماذا يختوي يختفي الوصف وكذا اذا قلنا هنا عطاء الجهة في الصورة ثم يعطي الجهة في الكبرى. وكذا اذا قلنا كل انسان نائم هذه صغرى ما فيها الجهة وكل نائم ساكن مادام نائما فانه ينتج كل انسان ساكن من غير اعتبار الوصف تقول شيخنا العزيز كيف تقول كل متحرك جسم هنا المنطق الثورني  اه المنطقة هنا يد يتفوق على المنطقة القديم لان انت انظر في هذا القياس كل متحرك متغير ما دام متحركا وكل متغير جسم هنا ذهنك يترك الصورة ويروح للمعاني كل متغير الجسم انت باليقين تفتي بانه جسم من التغير من مواصفات المادة المنطق السوري السوراني هذا هذا يتجنب هذه المعضلات وهذه ولا التشويش نعم انظر شوف انظر كل متحرك متغير ما دامه متحركة سلمنا  يعني وصفية وكل متغير جسم ليس لها جهة مطلقة فانه ينتج كل متحرك جسم ما فيه وصف لان الوصف لمن? للوصف مختص بالحد الاوسط والحد الاوسط يختفي يختفي منه هذا الشرط والوصف وكذا اذا قلنا كل انسان نائم صغرى القياس وكل نائم ساكن مادام نائما اه نعم يعني هذا الوصف للنائم وليس للسكون فانه ينتج كل انسان ساكن. كل انسان ساكن. تقول شيخنا كله انسان ساكن. الاف تتحرك. لا هادي مطلقة بدون قيد لا انسان وساكن هادي بدون قيد مطلق ما معنى اذا سكن في ثانية صدقت نعم من غير اعتبار الوصف. سر ما هو? الوصف كان مع الحد الاوسط. الحد الاوسط اختفى في النتيجة. يختفي معه نعم والسبب بهذا السبب يعني مبنى السبب الكافي والسبب فيه ان الوصف متعلق بالاوسط والاوسط ساقط في النتيجة يعني يختفي في النتيجة فيسقط فيسقط ما يتعلق به واضحة جدا نعم اذا اذا تحملت الرموز تقل كل سين صاد ما دام كذا مادام ميم يعني ما دام الوصل وكل اه صاد عين النتيجة اه كل سنع مطلق غير مقيدة لان الوصف تورط به الحد الاوسط اذا اختفى يذهب معه يختفي معه قال اما اذا عمت فان استلزمت الدوام انتجتك المقدمتين او تابعة لاخص الوصفين ان اختلفا اقول اذا كان اعتبار الوصف ما زلنا في الوصفيات ثابتا في المقدمتين معا كانت النتيجة وصفية الوصف لا يختفي نعم ثم الوصفان ان اتفقا كان المشروطتين والعرفيتين المشروطتين والعرفيتين دقق جيد هنا المشروطة العامة والعرفي العامة يعني الدوام المشروطة الخاصة والعفوية الخاصة المشروطة العامة المحمول ثابت للموضوع ببركة الوصف بالظرورة ما نقول لا دائمة والعرفية العامة المحمول يثبت لذات الموضوع بالوصف ما نقول الضرورة والدائمية المشروطة الخاصة مقطعية بدم بورقة الوصف العرفية الخاصة مقطعية ببركة الوصف كانت النتيجة التابعة لهما يعني تكون مشروطة عامة اذا كان كانت المقدمتين بهذا بهذه الجهة او عرفية عامة اذا كانت المقدمتين عرفيتين عامتين او مشروطة خاصة اذا كان كانت المقدمة مقدمتان مقيدة بالظرورة المقطعية او لا بالتواجد المقطعي العرفي الخاص كانت النتيجة تابعة لهما وان اختلفتا كالمشروطة والعرفية يعني واحدة ضرورية وواحدة لا دائمة فقط كان التاج النتيجة تابعة للاخص عن العرفية ثم يأتي بالامثلة مثال اول كل جيم بالظرورة ما دام جيم ما دمجم يعني مشروطة خاصة مشروطة خاصة المحمول يثبت لذات الموضع ببركة الوصف بالضرورة ها هو كل جيم بالضرورة مادام جيم يعني مادام الوصف وكل باء الف بالظرورة ما دام باء فانه ينتج بالظرورة كل جيم الف ما دام جيم الظرورة هنا محفوظة نعم المشروطة الخاصة لانها قيد مادام جيم مادامات جيم لا المشروطة العامة. ما قال لا دائما كل جيم بالظرورة ما دام جيم هادي هي المشروطة العامة اكتب المشروطة العامة وكل بالضرورة مادانا ب هذه المشروطة العامة فانه ينتج ينتج القياس بالظرورة كل جيم الف ما دام جيم ينتج اه ينتج اه مشروطة عامة لان لان الف ضروري لوصف الباء الظروري وصف جيم فيكون الف ظروري نص جيم لان الظروري الظروري ظروري المندرج تحت المندرج مندرج واضحة جدا المسألة بينة جدا في انسجام في الجهة نعم المثال الثاني يعني العرفية اذا بدلنا الكبرى والصغرى بعرفية بان حذفنا قيد الظروري فان النتيجة عفي</w:t>
      </w:r>
    </w:p>
    <w:p>
      <w:r>
        <w:t>لان الدائم للضروري دائم نعم  لماذا ما دخل الضروريون نعم اذا بدلنا الكبرى وصورة بعرفية يعني تقول هكذا جيم ب مادام اجي ضرورة ما فيه والكبرى ما هي كل ما الف ما دام يعني الضرورة تحذفها بان حذفنا قيد الظرورة لان النسيج عرفية. نعم. النتيجة ماذا تكون تكون كل جيم الف ما دامتشي ما في ضرورة فقط لان الدائم لضروري دائم والظروري الدائم الدائم هنا في تشويش لكلمة ضروري نعم ما دخل الضرورة? انت تقول تنتج عرفيا تنتج عرفية يعني النتيجة ما هي? كل جيم باء ما دام جيم ظرورة ما في نعم يعني الصغرى اذا كانت شاملة لجميع المساحة والكبرى الشاملة لجمع المساحة بدون ضرورة. النتيجة تكون شاملة لجميع المساحة بدون ضرورة. هذه هي النتيجة الظرورة لماذا جئت بها هنا حتما لها معنى يريدها يريده العلامة الحلي المثال الثاني مثال ثاني يعني العرفية العامة في مقابل الضرورة اذا بدلنا الكبرى والصغرى بعرفية ما هي الصغرى? كل جيم باء ما دام جيم هذه هي العرفية الكبرى اه كل باء الف مادام باء النتيجة كل جيم الف مادام جيم بان حذفنا قيد الظرورة فان النتيجة تكون عرفية. كيف تقول كل جيم الف مادام مادام اجي بالضرورة ما ما موجودة لان الدائم للدائم دائمون هكذا تقول لان الدائم للدائم دائمون نعم فالمحمول في الكبرى يعني الحد الاكبر دائمي الاوسط والاوسط دائمي للاصغر. فالاكبر يكون دائميا للاصغر. واضحة جدا من العرفية العامة لماذا ادخلت الضروري متعب لان الدائم للظروري دائم والظروري للدائم دائمون. لا دخلت ضروري تشيش تشوش المسألة ولو قيل هنا بان النتيجة ضرورية وقتية كان جيدا ام ضرورة وقتي انا انت تقول عرفية عامة نعم الا اذا كانت عرفية خاصة? نعم غادي العرفية الخاصة يجب ان تأتي بقيد لا دائمية انت تكون مركبة نعم اذا خلينا نصحح المد هذا فيه تصوري انا مثال ثاني اذا بدلنا الكبرى والصغرى بعرفية بان حذفنا قيد الظرورة فالنتيجة تكون عرفية تقول هكذا كل جيم مادام جيم هادي صورة كبرى كل باء الف مادام با النتيجة كل باء كل جيم الف مدام جيم نعم هذه هي المسألة قال وكذلك ان استلزمته الكبرى فقط يأتي ان شاء الله بيان اللهم صلي على محمد وآل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