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وآل محمد اللهم ارزقنا التوفيق والاخلاص وصلنا معكم الى هذه الفقرة قال وكذلك ان استلزمته الكبرى فقط اقول اذا استلزمت الكبرى فقط الدوام عندنا الكبرى في الشكل الاول المحمول ثابت للموضوع بنحو الدوام ليس بالضرورة ان يكون ظروريا. المهم يكون دائميا لا نجد مقطعا من الوجود لم يكن المحمول للموضوع قضية الدائمين ببركة الوصف دون الصورة. صور القياس لا ليست دائمية. وبالتالي موضوع الصغرى الذي يجره المحمول محمول الصغرى ما يسمى بالحد الاوسط لا يمكن ان يندرج تحت محمول الكبرى الحد الاكبر بالدوام لان النتيجة تتبع اخص المقدمة اذا استلزمت الكبرى فقط الدوام صغرى لا صورة مقطعية دون الصغرى كانت النتيجة وصفية ايضا تابعة لاخص الوصفين اعني وصف الصورة لخلوه على الدواء فطبق القاعدة نتيجة تتبع اخص المقدمة كما لو كانت صورة مطلقة وصفية مطلقة وصفية يعني الدخول الى دار الوجود فقط ببركة الوصف. الدخول فعليا نعم كقولنا كل جيم باء حين وجد يعني كل ذات مندرجة تحت العنوان الموضوعي الذي هو وصفي فيندرج تحت باء حين بقاء الوصف هذه ما معنى هذه تشير الى الدخول دار الوجود ببركة الوصف فقط والكبرى عرفية كقولنا كل باء الف مادام باء هنا فيه الديمومة يعني انغلق المجال في الاولى الصغرى لا المجال لم ينغلق انغلق في مقطع فقط بقيت مساحة واسعة فان النتيجة فالتفريع فان النتيجة مطلقة وصفية. وهي وهي قولنا كل جيم الف حين هو جيم. احدث باء حد الاوسط ولا تعطي الديمومة للاصغار لأن النتيجة تتبع اخص المقدمتين وهي قولنا كل جيم الف حينما هو جيم اذا الحج الاوسط ما هو باء لا يجر الدوام للاصغار. نعم. لان الاصغر محدود بالوصف المقطعي. لان الدائم للشيء الثابت لغيره عن الوصف الاصغر ثابت له نعم  هنا فقط اه اه دقق في العبارة لان احيانا اللغة الطبيعية تظلل الدين لان الدائمة للشيء الثابت لغيره الثابت يعني المحمول لغيره المنطبق الثابت يعني المنطابق ليس الثابت يعني بمعنى الدائم لأن الدائمة للشيء الثابت لغيره يعني عندنا الاكبر في كبرى دائميهم يثبت لغيره ثابت لغيره يعني يصدق لغير من على الاصغر ببركة الاوسط نعم اعني وصف الاصغر اشار اليها ثابت له ثابت له لكن ليس بالدوام وان كانت الكبرى مشروطة مشوطة يعني تدخل الظرورة فقط المحمول ثابت للموضوع ببركة الوصف بالضرورة شي مقطع ما واذا كانت الكبرى مشروطة كانت النتيجة كذلك. لان الاكبر ظروري لوصف الاوسط. الثابت لوصف الاصغر. فيكون الاكبر ثابت لوصف الاصغر بالظرورة كذلك نعم ولو قيل ان النتيجة هنا ظرورية وصفية كان جيدا. نعم ان ببركة الوصف ويذر نعم المشروطة تنقسم الى قسمين مشروطة عامة ضرورة ثبوت المحمولين الموضوع ببركة الوصف المسافة اه مغلقة يعني استغرقت كل المجال. المشروطة الخاصة في الضرورة هي الظرورة ظرورة ثبوت المحمول للموضوع ببركة الوصف الا ان المسافة مقطعية فقط جزء من المسافة الكلية قال اما ان استلزمته الصغرى وحدها يعني الدواب موجود في الصغرى فقط  اما ان استلزمته الصغرى وحدها وحدها حال او لم تستلزمه احداهما نعم سقط اعتبار الواصف لاحتمال اختلاف الوقتين نعم الصغرى اه دائمية الكبرى ليست دائمية الكبرى هي التي تولد الخير الاصغر في الصغرى هي ليست دائمية. كيف تكون كيف يكون الاصغر الدائمين اقول ان استلزمت الصغرى وحدها الدوام دون الكبرى كما تقول كل جيم باء مادام جي  اه  لم يقل لا دائمية لانها ليست مركبة بسيطة كل جيم باء مدام جيم. يعني باء ثابت لجيم وببركة الوصف مادام ان شاء الله الى الوصف بقاء الوصف فتستغرق كل المسافة وكل باء الف حين وباء. يعني في مقطع خاص لا تستوعب كل المسافة نعم او لم تستلزمه احداهما كقولنا كل جيم باء حين وجيم وكل باء وباء الاولى يعني الصغرى مقطعية والكبرى مقطعية نعم فان الوصف يسقط اعتباره في النتيجة لاحتمال ان يكون الوقت الذي حصل الاوسط للاسر فيه غير ذلك الوقت الذي حصل الاكبر للاوسط في شيء جميل ثقتان شيجابية لان المقطع هي ما معناه المقطع يعني دخوله عدم الدخول ليس كالدائمية الدائمية دخول دائمي المسافة مستغرقة كاملا في لا دوام مقطع فقط الصغرى والكبرى قد تكون الصغرى في دائرة والكبرى في دائرة ما فيه اتحاد في الصدق نعم اذن هنا الوصف لا قيمة له. نعم لا وقتية الصغرى ولا وقتية الكبرى عنده مدخلية في الانتاج. نعم. فان الوصف يسقط اعتباره في النتيجة. لماذا? تعليل المبدأ السبب الكافي. لاحتمال ان يكون الوقت الذي حصل الأوسط للأصغر فيه غير ذلك الوقت الذي حصل الأكبر الأوسط في عام الصغرى في دائرة والكبرى في دائرة نعم لان الصغرى دلت على حصول الاوسط لذات الاصغر حين حصول الوصف الاصغر او ما دام وصف الاصغر والكبرى دلت على حصول اكبر لذات الاوسط حين حصول الوصف الاوسط. فلا يلزم حصول الاكبر لذلك الاصغر حين حصول وصف الاصفر الا اذا كان وقت حصول وصف الاوسط هو وقت وقت حصول وصف الاصغر. يعني في انطباق. في ذلك المقطع. تخيل المقطع من اه سين الى صاد اذا صادفت الصورة الكبرى في هذا المقطع نعم. الوصف له قيمة فيتم الانتاج الوصفي. والا لا. واضحة جدا منطقيا. انما بدء التناقض اذا صادفت الصغرى في ذلك المقطع من سين صاد صادفته الكبرى ولا يكون الانتاج يلزم التناقض اما لا الصغرى في واد والكبرى في واد. ما معنى للوصف هنا? فيسقط من الاعتبار يعني لا ينتج نعم يقول الا اذا كان وقت حصول وصف الاوسط وهو وقت حصول الوصف الاصغر لكان ذلك نعم لكن ذلك غير معلوم من اين تعرف من اين تحرص ذلك الامر? لمجرد احتمال فقط. فتكون النتيجة مطلقة عامة. مطلق عملي نتيجة دخول فقط نعم دخول فقط ان كانت المقدمتان فعليتين طبعا يعني حصل الدخول في الصغرى والدخول في الكبر وممكنة عامة اذا كانت فقط بالقوة واحدة بالقوة فالدخول كذلك يبقى بالقوة ان كانت احداهما او كلاهما ممكنة وصفية نعم واضحة جدا نعم العرف يدرك هذا الامر ان العرف منطقي العرف يتحدث يتحرك في دائرة المنطق لا يتحرك في ادارة العلم المنطق لان ما يعرف التحليل والتركيب الا انه يتحرك في دائرة المنطق حتى في المغالطات يتحرك في ذاته المغالطات. نعم    اذا قلت لشخص كنت في الحج هذا الامر نعم كنت انا في هذا الحج يعني وفقت للحج والثاني كنت انت في الحجاز السري? قل نعم لن تلتقيان هناك في  لا يعني انا حجيت سريعا ورجعت. يعني راحت تورية وحجوا ورجع تانينا ونعم لم يلتقي مع الثاني</w:t>
      </w:r>
    </w:p>
    <w:p>
      <w:r>
        <w:t>لان الثاني رجع سريعا. نعم يمكن اذا حصول فعلي للاثنين وعدم الاجتماع لماذا? لان المقطع الاول في الحج غير المقطع الثاني في الحج نعم الصورة الدائمية او الضرورية مع الكبرى العرفية او المشروطة العامتين قال والصغرى الدائمة يعني المحمول الدائم للموضوع استغرق كل المسافة ببركة الوصف والظرورية يعني ظرورة ثبوت المحمول للموظوع  مقطعية او دائمية لم يقل هنا مع الكبرى العرفية الكبرى العرفية يعني دائمية استغرقت المسافة كلها ببركة الوصف بدون ضرورة والمشروطة العامتين يعني الكبرى العرفية والمشروطة العامتين. يعني المشروطة العامة. المشروطة العامة يعني اما كبرى عرفية ديمومة بركة بركة الوصف او ديمومة ببركة الوصل مع الضرورة. يعني الضرورة تنتجان دائمية. اخص المقاد الديماتي ان لم يعم الضرورة المقدمتين اذا كانت واحدة غير ضرورية وضروريا وضرورية ان عمت نعم اذا كانت الاولى ضرورية والثانية ضرورية اتما النتيجة تكون ضرورية. اقول اذا كانت الصورة دائمية يعني المحمول ثابت للموضوع ببركة الوصف  على طول المسافة او ضرورية. هنا الظرورية كيف تفسرها? الظرورية الدائمية او ظرورية مقطعية والكبرى مشروطة عامة. مشروطة عامة يعني ثبوت المحمول الموضوع ببركة الوصف بالظرورة مع الدوام او عرفية عامة عرفية عامة استوعبت جميع المسافة ببركة الوصف بدون ضرورة كانت النتيجة دائمية. يعني الحد الادنى والدائمية. نعم ان اختصت الضرورة باحدى المقدمتين او انتفت عنهما ان اختصت الضرورة باحدى المقدمتين والثانية ليست ضرورية نتيجة النتيجة تتبع خصم مقدمته لا تكن ظرورية ان اختصت الضرورة باحدى المقدمة او انتفت عنهما وضرورية ان اشترك فيهما يعني الصورة ضرورية والكبرى ضرورية مثاله يأتي البيان اذا قلنا كل جيم باب الظرورة  كل جيم بالظرورة يعني ثبوت بالي جيم يعني المحمول ببركة الوصف ضرورية. قد تكون مقطعية قد تكون دائمية لا يهم المهم ضرورية. لكن هنا لم يذكر انها دائمية. قال فقط كل جيم بالظرورة وكل باء الف كبرى بالظرورة ما دام باء يعني هذه هي المشروطة العامة مع الممارسة وشوية مباحثة وتطبيقات هذه العناوين ترسخ في ذهنك بدون مباحثة ومناقشة ومطالعة لا ترسخ. نعم لانها مصطلحات متعددة ولكل المدلول خاص يجب المباحثة والمثابرة. نعم وكل باء الف بالضرورة ما دام باء فالنتيجة ظرورية لماذا? لنصوغ الظرورية والكبرى ظرورية وهي كل جيم باب الضرورة لان الاكبر ضروري لوصف الاوسط الظروري لذات الاصغر فيكون الاكبر ضروري لذلك الاصغر لقاعدة الإندراج لان الضروري للضروري ضروري هذه قاعدة طبعا الاندراج الحيفي اما اذا كانت صورة دائمية الصغرى ليس فيها ضرورية. يعني توعبت المساحة بدون ضرورة ببركة الوصف فان النتيجة دائمية. نعم طبعا للقانون العام نتيجة تتبع اخص المقدمة سواء كانت الكبرى مشروطة او عرفيا يعني ضرورية ببراكة الوصف او لا ليست ضرورية ببركة الوصفة الدائمية. لان الضروري او الدائم للدائم دائمون عن الحد الادنى هو الديمومة وكذا لو كانت صقلة ظرورية والكبرى عرفية. لان الدائم للظروري دائمون. نعم تبقى دائمية فقط لان النتيجة تتبع اخص المقدمتين صورة ضرورية ام بعد والكبرى عرفية النتيجة تكون عرفية لان النتيجة تدفعها خصم مقدمة نعم عرفية وضرورية العرفية التي تحكم قال وهما تناقضان الكبرى العرفية والمشروطة الخاصتين الكبرى العرفية يعني المحمول ثابت للموضوع ببركة الوصف دائما وليس ضروريا والمشروطة الخاصتين يعني الكبرى العرفية والمشروطة الخاصة هنا الخاصتين وصف للكبرى العرفية والمشروطة. ما معنى? يعني عندنا كبرى المحمول ثابت اه للموضوع ببركة الوصف  وباعتبار الخاصة  ففي مقطع خاص مرة تكن في مقطع خاص غير ضرورية ببركة الوصل مرة تكن في مقطع خاص ضرورية لا تستوعب جميعا المسافة ولهذا يقول والمشروطة الخاصتين وهما تناقضان الكبرى العرفية والمشروطة الخاصة كبرى العرفية الخاصة لان الكبرى تقتضي لا دوام الوصف لان مقطعيا نعم للموضوع في الاوسط للذات كليا هادي هي الكبرى وسورة تقتضي دوامه في بعض السور  نعم فان استنتج منهما انتج محالا نعم لماذا? لان رفع الديمومة آآ ثبوت الديمومة في وقت خاص يلزم التناقض. نعم. ولهذا عنون بدار رحمة الله عليه. هذا البن مية وثلاثة وخمسين. احسن انهم انكم تحصلون على هذا الكتاب. لأنه محقق التحقيق الجميل اه اللي تحقيق وتعليق محسن انتشارات بدار رحمة الله عليه لأنه هو كان محققا ويطبع الكتب نعم فمرتب بالبنود وعناوين شيء جميل اخراج حديث جميل جدا مريح يقول في العنوان الصغرى الدائمة الصغرى الدائمة الصغرى يعني المحمول ثابت الموضوع ببركة الوصل بديمومة دائما يعني حتى جميع المسافة والضرورية يعني الصغرى الدائمية والضرورية مع الكبرى العرفية او المشروطة الخاصتين هناك التناقض. طبعا تناقض ممنه. اه ناقض الشيء رفعه نعم  يقول فإن استنتج منها انتجت محالا  لان السين مرفوع باللاسن كيف يتم الانتاج يقول اعلام الحين لبيان هذه النكتة الصغرى الضرورية او الدائمين. في الشكل الاول طبعا ما زالنا في الشك الاول ولما ندخل في الشكل الثاني اذا هنا ما معناه? يعني عندنا صغرى قياس وكبرى قياس صغرى الداعمية لا تشير الى الضرورة يعني استوعبت جميع المسافة والظرورية. الظرورية ما معنى? يعني المحمول ثابت الموضوع بعنوان الوصف يعني ببركة الوصف بالظرورة في الشكل الأول لا يحصل منها ومن المشروطة الخاصة يعني الضرورية المقطعية او العرفي الخاصة غير الضرورية الوقتية غير غير الضرورة الوصفية في مقطع ما ولكن ببركة الوصف ليست ضرورية قياس سابق المقدمات بل تناقض الصورة اه تتناقض الصورة والكبرى. مثاله اذا قلنا طقق جيد في المثال تفهم المبنى اذا قلنا كل فلك متحرك دائما لم يقل الضرورة هنا قال فقط ثبوت الحركة للفلك دائمين. طبعا هنا  اذا دققت في الامثلة هنا تحصين للحصر. هوية الفلك في علم الفلك حقيقة متحركة كانك قلت كل شيء متحرك فهو متحرك  في تسامح في الامثلة. معليش المهم نفهم المطلب كل فلك متحرك دائما. ما معناه? هذه هي اه الصغرى  الدائمية واذا بنينا على قانون الفلكي تكون ضرورية كذلك الصغرى الضرورية او الدائمين في الشكل الاول هادي هي الصورة كل فلك متحرك دائما وكل متحرك متحرك متحرك متغير ما دام متحركا لا دائما هذه هي ال آآ  العرفية الخاصة نعم  وكل متحرك متغير تعرف ما معنى كل متحرك متغير? يعني كأنك قلت كل متغير متغير. وتحصيل الحاصل. ما عليش. وكل متحرك متغير ما دام متحركا لا دائما لا دائما يعني تجعلهم يعني دخول دار الوجود مقطعيا لا يشمل جميع مسافة  فقد حكمنا في الصغرى ما هي صغرى? كل فلك متحرك دائما. بدوام الوصف الاوسط  من الدائمية هادي هي العرفية العامة فقد حكمنا في الصغرى بدوام وصف الاوسط اعني المتحرك وفي الكبرى ما هي الكبرى الكبرى اه وكل متحرك متغير ما دام متحرك لا دائما. بالمقطعية ليس بالديمومة وحكمنا في الكبرى حكما بدوام الاكبر وهو المتغير ما دام وصل متحرك لا دائما. لا دائما تشير الى المقطعية. ليس جميع المسافة وذلك يستلزم لا دوام المتحرك. نعم. يعني يتحرك في مقطع وينتفي. نعم لانه لدوام لدوام لو دام لدام هذه القاعدة. لا دام</w:t>
      </w:r>
    </w:p>
    <w:p>
      <w:r>
        <w:t>لو دام لدام وصف متغير بدوامه وذلك تناقض ظاهر فان استنتج منهما كانت النتيجة دائمية وليس داء ايمي نعم  لا يمكن  الاصغر النسبة فيه دائمية والاكبر النسبة فيه ليست دائمية كيف يأتي الانتاج يتم من الدائمية يناقض الكبرى لا دائمة. يأتي من اللادئمية اللادائية التي هي الكبرى يناقض الدائمية في الصغرى هذا هو معنى المبنى وذلك تناقض الظاهرون. ظاهرون يعني سارقون بينون فان استنتج منهما كانت النتيجة دائمة ولا دائمة. هذا هو التناقض. نعم   اه في العرف اذا اردنا تطبيق التطبيق العرفي  انسان يشترط مساعدة  مساعدة مالية لمن يتحرك من البصرة الى كربلاء لزيارة المولى الحسين عليه السلام. يقول المهم ان تصل الى كربلاء  وتسلم على المولى اي مية دولار هذا هو الشرط شرط الوصول يعني الدي مو مثل الحركة الى المولى الحسين عليه السلام. جئت يأتي شخص يقول اعطيني مئة دولار الا اني انا اتحرك الى نقطة قد تقع قبل كربلاء مثلا مئة كيلو ما يقدر يعطيه. لأنه اذا اعطاه شرط ولا شرط ما اشترطه لا ليس بشرط وليس بشرط هو الشرط يمكن او لا يمكن? لا يمكن. يقول له لا يمكن اعطيك يعني انا خلاف الشرط. شرط ولا شرط. لا يمكن لماذا? لأن الدائمية لا تنسجم مع اللا دائمين. هذا في العرف ندركه بسهولة اما الدوام فباعتبار انضمام صغرى الدائمة او الضرورية الى العرفية العامة التي اشتملت عليها الكبرى واما الدوام فلانضمام الصغرى الدائمة او الضرورية الى المطلقة العامة المخالفة في الكيف للعرفية العامة. هذا تعليل تعليل لما مرة مرة يعني مبدأ سبب الكافي لتدبيرك علة التناقض اعيد. اما الدواب الدوام اين? في الصغرى. كل فلك متحرك دائما فباعتبار باعتبار الانضمام الصغرى الدائمة او الضرورية الى العرفية العامة التي اشتملت عليها الكبرى طبعا ان الكبرى ماذا تقول? وكل متحرك متغير ما دام متحركا الى هنا في انسجام لا دائما ينفي هذا الانسجام انسجام ولا انسجام  اما الدوام فباعتبار انضمام صغرى الدائمة او الضرورية الى العرفية العامة التي اشتملت عليها الكبرى لان الكبرى تشتمل على عرفية عامة وتنقطع بعد. العرفية العامة لا تستمر لان لا دائمة لا دائمة يقول واما الدواب فالانضمام الصغرى الدائمة او الضرورية الى المطلقة العامة المطلقة العامة يعني خلاف الديمومة دخول مقطعي المخالفة في الكيف للعرفية العامة. العرفية العامة المحمول ثابت للموضوع ببركة الوصف دائما ايجابيا المقطعية لا المقطعية توافقها في مرحلة ثم تنفيها في مرحلة اخرى هذه هي طبيعة المطلقة العامة المطلقة العامة يعني العرفية اه يعني الفعلية الدخول الفعلي الدخول الفعلي كما مثلت لك اذا قال له الشخص اعطيني مئة دولار وازور المولى. تحركا وصل الى نقطة قبل كربلاء الشريفة المكرمة بمئة كيلومتر رجح فمن حقي انه يا قظية ورجع لي مية دولار ان شرط ولا شرط نعم انا اشترطت عليك انت نقضت الشرط فالشرط ونقز الشرط لا يجتمعان. نعم واضحة جدا. واعلم ان اه فخر الدين الرازي هذا فخر الدين الرازي خدمه العلوم خدمة جميلة جدا ليس ايجابيا خدمها سلبيا شلال من من الاشكالات على المباني المتينة هذه المباني المتينة ازدادت متانة في نقاشها لاشكالات الفخر ومن تصدى له هو المحقق التونسي ورحمة الله عليه. ومن يفهم جيدا المنطق السينوي والفلسفة السيناوية والهيات السيناوية يعني المقاربات العقيدة فلسفين هو يجيب الفخر الرازي لوحده من دون المحقق التونسي اذا درس المحقق التوصي تتضح له المسألة جيدا. واعلم ان فخر الرازي  الاشعري الشافعي حيث وقف على كلام ابي علي في قوله ابي علي يعني   ابن سينا اكتب المصدر ونبي دار جزاه الله خير اتى بالمصدر شرح الاشارات شرح خواجن خواجة نصر الدين الطوسي  الاشارات المجلد الاول هو المنطق. صفحة ميتين واثنين وخمسين. هذا هو الكتاب الذي انا درسته عند الشيخ رمضاني الله يحفظه تلص الاشارات المنطق شرح المحقق الطوسي والطبيعيات بشرح المحقق التونسي والإلهيات. بشرح المحقق التونسي نعم هنا البدار احال الى المصدر شرح الاشارات لمحقق التوصيل الجزء الاول صفحة ميتين واثنين وخمسين لا يحصل منهما قياس صادق المقدمات وكان صحيحان نعم  توهم نفي القياسية مادام الوقت انتهى خلينا نقف عند رأس هذا المطلب واعلم ان الفقر واللهم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