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وصلنا معكم الى هذه الفقرة واعلم ان فخر الدين الرازي حيث وقف على كلام ابي علي في قوله في شرح الاشارات جزء المنطق صفحة ميتين واثنين وخمسين لا يحصل منهما من الصورة والكبرى كما مر قياس صادق المقدمات هذا كلام الشيخ الرئيس وكان صحيحا يعني كلام الكلام بنفسنا صحيح توهم الفخ الرازي نفي القياسي منه عن هاتين المقدمتين مطلقا. يعني اينما تكون صغرى دائمية لا تنتج واينما تكون الكبرى لا دائمية ببركة الوصف لا تنتج اشتباه هذا قفزة هادي قفزة عجيبة وغريبة وحصل له من وهمه ذلك الشك في كل قياس كبراه محتملة لدوام وصغراه دائما ولا يلزم من نفي القياس الصادق المقدمات نفي نفي مطلق القياس. نعم اشارة الى توهم فقط نعم قال وان احتملت هذا هو آآ جواب الفقر وان احتملت الكبرى الدوام يعني ممكن ان تدوم يعني يحتمل ان تكون دائمية او لا احتمال فقط وهنا احتملت الكبرى الدوام او احتملت الكبرى الدوام او الضرورة مع ذلك اي مع احتمال اللا دواب كما كانت مشروطة عامة او عرفية عامة شرطة عامة يعني المحمول ثابت ببركة الوصف للموضوع اه بنحو الظرورة والديمومة. عرفية عامة لا ثبوت المحمولين الموظوع ببركة الوصف بنحو الدوام فقط ضرورة ما في فانها تحمل على الدوام او الضرورة نعم الاحتمال لانه لو حملت على الدوام للزم التناقض نعم لأن الصورة دائمية صورة دائمية  اذا عندك الاحتمال الدائمي واحتمال لا دائمية. قلنا اللا دائمي تفضي الى تناقض بيناها في ممر. نبني على الاحتمال الدائمية. فتنتج اه النتيجة اه التي هي دائمية لان الصورة دائمية او ليست ضرورية ان كانت دائمية نتيجة دائمية يعني كانت ضرورية النتيجة ضرورية فان اه تحمل على الدوام او الضرورة نعم لانها لو حملت على الدوام لزم التناقض. فوجب حملها على الدوام هذا الوجوب الوجوب العقلي لان فرضنا صدق الصغرى ثلولا تحمل الكبرى على الدوام يعني على المقطعية الصغرى دائمية يلزم التناقض لازم المحال وهو التناقض هذا تمام الحديث عن الشكل الأول بتفاصيله لا ندخل في الشكل الثاني. الانتاج في الشكل الثاني الشكل الثاني قلنا اختلاف في الكيف اه مقدمة موجبة والثانية سالبة لا لهم اين يستقر السلب المهم فيه سلب واحدة تثبت والثانية تنفي نعم اه المقدمة يجب تكون اه كليا قال الشكل الثاني ان اتفقت مقدماتي مقدمته في الكيف الكيف آآ يعني   صورة سالبة الكفر الكبرى سالبة. هذا احتمال نرفضه. مدفوع. لأن لا قياس من سليمتين من الشروط العامة. فتبقى الصغرى موجبة الكبرى موجبة ليس في دائرة السلب هذا خلاف الشكل الثاني. الشكل الثاني يجب ان يكون هناك اختلاف في الكيف. جيد الشكل الثاني ان اتفقت مقدمتها في الكيف او اختلفتا بحيث تصدقان معا لم يعرف حال حدي النتيجة ام متبائنات امتبائنا بالسلب شملهم الوسط ام متلاقيان بالايجاب جميل جدا هذا المطلب لماذا هو قال اتفقتا في في الكيف مع انه يشترط في الشكل الثاني اختلاف في الكيف انا ممكن لازم لمقدمة من مقدمات اه قضية سالبة. يعني باعتبار اللازم لانها قد تكون قضية موجبة تحكي مصاديق في الواقع السالبة تحكي المصادق نفسها. فهنا التلازم الصدقي بتشتغل على على المقدمة الموجبة كأنك اشتغلت على المقدمة السالبة. هنا يصدق الانتاج كانك رعيت شطر الشكل الثاني وهو الاختلاف في ايه الكيف نعم يقول الشكل الثاني ان اتفقتا مقدمتا في الكيف هادي موجبة وهادي موجبة او سالبة او سالبة او السالبة تلازم موجبة نعم او اختلفتا يعني في الكيف واحدة موجبة وواحدة سالبة وهو الشرط الاساس بحاثه تصدقان معا  لم يعرف لم يعرف حال حدين النتيجة امتبائنتان بالسلب يعني فيه تباين شمالهما الوسط يعني الحد الأوسط او متلاقيان بالايجاب ما تعرف ما تعرف هنا نحن في دائرة البينونة ام في دائرة ماذا التعانق والتسابق. ما نعرف نعم اقول قد بينا انه يشترط في انتاج الشكل الثاني بحسب الكيف والكم امران احدهما اختلاف المقدمتين بالايجاب والسلب شرط اساسي يعني المقدمة الاولى تثبت الثانية تنفي. المقدمة الثانية تنفي الاولى تثبت هذا شرط الشكل الثاني بحيث لا يمكن صدقهما نعم   يعني اجتماع النقيضين نعم والنقيضان لا يجتمعان ولا يرتفعان وحتى اعيد الى القاعدة الذهبية ان مبدأ التناقض لا يشكل قياسا لا صغرى ولا كبرى في اي قياس ولا في القياس الاستثنائي لا يشكل لا شرطية ولا الاستثناء ابدا نعم اتذكر كنت في درس عن الدكتور مالكية ويحمل ذهنيا شكاكا لا يؤمن بأصالة العقل يومين باصالة الايمان كنا في درس وانا كنت ادرس مع الايرانيين  واللغة الفارسية ضعيفة في بداية دراستي الحوزية كان عندي لسنوات اربع سنوات في حوزة  هو شكاك لا يؤمن بأصالة العقل والطلاب كلهم في درس خارج بذلك الزمان الى المؤسسة مؤسسة الامام السابق التي يرأسها الشيخ صبحاني حفظه الله   هذه مؤسسة يدرس فيها الطالب اربع سنوات يصير متخصصا في العقائد في علم الكلام ولا يسمح للدخول الى هذه المدرسة الا اذا كان الطالب في الدرس الخارج يعني الدراسة العليا في الفقه والاصول و يخضع لامتحان ويشكل الملف. اذا نجح يدخل هذه المؤسسة يتخرج متخصصا في علم الكلام زيادة على اجتهاده في الفقه والاصول انا هناك لم ادخل وفقا للسياق القانوني طلبت من الشيخ الصبحاني الله يحفظه الدخول الاستفادة فقط. يعني ما عندي اي حق ولا في الشهادة نعطيوهم شهادة الدكتوراه رسمية ومعترف بها ولا حقوق مالية ولا يحزنون. قال لي الشيخ صبحاني تريد ان تستفيد فقط بدون اي حقوق قلت له نعم اجز لي اعطى الأمر للمدير التطبيقي كان الشيخ سلطان يتوفى رحمة الله عليه تركي  قال لي نعمل لك ملفا اذا امتحنت هنا بعض الامتحانات التي تناسب ملفك في في الادارة غير الايرانية للطلاب الخارجيين تأخذ هذه الامتحانات والمعادل يعادلوك هناك بدون ما اه كرر الامتحانات سوى لي هكذا ملف وكنت امتحن امتحان التي لها مقابل في اه المقرر للطلاب الخارجيين. درست هناك اربع سنوات  هناك اه اربع سنوات  ان ملكيا كان يدرس هناك علم الكلام الجديد  ما اسميه على فلسفة الدين ما عندنا علم بالكلام الجديد هو فلسفة دين كنا ندرس عنده قاعدة الايمان. اتصور تتحدى الطلاب بهذا التحدي قال اتحداكم ان تأتوني بقياس في مقدماته يعني صورة او كبرى مبدأ التنمر لانه يتوهم انه اذا كانت مقدمة يعني مبنى التناقض فالقياس يكون يقينيا  وانا الطالب اجاب ولا اعطاء طالب اجاب عن هذا التحدي وانا كنت اعرف الجواب لأن درسنا في درسنا في برهان الشفاء عند الشيخ رمضاني</w:t>
      </w:r>
    </w:p>
    <w:p>
      <w:r>
        <w:t>برهان الشفاء درسناه مستقلا عن شرح الاشارات لوحده عن شيخ رمضاني حفظه الله هناك ارسطو يقول ابن سينا تبع لارسطو يقرر المسألة انا مبدأ التناقض تدخل لاتمام الكبرى القياس الاقتراني حملي وتدخل لاتمام اصل القياس في الاقتران او آآ برهام الخلف او الخلف لضعفي في اللغة ما استطعت ان اجيب. سكت نعم بلعت وسكت ثم في الدرس اثرت المسألة مع الشيخ رمضان قال لي ماذا لم تجب? قلت له لا اتقن اللغة الفارسية المطرب لا يصل تماما ولا الأستاذ يفهمني ولا الطلاب يفهمونني مع الاسف الشديد ومرت هكذا حرقة في القلب هذه قاعدة ذهبية مبدأ التناقض لا يكون مقدمة لا صغرى ولا كبرى في اي علم من العلوم نعم. وهذا هو سر اه المسألة نعم   الشكل الثاني نعم غادي يبيناها   اقول هنا العلامة الحلي قد بينا انه يشترط في انتاج الشكل الثاني. بحسب الكيف ايجاب وسلب. والكم امران احدهما اختلاف المقدمتين بالايجاب والسلب تانيا تستوعب المحمول الثانية تنفي المحمول نعم بحيث لا يمكن صدقهما هذا هو مبدأ التناقض والثاني كلية الكبرى الكبرى تكون كلية. الصغرى من حيث الكلية والبعضية السكوت اما بيان الشرط الاول الايجاب والسلب فلانهما لو اتفقتا بالكيف او اختلفتا فيه اختلافا يمكن معها معه صدقهما لم يعرف حاله حديا النتيجة امتدائنا الان بالسرك وقد شملهما الحكم بالاوسط او متلاقيا بالايجاب  بالتمثيل ونحن نطبق معيار القضية على الامثلة تفهم جيدا وبيانه انه يصدق قولنا كل انسان حيوان واضحة جدا هنا الصدق في طه طه انسان وحيوان حيوان بالمعنى المنطقي ليس بالمعنى العرفي نعم جزائري جاء يدرس في قوم كان في مدرسة الامام خميني نعم وهو من المخالفين فالأستاذ بدأ يبين المنطق ويمثلون دائما بهذه الأمثلة الإنسان حيوان ناطق او كل انسان حيوان وان فعل هذا الطالب مهندس مهندس في الجرافيك تراص في اوروبا نعم وهذا يدلل على مسألة مهمة جدا ان المثقف الجامعي اذا ملأ الى الدين وتدين يتحجر من الهندسة والطيب علم الفلسفة وعلم الانتروبولوجيا كلها تختفي في العقل الديني الظلامي والمتخلف تعمل ضجة في الدرس. الأستاذ تعجب. قال لو كيف الإنسان حيوان؟ يخلط بين الحيوان العرفي والحيوان المنطق التقي. الحيوان المنطقي يا حبيبي جسمه ناعم حساس متحرك بالارادة يعني الانسان حقيقة ممتدة وينمو ويتحرك ويحس ما عنده هذه المواصفات عنده هذه المواصفات هذا الحياء ولا بشرط الذي يشمل الانسان ويشمل الاسد. ليس الاسد والبقر. هو تصور مسكين هذا الحيوان حر فيه. فاعمل ضجة في الدرس. الاستاذ تعجب نعم عقله تدمر نعم وبيانه انه يصدق قولنا كل انسان حيوان. يعني طه يصدق عليه عنوان الانسان تصدق عليه الحيوان تصادق جيد وكل ناطق حيوان اي ناطق تلك الدائرة التي تشمل الانسان فقط وهم متلاقيان بالايجاب نعم اي في طه نعم فيصدق كل انسان ناطق كل انسان ناطق لماذا? لان الحد الاوسط اختفى ما هو الحيوان? فتقول كل انسان ناطق ولو قلنا في الكبرى. اذا عندنا نتيجة كل انسان ناطق. سلم له ولو قلنا في الكبرى وكل فرس حيوان وكل فرس حيوان عندنا الصغرى كل انسان حيوان طه مثلا وكل وكل فرس حيوان الفرس الفلاني نعم كانتا متباينتين شملهما الحكم بثبوت الحيوانية لهما ويصدق لا شيء من الانسان بالفرس لان الانسان في طه غير الفرس في مصداقية تباين. ولهذا يقول لا شيء من الانسان في طه في ليلة في خالد في بلال بفرس بينونة مهوية. ماهية الفرس غير ماهية الانسان في مبدأ الهوية ما نحتاج الى اقيسه حتى نعم والشكل الثاني هو تحصين لمبدأ الهوية. يعني الى هوية الف اذا تعينت بتعين من شأنها من صميمها وكانت هوية اخرى تعينت بنقيض هذا التعين يعني مرفوعا هذا التعين يعني هذه الهوية ليست هذه الهوية. يعني هذه الهوية لا تتموقع الف لا تموقع في الهوية الاخرى. هذا هو فلسفة الشكل الثاني حفاظ على مبدأ الهوية نعم وكذلك يصدق لا شيء من الانسان بحجر. البينونة المهوية طه لا يكون حجر ابدا ولا شيء من ناطق بحجر. لا تجد مصداقا من الحجر عند النطق. النطق يعني الادراك. ادراك الكليات. الفهم الانساني. لا مو ليس موجود في الحجر والحق الايجاب مع لا شيء من الانسان بحجر ولا شيء من الناطق بحجر والحق الايجاب ما معنى? تقول كل انسان ناطق ولو كنا في الكبرى ولا شيء من الفرس بحجر كان الحق هو السر واذا اختلفت كيفية النتيجة من سورة واحدة لم يتعين الايجاب ولا السب في في المادة المجهولة فيكون قياسا. نعم  اذا الشكل الثاني اذا كانت الصغرى موجبة ولا تستلزم سالبة في الصدق  والكبرى موجبة ولا تستلزم قضية سالبة الإنتاج لا يكون الانتاج لا يكون  ابدا نعم يعني  اتفاق هويتين في وصف لا يعني اتفاق الهويتين هذي بالقطع واليقين تقول الف باء  الف باء جيم باء يعني الف توافق في التعين ما عجب. هذا لا يلزم ان الف وجيم اما في السربلا تقول الف باء جيم ليس باء الف ليس باء اذن فالسلب يمكن الوصول الى نتيجة في الايجاب لا تقول الف باء جيم قد تكون وقد لا تك. قد تكون وقد لا تكون ولهذا يقول اه لم يعرف حال حد النتيجة مع ا متبائنة بالسلب شمالهما الوسط ام متلاقيا بالايجاب لا تعرف اذا الاختلاف في الكيف سلب الايجاب هو الذي ينتج الذي هو ينتج هذا هو معنى آآ هذه العبارة نعم    وكذلك لو اختلفت بالكيف يعني الصورة موجبة والكبرى سالبة  او بالعكس صورة سالبة والكبرى موجبة ويشترط كلية الكبرى مع امكان اجتماع الاصغر والاكبر يعني امكان اجتماع يعني نتيجة وذلك اذا كانت المقدمتان مطلقتين او ممكنتين او مختلطة منهما مطلقتان يعني الفعلية الامكان يعني قابلية الدخول. المختلطة واحدة مطلقة. يعني فعلية واحدة تقع كما تقول لا شيء من الانسان بكاتب سرب كلي نعم  وكل ناطق كاتب كل ناطق كاتب وهي غير صحيحة كل ناطق كاتب ولو قلنا في السورة لا شيء من الفرس بكاتب كان الحق في المادة الاولى الايجاب لا شيء من الفرس بكاتب وتقول لا شيء من الانسان بكاتب هنا تقول اه اه وكان الحق في المادة الاولى الايجاب لا شيء من الانسان بكاتب كان حقها ماذا تقول تقول كل انسان كاتب نعم لماذا طعمه بالكبرى لا شيء من الفرس بكاتب تأتي النتيجة لا شيء من الانسان بفرس هنا الإنتاج نعم وفي الثالثة وفي الثانية السلب ثانيا السلبية تقول وكل اه ولو قلنا في الصورة لا شيء من الفرس بكاتب نعم اه كما نقول لا شيء من الانسان بكاتب وكل ناطق كاتب ولو قلنا في الصغرى لا شيء من الفرس بكاتب كان الحق في المادة الاولى الايجاب. نعم. يجب ان تقول كل انسان كاتب. حتى تنفي الفرنسية على الانسان كل انسان كاتب</w:t>
      </w:r>
    </w:p>
    <w:p>
      <w:r>
        <w:t>ولا شيء من الفرس بكاتب هنا الإنتاج معقول الاولى الايجاب والثانية سلب. فالنتيجة ما هي لا شيء من الانسان بفرس نعم وفي الثانية الثانية هنا كما لو قلنا لا شيء كاتب وقلنا كله ناطق كاتب وفي الثانية السلب السلب ما معناه تقول آآ آآ في الثانية السلبة اي نعم كان الحق في المادة الاولانية وفي الثانية يعني لا شيء من الفرس بكاتب فلا تتعاير نتيجة فلا انتاج اذا اذا لم نغير اه لم نغير الايجاب فالنتيجة لا تكون نعم لا شيء من الانسان بكاتب وكل ناطق كاتب النتيجة لا تتعين لا شيء من انسان كاتب ولا شيء بالفارس بكاتب النتيجة لا تتعين. نعم اذا حتى تتعين النتيجة هو هذا المقدمة الاولى تكون بالاجابة الثانية تكون سالبة. ما معنى يعني عندنا هوية الف هذه الهوية في مبدأ الهوية ماذا يقول? الف الف تعينت بتعين نماء. بغض الطرف هذا التعين بالاطلاق بالامكان بالدائنية بالضرورية وجودية لا يهم الجهة. تعين تعين الف بب فلا تجد الف متعين باللباء الى خلاف مبدأ الهوية ضربت مبدأ الهوية اذا اذا اردت ان تنتج مع الف المتعين بباء يجب ان تأتي بمحمول اخر اما اذا جئت بمحمول يناقض باء لا تقل الف الف اه باء وتجي ليس باء هنا سريعا تنتج ان الف غير جيم. الف في دائرة وجيم في دائرة اما اذا قلت الف باء وجيم باء ما تعرف النتيجة هنا. ما هي العلاقة بين الف وجيب ما تعرف لا تعرف العراق هنا تتحير اذا لا تصل الى نتيجة اما اذا قلت له الف تعين بباء يعني من تعيناته باء جيم من تعيناته انه متبرئ من بقى هنا سريعا تنتج ان الف ما عندها علاقة بجيم هذا هو فلسفة الشكل الثاني. ويستخدم في نفي الصفات في الالهيات الصفات السلبية التي تورث النقص في الذات الالهية في الالهيات اذا شئت ان تنفي النقائص عن الله تعالى استخدم الشكل الثاني هو الانجع والاجمل نعم تقول الله آآ ليس بمتحيز الجسم متحيز. اختلاف في الكيف عندنا ذات الهية ذات حجرية ذات جسمية  الذات الإلهية متنفرة من التحيز لغناها واستقلالها الجسم لفقره متلبس بالتحيز. المحمول ما هو؟ التحيز في الذات الله مسلوب كانك قلت الف لا باء في الجسم ثابت تقول جسم الجسم متحيز. يعني ايه? جيم با. احذف الحد الاوسط التحيز. تقول الله ليس بتيز تطبيقات في العقيدة ولك ان تطبق اه على الموارد الاخرى. نعم قال وان اختص الاوسط ببعض اكبر وين اختص الاوصي ببعض الاكبر الشرط الثاني ما هو? كلية الكبرى لقانون الاندراج. يعني مبدأ التناقض تخاطب الكبرى في القياس اذا لم تستوعب جميع المصادق  لا يتم القياس اذا تمرد بعض المصاديق من الكبرى يعني الكبرى تصير صورية صغرى لم تستوعب بها المصاديق فالحد الاوسط يبقى متحيرا الى اي بعظ ينتمي الى البعض الذي في الكبرى او البعض الذي وفي الصغرى كما مثلت لكم بالحديد الفيزيائي خرج بهذه القاعدة الكلية. قاعدة علمية كلية ليست كلية الصور. الكلية يعني عامة بعض الحديد يتمدد بالحذر تعاثر على قطعة حديد على القمر ما عندن حق يفتي انه تتمدد بالحرارة ابدا هنا يحتاج الى التجريب الحسي يضعها على النار تمددت نعم يعني تنتمي الى ذلك البعض اما فتوى منطقية عقلية؟ لا. لماذا؟ لان هذه القطعة يمكن ان تنتمي الى الدائرة التي لم تتمدد بالحرارة نعم اذا قال اشارة الى اه الشرط الثاني خلوه في الحصة الاتية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