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قال وان اختص الاوسط يعني الحد الاوسط ببعض الاكبر يعني الاوسط لا يندرج كليا تحت محمول الكبرى يندرج بعضيا يعني فيه مصادق من الأوسط لا تنتفي الى لا تنتمي الى الأكبر. في مصادر تمردت مشروعية الانتاج غير متحققة ببركة مبنى ولم يعرف ايضا حال الاصغر اه لا لا هنا جوابا للشرط العبارة هكذا ما فيش ما فيه واو هكذا وان اختص الاوسط ببعض الاكبر لم يعرف حال الاصغار. ما نعرف حال الاصغر ينتمي الى هذه الدائرة  او ينتمي الى هذه الدائرة امتباء لذلك البعض ام ملاق للبعض الذي لم يتعلق الحكم به. هنا مبدأ التناقض يدخل ويقول القياس لا ينتج الا اذا كانت الكبرى كليا. نافية للنقيض. على اي اساس مبدأ التناقض مبدأ التناقض. اذا يجب ان يقول وكل حديد يتمدد بالحرارة  نعم  اقول عن هذه القطعة آآ مثلا الرقاق والزجاج الزجاج آآ آآ  كل حديد الزجاجة ليست بحديد. وكل حديد يتمدد بالحرام. هنا تفتي ان الزجاج لا يتمدد بالحرارة نعم   اما اذا حصل الشرطان انتجتا سالبة لا غير هذا هو القانون. الشكل الثاني ينتج سالبا. لان القاعدة تقول النتيجة تتبع اخص المقدمتين في مقدمة سالبة اذا النتيجة تكون دائما سالبة اقول هذا بيان بيان اشتراط الامر الثاني وهو الكلية الكبرى فانها لو كانت جزئية لم يعلم حال طرف النتيجة امتلاقيان او متباينا ما نعرف الحديد ينتمي الى ذلك البعض الذي يتمدد او ذلك البعض الذي لا يتمدد نعم اذا حتى تنتج نقول وبالكلية نعم لان الكبرى الجزئية مع الصغرى الكلية انما تدل على المنافاة بين الاصغر وبعض الاكبر المذكور ولا تدل على المنافاة بين الاصغر والبعض الاخر من الاكبر الذي لم يذكر ولا على الملاقاة ويحصل الاختلاف الموجب للعقم. يعني انت الان قلت وكل حديد يتمدد بالحرام. انا عثرت على حديدة. ما نعلم اه لا قلت بعض الحديد يتمدد بالحرام انا مال عام هادي الحديدة تنتمي الى ذلك البعض الذي انت جربته وخرجت القانون بالعام وهو القانون العام بعض الحديث يتمدد بالحرام. اذا في بعض قد يحتوي على هذه القطعة فلا تكون متمددا وقد تنتمي الى الذي يتمدد انا ما عندي علم عندي مشروعية يعني المشروعية المنطقية هنا المشروعية المنطقية يعني لا افتي منطقيا اما تجريبيا يمكن ان نفتي ناخذ القطعة ونضعها على النار تتمدد فهي تتمدد لا تتمدد لا تتمدد لا منطقيا نحن نتحدث منطقيا اما اذا قال العالم كل حديد يتمدد بالحرام وهذا العنصر ليس بحديث تقول العنصر هذا لا يتملي بالحرام شكلا الثاني نعم هذه العبارة عبارة عن بيان اه ظرورة كلية الكبرى. لان الكبرى الجزئية الكبرى يعني التي تقع في القياس في في المقدمات الكبرى قد تكون جزئية وقد تكون اه كلية. في الشكل الثاني يجب ان تكون كلية لان الكبرى الجزئية يعني اذا بنينا في الشكل الثاني على ان الكبرى جزئية يعني بعظية تقول بعظ الف او بعظ ليس بالف لان الكبرى الجزئية مع الصغرى الكلية انما تدل على المنافاة بين الاصغر وبعض اكبر المذكور وليس الكوليرا بعضية نعم ولا تدل على المنافاة بين الاصل والبعض الاخر من الاكبر الذي لم يذكر. ساكتة عن الثاني نعم فقد يحتويه الثاني هذا تلك الدائرة البعضية الاخرى ونعم ولا تدل على المنافاة بين الاصغر والبعض الاخر من الاكبر الذي لم يذكر ولا على الملاقاة لا على المنافاة ولا على الملاقاة سكوت ويحصل الاختلاف الموجب للعقوق. ما نقدر ننتج اذا واش مشروعية الإنتاج ام تجعل الكبرى كليا يعني تشمل جميع المصادق ما في دائرة اخرى لا يطالها المحمول الكبرى مثاله ان يصدق كل انسان ناطق هذه الصغرى صغرى موجبة وليس كل حيوان بناطق وليس كل حال بنواطض بمناطق صادقة يعني الفرس ليس بناطق الاسد ليس بناطق  نعم وليس كل حيوان ناطق يعني بعض الحيوان ليس به ناطق هذا هو مدلولها والحق الايجاب هنا في اختلاف اختلاف كيفي كل انسان ناطق وليس كل حيوان بناطق  كبرى  سلبية. اذا امنا اختلاف الكيف لكن الكبرى جزئية كل انسان ناطق وليس كل حيوان بناطق جيد الحد الاوسط هو الناطق اه نزعنا الناطق لان الحد الاوسط يختفي في النتيجة الإنسان يتحرك في اي اتجاه يتحرج يتحرك في مصداق الناطق العاقل او في مصداق في مصداق الحيوان في مصداق الحيوان العاقل الناطق اللي هو الانسان او في مصداق الحيوان الذي هو فرس ما معلوم. ما معلوم. والحق هو الايجاب. نعم? الحق هو الايجاب. يعني الانسان حقيقة حيوان نعم. ولو قلنا في الكبرى وليس كل حجر بناطق وليس كل حجر بناطق يعني بعض الحجر ليس كان الحق السلبي يعني الانسان ليس بحجر نعم ويصدق لا شيء من الانسان بفرس. بينونة مهوية مبدأ الهوية يكفي لفهم هذا السلب لا يحتاج الى دليل لا شيء من الانسان بالفرس تقول من اين شيخنا? قل مبدأ الهوية. الهوية الانسانية غير الهوية الفرنسية سهلة جدا ولهذا هذه الامثلة ليست علمية تقريبية فقط ويصدق لا شيء من الانسان بفرس يعني كل مصداق تعنون بالانسان لا يتعنون بالفرنسية هذا غير صحيح في المثال. ممكن في امثلة اخرى اه ينطبق لا شيء بالإنسان بفرس لا تذهب الى المصداق تقول كل من تعنون بعنوان الانسان كطغى وليلى وبلال وخالد طعنه بالانسان لا يتعنون بالفرنسية لا نحتاج من الهوية الانسانية تبين الهوية الفرنسية قبل الصدق على هالمصاديق في نقاشنا للمثال اذا جاء بامثلة اخرى نعم  ويصدق لا شيء من الانسان بفرس نعم هذه صادقة يعني دائر فالإنسان في هويته غير دائر في الفرس في هويته وبعض الحياء والفرس نعم اذا جئت الى مصاديق الحيوان هنا اه المصداقية النوعية تدخل اذا جئت الى مصادق الحيوان الفرس يخوض الدائرة فقط ولهذا بعض يعني يشمل دائرة وهي دائرة الفرس من الحيوان نعم والحق الايجاب لا شيء من الانسان بفرس وبعض الحيوان آآ بفرس احذف الفرس. حيوان قطع الحق وما هو? الحجاب كله ايه? انسان حيوان والحق الايجاب. اكتب تحتها والحق الايجاب كل انسان حيوان. هذا هو الحق. ولو قلنا في الكبرى وبعض الصاهر فرس نعم اذا قلنا في الكبرى يعني لا شيء من الانسان بفرس  وبعض السهل فرس. احذف الفرسية يعني تقول بعض الانسان آآ اه اه بعض الانسان لأن الحد الأوسط فرس تقول بعض الإنسان ليس بصهل كان الحق السلبي? نعم الصهيونية تنتفع عن الانسان لان ليس هو ليس له حد آآ فصل الصهيونية ومع الاختلاف الانتاج نعم وحتى النتيجة هنا تصطدم مع</w:t>
      </w:r>
    </w:p>
    <w:p>
      <w:r>
        <w:t>تصطدم مع الحقيقة نعم اما مع حصول الشرطين يعني الاختلاف في الكيف السالبة موجبة و الكبرى تكون كليا الكبرى تكون كليا لقانون الاستيعاب والاندراج اما مع حصول الشرطين فانما تنتجان سالبة واضح جدا قوية في تعيناتها لا لا تشاركها في ذلك التعين هوية اخرى مسلوبة عنها التعين. مسلوبة عن التعين. تقول الانسان وجود يعني موجود شريك الباري ليس بموجود. الانسان ليس بشريك الباري باليقين والقطع. اما اذا قلت الانسان وجود والله وجود من اينك انت بالانتاج يقول الله هو والانسان او الانسان هو الله? لا ابدا ابدا اما مع حصول الشرطين فانما تنتج عن من? يعني المقدمة الصغرى والكبرى سالبة. النتيجة سالبة للقانون الكلي ما هو? نتيجة تتبع اخص المقدمتين بالضرورة مقدمة سالبة في القياس فتكون النتيجة سليمة. لوجوب استعمال مقدمة سلب فيه في القياس والنتيجة تتبع الاخص اشارة الى القانون الكلي وتحقيقه ان الاوسط اذا ثبت لاحد الطرفين وانتفع عن الاخر كان من بين الطرفين مباينة قطعية ادي كتبها كتبت تحتها خط احمر. تعليل مبدأ السبب الكافي. الف تعين بباء. وهذا التعين هو عين الف بنحو ما في ما في حقيقتان ما في حقيقتان اه التعين هو الذات بنحو الف تعين بباء تجيب نفت هذا التعين يعني جيم ليس من صن خالف جملة تلتقي مع الف لأن الف اذا تعينت بباء وقلنا الف باء يعني باء و من صميم الف جيم انتفى عنها هذا التعين يعني هي ليس من صميم الف ليس من صميم الف هذه النتيجة السلبية يعني تقول الف ليس جيم نعم  وتحقيقه تحقيقه يعني مبدأ السبب الكفيف. فتوة مبدأ السبب الكافي. وتحقيقه ان الاوسط يعني الحد الاوسط الذي يثبت لالف بالايجاب ويثبت لجيم بالسلب اذا ثبت لاحد الطرفين يعني لي الف وانتفع الاخر لجيم كان بين الطرفين. يعني الف وجيم مبينة قطعية قطعية يقينية للمحافظة على مبدأ الهوية مبدأ التناقص شديد نعم ماسك العصا كل ما يخرب الهوية فهو زيف الف تعينت بباء يعني من خصوصيات الذاتية لالف باء جيم ليس من الخصاص خصوصياتها فاذا قلت الجيم هو الف خربت الف لماذا؟ يصير الف له خصوصية باء وليس له خصوصية باء اجتماع النقضين اجتماعا نقيدا قلت لكم فتوى سلبية للمحافظة على مبدأ الهوية على مبدأ الهوية. اللي سجلها جميلة يعني وتحقيقه بيان من مبدأ السبب الكافي لماذا اه هذا هذه اه انتقل اه يجب ان تكون النتيجة سالبة الظروف المنتجة في الشكل الثاني. نأتي الان الى الظروف وهي اربعة. وهي اربعة  يشبه الشكل الأول قال فالضرب الاول من كليتين صغرى كلية يعني شمولية والكبرى شمولية واحدة تكون سلبية الضرب الاول من كليتين صغراهما موجبة فالكبرى ماذا تكون? بالقطع سالبة كقولنا كل انسان ضاحك من الشمول يعني كل مصادق الانسان يشملها الضحك ولا شيء من من الفرس بظهرك يعني كل مصاديق الفرس لا يمسها الضحك ينتج له شيئا من الانسان بفرس. هنا لا نناقش الامثلة. يعني النتيجة نعرفها في مبدأ الهوية وليس من هذا القياس. الفرس في هويته غير الهوية الان الثانية هادي امثلة للتقريب فقط اما في امثلة علمية ليس من من سلخ مبدأ الهوية المهم الحديث صحيح الامثلة لهم هذا هو الضرب الأول الثاني يعني الضرب الثاني من كليتين في الشمول في الصغرافي الكبرى صغراهما سالبة ينتج اه مثلها يعني سالبة كليا يعني فقط انت اه غيرت السلب والايجاب. كان في الصغرى الايجاب صار في الكبرى فالنتيجة واحدة يعني اه شمولية سالبة نعم النتيجة تكون سليمة كلي الثالث من سورة موجبة جزئية ينتج جزئية يعني جزئية سليمة. لماذا? لان عندنا البعضية وعندنا نتيجة بالاخص المقدمتين في الكيف سلب وفي الكم بعظها نعم جزئية سالبة الضرب الرابع من صغرى سالبة جزئية يعني في عيبان صغرى فيها السلك وفيها البعضية جزئيا. النتيجة حتما تكون ماذا اه الجزئية سالبة نعم ومن صغرى سالبة جزئية ينتج مثلها يعني مثل السابق يعني سالبة جوز هي واضحة. تطبيق القوانين العامة اقول ظهر من اشتراط الامرين اختلاف في الكيف سلب ايجاب وكبرى الكلية انا المنتجة هنا اه اربع اظرب لا غير على ما تقدم باسم الشكل الأول الاول من كليتين صغراهما موجبة فالكبرى تكون سالبة كقولنا كل انسان ضاحك ولا شيء من الفرس بضحك ينتج سالب كلية كقولنا لا شيء من الانسان بفرس. واضحة جدا. ثاني من كل من كليتين صغراهما سالبة ينتج سالبة كلية. كقولنا لا شيء من الفرس بضحك وكل انسان ضحك ينتج لا شيء من الفرس بانسان   لو كان التمثيل لو تفيد الامتناع نقول بالظن ان كان التمثيل بمسائل كلامية بمسائل فلسفية كان طريقة رائعة الضرب الثالث من صغرى بوجبة جزئية. كم عيب؟ عيب واحد وهو الجوز  وكبرى سالبة كليا في عبء فيها عيب السلب ينتج سالبة جزئية للقاعدة الكلية كقولنا بعض الحيوان ضحك ولا شيء من الفرس بضحك ينتج بعض الحيوان ليس بفرس نعم بعض الحيوان ليس بفرس دوائر متعددة. الاسد في الانسان البقر الرابع من صغرى سالبة جزئية فيها عيبان سلبوها البعضية. وكبرى موجبة كلية ليس فيها عيب ينتج سالب جزئية كقولنا بعض الحيوان ليس بضحك وكل انسان ضحك فبعض الحيوان ليس بانسان امور سهلة ليست غامضة اثبات الانتاجات في الشكل الثاني اه اه الشكل الثاني اه الف بالعكس اه نعم قال وبيان الانتاج بعدما تقدم بان تنعكس الكبرى الاولى. نعم. الف ده الف الف هنا لو قرأت خطأ الف او واحد لو كتب واحد اه احسن اذا هذا خلينا نقرأ النص ليس عنوا الشيخ بيدر قال وبيان الانتاج بعدما تقدم  يعني ارجاع الانتاج البديهي الشكل الاول بان نعكس كبرى الاولى كبرى الاولى  اه كبرى الأول يعني الضرب الأول الطلب الأول من كليتين صغراهما اه موجبة نعم والكبرى سالبة ان تعاكس الكبرى الاولى هذا هو الإنتاج يعني ببركة العكس ويرجع الى الشكل الاول خلينا اه خلي العلامة الحلي بالامثلة اذا ارجعوا الشكل الثاني الى الشكل الأول حتى تتجلى بداهته يقول نعكس كبرى الاولى كبرى الاول يعني ينعكس كبرى الظرب الاول. كان سالبة تنعكس مثل نفسها فيصير من الشكل الأول ظربا من ظروب الشكل الاول يكون دينا بقانون الاندراج قانون الاندراج. والثالث يعني الضرب الثالث من الظروف نعم يعني الضرب الاول والظرب الثالث نعكس الكبرى فيرجعان الى الشكل الاول حتى يتضح الاشكال بداهة ونقلب مقدماته الثاني يعني الضرب الثاني بعد عكس سغراه ثم العكس النتيجة اليات لارجاع الى الشك الاول وانا اقول لا يحتاج وفقا للمعايير العقلية السرمدية بينت لكم ان الهوية اذا تعينت بتعين من ذاتها بالذات هي ما معناه? يعني الوصف لا يأتي ويذهب. لا ذاتي هو هو الذات بنحو فكل ذات في دائرة الوجود ليس لهذا التعين ليس من صميمها ففي بينونة بين مبدأ الهوية الاولى ومبدأ الهوية الثانية</w:t>
      </w:r>
    </w:p>
    <w:p>
      <w:r>
        <w:t>او بين الشيء الاول والشيء الثاني. اصلا ما نحتاج الى الشكل الثاني اذا استوعبنا جيدا المعايير العقلية. مع هذا نمشي مع اه محل العرف المنطقي. اقول لما كانت قرائن هذا الشكل غير واضحة الانتاج وانا بينت لكم انها واضحة بفظل المعايير العقلية العامة مبدأ الهوية ومبدأ التناقض ولا باقي الاشكال ولا باقي الاشكال على الشكل الثالث والرابع احتيج الى البيان بيان يعني ارجع الى ارجاع الاشكال الى الشكل الاول حتى تتعين يتعين قانون الإندراج بوضوح نعم. وطرقه بعدما تقدم من وجوب المبانة بين الطرفين في يعني ايجاب السلب اللذين ثبت لاحداهما الاوسط وانتفى عن الاخر ثلاثة يعني وطرقه ثلاثة يعني اليات ارجاع الاشكال الى ماذا الى الشكل الاول البين الاندراج. يعني قانون الاندراج هناك واضح جدا. تقول الف باء وباء جيم يعني الف مندرج تاع باء تحتها باء وباء مندرج تحتها جيم. بالقطع واليقين الف مندرج تحت الجيم نعم وطرقه ثلاثة طرقه مبتدأ بعدما تقدمت جملة في الوسط ثلاثة خبر. العكس والخلف يعني نستخدم قياس الخلف والافتراظ نعم فإن الضرب الأول والثالث يرتدان الى الأول بعكس كبراهما وينتجان ما ينتجه الاول يعني الشكل اول والظرب الثاني بعكس صغراه ثم يقلب بالمقدمتين بان تجعل الصغرى كبرى والكبرى صغرى وينتج ما ينتجه الاول ثم تعكس النتيجة لماذا العلم الحين لم يأتي للطالب العزيز بأمثلة  خلينا نستخدم اه الامثلة التي وظفها المحقق التونسي في المتن على منحه في الشرح نعم كل انسان ضاحك ولا شيء من الفرس بضحك  غض الطرف عن مبدأ الهوية. الالية التي نحن بيناها من خلال المعايير العقلية. لا. امشي مع العرف المنطقي او عرف المنطقيين كل انسان ضاحك المحمول ما هو? ضاحك ثابت بالايجاب لكل مصديق الانسان ولا شيء من بالفرس ضاحك. الحد الاوسط هو الضاحك مسلوب عن كل مصاديق الفرص اذا هنا اه على مبنى المعايير العرفية الانسان يتعين بالضحك يعني الضحك من شؤوناته لان يتعجب وتعجب والتعجب لازم له. هذا اللازم غير موجود في جميع مصاديق الحيوان. اذا كل مصاديق الحيوان ينتفي عنها مدى الضحك بمعايير فقط المعايير العقلية خلينا الان نطبق العكس نعم العكس ماذا يقول اه بأن نعكس الكبرى كل انسان ضاحك ولا شيء من الفرس بضحك اعكسها تقول لا شيء من الضحك والفرس فتصير كل انسان ضاحك يعني كل انسان مندرج تحت الضحك الاندراج الحيثي نعم ولا شيء بضاحك مندرج تحت الفرس النتيجة واضحة بينة لا شيء من الاندلس الانسان مندرج تحت الفرس اذا عكسنا اساليب الكلية كمثلها نعم هذا بالنسبة الى بان نعكس كبرى الاول يعني اه الضرب الاول. والثالث من الثالث هاي ثالث صورة موجبة جزئية وكبرى سالبة كليا سلب جزيئا كقولنا بعض الحيوان ظاحك نعم ولا شيء امين الفرس بضحك يعكسها لا شيء من الفرس بضحك لا شيء من الضحك بفرس هذا البعض الحيوان يندرج تحت الضحك والضحك مسلوب عنه مطلقا لا شيء من الضحك بالفرس هذا البعض الحيواني لا يكون فرسا مطلقا هذا بالنسبة الى كبرى الضرب الأول والثالث من الضرب فيرجعان الى الشك الاول بيناه ونقلب مقدمة الثاني. مقدمة الثاني اه وآآ بالمتن ونقلب مقدمتي الثدي بعد عكس صغرى  وما تنعكس النتيجة الثاني ما هو لا شيء من الفرس بضحك  ماذا يقول ونقلب مقدمات الثاني لا شيء من من الفرس بضحك صورة وكل انسان ضاحك كبرى اغلبها اجعل كل انسان ضاحك صورة ولا شيء من الفرس بضحك مع ماذا? مع عكس صغره كل انسان ضاحك ولا شيء من فرز بضحك كيف يرجع الى الشكل الاول؟  نجعل كل انسان ضاحك صغرى هذا هو القلب ولا شيء من الفرس بضحك التي كانت صغرى تصير مقدمة. صار عندنا هكذا القياس. كل انسان ضاحك ولا شيء من ولا شيء من الفرس بضحك والكبرى نعم مع ماذا? بعد عكس سورة الصورة ما هي? كل انسان ضاحك يصير بعض الضحك اه انسان نعم   نعكس صغره له كل انسان ضحك اجعلها هي بعد القلب صورة. لا شيء من الفرس بضحك ادي اعكسها لكن هو قال ايه? بعد عكس السورة صغرى لا شيء من الفرس بيضحك يعكسها. صار لا شيء من انبطاحك الفرس جعلها كبرى وجعل الصورة كل انسان ضاحك طلبت من الشكر الاول احذف الظحك تصير لا شيء من من من الانسان بفرس واضحة جدا نعم انتهى الوقت ان شاء الله في الحصة الآتياء نبدأ من اصل المطلب. قال وبيان الانتاج من الوقت انتهى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