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واللي يخلص وصلنا معكم الى هذه الفقرة قال وبيان الانتاج يريدوا ان يفلسف انتاج الشكل الثاني وبيان الإنتاج بعدما تقدم بين الشروط الاختلاف في الكيف ايجاب وسلب  الكبرى تكون كلية حتى يتم الاندراج بان نعكس كبرى الاول  كبرى الأول هذا الضرب الضرب الأول في الشكل الثاني خلينا الان نطبق في الاول يقول كل انسان ضاحك صغرى القياس لا شيء من الفرس بضحك اختلاف في الكيف مؤمن كبرى القياس وامن ولا شيء من الفرس بضحك. يقول في المتن نعكس كبرى الأول كبرى الأول في قولنا في القياس كل انسان ضاحك صغره. ولا شيء من الفرس بضحك هذه كبرى نعكسها نقول لا شيء من الضحك بفراس فيصير الحد الاوسط محمولا في الصغرى موضوعا في الكبرى هذا هو الشكل الأول احذف الحد الاوسط وهو الضاحك ماذا يأتيك? يأتيك لا شيء من الانسان بفرس واضحة وبينة بان نعكس كبرى الاول يعني كبرى الضرب الاول وكبرى الضرب الثالث. الضرب الثالث ما هو الضرب الثالث نقول اه من صورة موجبة جزئية وكبرى سالبة كليا  نعم بعض الحيوان ضحك ولا شيء من الفرس بضحك. سلب والايجاب اختلاف في الكيف والكبرى في القياس كليا ولا شيء من الفرز بضحك اعكسها يصير لا شيء من الضحك بفرص بشكل القياس بعض الحيوان ضاحك ولا شيء من الضاحك فرس احدث الضحك يأتي اه بعض الحيوان ليس بفرس. واضحة جدا  بان نعكس كبرى الاول والثالث من الظروف فيرجعان الى الشكل الاول بيناه ونقلب مقدمتي الثاني. مقدمة الثاني عندنا صورة كبرى نقلبها. يعني نجعل الصغرى كبرى والكبرى صغرى بعد عكس الصورة في المثال عندنا لا شيء من الفرس بضحك هادي هي الصورة يقول بعد عكس السورة ماذا تصير لا شيء من الضحك بفرس وكل انسان ضحك. اقلب الان يعني كل انسان ضاحك. نجعله صورة ولا شيء من الضحك بفرس اجعلوه كبرى ينقلب شكل وضربا من شكل الأول نحذر في الضاحك. النتيجة ما هي النتيجة اه لا شيء من الانسان بفرص واضحة جدا وان نقلب مقدمات الثاني مقدمتين ثانية يعني تجعل الصغرى كبرى والكبرى صغرى بعد عكس الصغرى ثم نعكس النتيجة تعكس النتيجة او تتركها لا شيء نعم لان اذا تيعالج كل كل انسان ضاحك صورة بعدما عكست ان اه الصورة لا شيء من الضحك بفرس النتيجة ما هي نتيجة لا شيء من الانسان بفرس  وعكس لا شيء من الفرس بإنسان سهلة جدا نعم اقول لما كانت قرائن هذا الشكل قرائن يعني نقيسا المنتجة غير واضحة وغير واضحة الانتاج لما كانت قرائن هذا الشكل غير واضحة الانتاج ولا باقي الاشكال يعني كذلك الشكل الاول والشكل الثالث والرابع احتيج الى البيان يعني الى حين عقلية وطرقه هذه البيانات والإرجاعات وطرقه بعدما تقدم من وجوب المباينة يعني الشرط الاول وهو الاختلاف في الكيف سلب ايجاب بين الطرفين الذين ثبت لاحدهم الاوسط وانتفع عن الاخر الاوسط يثبت وينتفي. نعم وطرقه ثلاثة العكس كما بيناها الان والخلف يعني نستخدم قياس الخلف والافتراظ   الافتراظ انا في تصوري مغالطة فاحشة لا يصلح فان الضرب الاول والثاني يرتدان الى الاول الى الشكل الاول فإن الضرب الأول والثالث من الشكل الثاني. كتب تحتها مين الشكل الثاني يرتدان يعني يرجعان الى الاول الى الشكل الاول بعكس كبراهما وينتجان ما ينتجه الاول ما ينتجه الشكل الاول بينا بالامثلة والظرب الثاني بعكس ثغرات ثم اه بقلب المقدمة بان بيان لي القلب بان نجعل الصغرى كبرى والكبرى الصغرى وينتج ما ينتجه الاولى ثم تعكس تعكس النتيجة. واضحة جدا بالتطبيق  اثبات الانتاج في الشكل الثاني باء دليل الافتراظ نعني الية الافتراض في اثبات حجية الشكل الثاني في اي ظرف في الظرب الرابع? قال واما الرابع يعني الظرب الرابع الضرب الرابع اه الضرب الرابع الصغرى سالبة جزئية فيها عيبان صغرى وسالبة. جزئية وسالبة. ينتج آآ ينتج مثلها اخص المقدمتين ينتج جزئية سالبة نعم  كقولنا بعض الحيوان ليس بضحك جزئية وسالبة عيبان فيها وكل انسان ضاحك نتيجة النتيجة تتبع اخص المقدمتين. الحيوان ليس بعض الحيوان ليس باثم هذا هو الرابع واما الرابع نبينه بالافتراظ بالافتراظ نعم خلينا قبل الافتراض نتأمل فيه وان كان وان كانت الامثلة لا تسعدنا دائما مرة تسعد ولا مرة لا تسعد هنا تسعد لانها ما خرجنا من مبدأ الهوية خرجنا من مبنى الهوية الى دائرة الضحك فقط وهو لازم للتعجب والتعجب لازم للانسان واضح بعض الاقيصة الهندسية والرياضية والحسابية والفلسفية لا ليس من هذا الباب نعم بعض الحيوان بضحك. خلينا نطبق مبدأ الهوية بعض الحيوان ليس بضحك ما معنى? يعني دائرة من دائرة الحيوانات ليس لها خاصية الضحك وكل انسان ظاحك وكل انسان ضاحك  فتنتج بعض الحيوان ليس بايزر وتنتج كذلك بعض الحيوان انسان سهلة جدا اذا كنا في دائرة مبدأ الهوية. اذا خرجنا عن مبدأ الهوية في الاقيس الصعبة الهندسية والفلكية والحسابية والرياضية والفلسفية والكلامية لا بعض بعض الاقيس لا تسعدنا نحتاج الى الية يسميها هنا الافتراض. معقدة دققوا جيدا تحتاج الى سبورة الا انها في تصوري ليست فاعلة نعم ليست فاعلة واما الرابع يعني الضرب الرابع بيناه فتبينه بالافتراظ ما هو الافتراض وهو ان يعين البعض من الاصغر الذي ليس بالاوسط نرجع الى المثال بعض الحيوان ليس به ضحك بعض الحيوان ليس بضاحك يعني فيه شريحة من الحيوانات لا يصدق عليها الضحك الحمار الاسد الفيل هذا البعض الذي خرج من دائرة الضحك. لان الظاحك عنوان عم يشمل فقط على الانسان يخرج باقي الحيوانات يقول وهو ان يعين البعض من الاسرار الذي ليس باوسط. يعني الحيوانات التي لا يمسها الضحك  فرضا ونسميه باسم فيكون لا شيء من ذلك المسمى باوساط لا شيء من ذلك المسمى باوسط يسمى الدال يعني لا شيء من دال باوسط يعني شريحة من الحيوان خليها لي وحديها جعلها الدائرة يعني ما عدا الإنسان. في هذا المثال الظاحك هذه في عدم اندراجها تحت المحمول الحد الاوسط كليا تستطيع تقول لا شيء من ذلك. الفضاء بضحك نعم يمكن لك تعممها تعمم الدائرة تخيل انت الآن عندك مجموعة من الطلاب في الحوزة العلمية تم الإمتحان الحوزة العلمية فيها عشر الاف مثلا نطالب تم الامتحان من عشر الاف فازوا خمس الاف خمس الاف نعم خليك من من الذين فازوا ونجحوا روحوا الى الذين رصدوا خمس الاف هي بعض من عشر الاف يعني بعض من الف الان انسان تاع انسان الناجحين روح الى الذين رصدوا تقول لا شيء منه بناجح تعممها فقط في دائرتها سهلة</w:t>
      </w:r>
    </w:p>
    <w:p>
      <w:r>
        <w:t>يقول هو هو الافتراض وهو ان يعين البعض من الاصغار الذي ليس باوساط يعني ليس بناجح في مثالنا. فرضا ونسميه باسم فيكون لا شيء من ذلك المسمى سمه دال انت مثلا كما سماه في المثال لا شيء من ذلك المسمى بأوسط لا شيء من من تلك الطلاب بأوسط يعني بناجح نعم لا شيء من ذلك المسمى باوسط نعم والكبرى كل اكبر اوسط نعم والكبرى كل اكبر او سط مع  كل اكبر اوسط آآ اه  لحظة نشوفو المثال كل انسان ضاحك  نعم هنا كل انسان ضاحك اه بعض الحيوان ليس بضحك وكل انسان ضحك. قد تستطيع ان تقول كل ضحك انسان المثال يسعدنا لكن هل كل الامثلة تسعدنا? لا لا اعتقد واذا لا شيء من ذلك بالمسمى بأوسط سلمناه. يعني لا شيء من الطلاب بهاد الخمسالاف التي لم تنجح بناجحة. سلمناها والكبرى كل اكبر اوسط كلو اكبر اوسط يعني عكست انت المفروض كلو اوسط اكبر لان الاوسط مندرج تحت الاكبر معليش سلمناها يعني عكسها كما هي. عكسها كما هي يعني اذا قلت كل كل انسان حيوان صادق كل حيوان انسان كل اكبر اوسط في بعض الموارد تنجح في بعض في بعض الموارد لا. فيصير الضرب الثاني بعينه يعني الشكل الثاني لا شيء من ذلك المسمى باوسط وكل اكبر اوسط من الأوسط محمول في المقدمتين في مقدمة بالسلم وهو لا شيء من ذلك المسمى بأوسط وكله اكبر اوساط. يعني محمول في النتيجة هذا هو الشكل الثاني. محمول بالايجاب والسلب. هذا هو الشكل الثاني فيصير الظرب يعني الظرب الرابع من الشكل الثاني بعينه الضرب الثاني بعينه ما هو الضرب الثاني بعينه? آآ الصغرى موجبة جزئية من صورة موجبة جزئية نعم ينتج جزئية طبعا الكبرى يجب ان تكون كلية. مثاله لا شيء من الفرس بضحك وكل انسان ضحاك ينتج لا شيء من الفرس بينزل جيد ما هو الضرب بعينه وينتج لا شيء من ذلك المسمى باكبر. لان الحد الاوسط يختفي نعم لا شيء من ذلك المسمى باكبر. ولكن بعض الاصغر وذلك المسمى ينتج من رابع الاول يعني من شكل من الضربة الرابعة من الشكل الاول ما ادعيناه فيه تعقيد عجيب وعجيب مع انك انت بالمعايير العقلية تصل الى النتيجة لوحدها نعم اقول الظرب الرابع من الشكل الثاني لا يمكن بيانه بالعكس. الية العكس لا تسعدنا لان الصغرى سالبة جزئية لا تنعكس سلب جزئية لا تنعكس يعني نبقى في ذات الاحتمال اذا لا تنعكس نعم بعض الحيوان ليس بالانسان ما تستطيع تقول بعض الانسان ليس بحيوان. لا يمكن والكبرى موجبة كلية تنعكس جزئيا. اذا صغرى جزئية وكبرى جزئية وان كان الكيف مختلف اجابه سر لانتاج من جزئيتين. لماذا? بينا بالشروط الاساسية ان الكبرى يجب ان تكون كلية ليتم الاندراج الجزئية لا تؤمن الان اندراج. بينا هذه الامور والكبرى موجبة كليات تنعكس جزئية ولا قياس عن جزئيتين لان الاندراج لا يؤمن. الكبرى يجب ان تكون مشتملة على جميع الاوساط. هذه قاعدة كلية في منطقة ريسطو. بل طريقه الافتراض او الخلف الافتراض بيناها في المتعقدة. القياس الخلف لا نعم يسعدنا اما الافتراض فمختص بما يكون احدى المقدمتين فيه جزئية. اذا كل ضرب من الشكل الثاني تكون آآ احدى المقدمتين جزئية وهي الصغرى حتما   نستخدم الافتراظ فان اذا قلنا ليس كل جيم وكل الف باء نركز على الشروط الاساسية. الايجاب والسلب نعم ليس كل جيم باء سالبة كل الف باء موجبة. اذا تحقق الشرط الاساسي آآ المحمول المحمول اه الحد الاوسط محمول في المقدمتين كل جيم باء وكل الف باء. باء محمول في المقدمة تمت الأركان في الشكل الثاني اذا استخدمنا العكس كل الف باء تنعكس بعض الف باء لا يتم الاندراج ليس كل جيبة جزئية ليس كل جيبة يعني بعضه جيم ليس باء لا تنعكس جزئية وجزئية ليس فيه الاندراج يعني ممكن جزئية في ذلك المجال تصدق جزئية في هذا المجال تصدق. تقول بعض الانسان ليس بشعر. صادق بعض الانسان بشعر صادق اذن لا ارتباط بين الجزئيتين وبالتالي لا انتاج مطلق جيد الافتراظ كيف? قد نفرظ بعظ الجيم لان ليس كل جيم يعني في دائرة فقط يكون دائرة اخرى لا يعني باله دائرتان دائرة ينطوي على جيم دائرة ينفي تجي نفرض بعض الجيم وهو البعض من الاصغر الذي ليس باوساط نعم ليس باوسط يعني يتباين مع الاوسط شيئا معينا ونسميه بإسم وليكن دال فيكون لا شيء لا شيء من ذلك المسمى. اعني دال باوسط يعني بالحد الاوسط يعني بالمحمول في الصغرى اعني باء اوساط يعني في القياس ليس كل جين باء سلبة جزئية كل الف باء موجبة كليا حتى يصدق لا شيء من دال باء لا شيء من دا الباء يعني ذلك تلك الدائرة التي لا يصدق عليها الاوسط تأخذها لوحدها فنعمم نقول لا شيء من دال باء يعني كل من كان ينتمي الى تلك الدائرة التي لا يمسها الاوسط تستطيع ان تتعمم تقول لا شيء من من صدق عليه عنوان دالبيبا. نعم هادي واضحة والكبرى كل اكبر اوسط. يعني كل اليف باء نعم كله اكبر اوسط كل الف باء هذا في الشكل الثاني معقول لان المحمول الحد الاوسط محمول في المقدمة جيد الان حصلنا على قياس جديد لا شيء من دال با سالبة بنحو الكلية  يعني كل من صادق عليه عنوان الدال لا يصدق عليه عنوان الباء والكبرى ما هي كل الفا? يعني كل من صدق عليه عنوان الف صادق عليه عنوان باء ماذا تأتي القضية? القضية تأتي البينونة بين دال و الف نعم فيصير الضرب الثاني من الشكل الثاني فينتج لا شيء من ذلك المسمى يعني دال باكبر يعني لا شيء من دال بالف نعم  لا شيء من دال ولكن بعض الاصغر وهو الذي وهو ذلك المسمى اعني بعض جيم دال بعض نلاحظو ليس كل جيم باء  بعض جيم دال اي لانه هو قسمه الى دال ودال يصدق عليه باء والدال لا يصدق عليه باء نعم اعني بعض جمدا فنجعله صغرى لهذه النتيجة اي النتيجة لا شيء من دال الف حتى ينتج بعض جيم ليس الف القضية هكذا بعض جيم دال لا شيء من داء الألف النتيجة ما هي بعض الجيم لان آآ  لأن الأصغر هو جيم ان بعض جمدا صغرى كبرى لا شيء من دال الف وهو من الشكل الثاني النتيجة تأتي سالبة ينتج بعض بعض الجيم ليس اليف. من الرابع من الشكل الاول وهو المطلوب نعم  هنا اه في قلبي شيء من هذا من هذا الايف اضطراب نعم وانا في تصوري في خلط بين للعموم الصدقي والعموم المجموعي  العموم الصدق يعني لك عنوان كلي كالإنسان هذا عموم صدقي بمعنى ان الانسان يتواجد في مصاديق متعددة تواجد اللغوية. مثلا الانسان في طه</w:t>
      </w:r>
    </w:p>
    <w:p>
      <w:r>
        <w:t>تقول طه انسان طه انسان بماذا? بشخصاتهم بهويته تقول بهويته. كانك قلت في طه انسان وانسان اذا سمع الانسان في ليلة من شخوصاتها ام بهويتها تقول بهويتها. انسان وانسان هذا السريان الصدقي بمعنى ان المصاديق تنطوي على الكل الطبيعي فتجر العنوان الكلي اليها. فتقول طه انسان بطبيعته. ليلة انسان بطبيعته. بلال انسان بطبيعته. علي انسان بطبيعته هذا السرين الصدقي سريان المجموع فيها وغلط مجموعي تقول كل كل الانسان رأس لكل المجموع لا يسري الى آآ الجزء الكل الصدقي الكل صدقي كلي وجزئي الكل المجموع كل وجزء. ما تستطيع تقول اه الانسان والرأس انسان رأس الانسان روح وقدم اه بطن وعنق وو فالكل  لا يسري في الاجزاء سريا صدقا انسان رأسه من انسان عنق والانسان كتف الانسان يد والانسان قدم لا خطأ انا في تصوري في هذا في هذه الالية في خلط بين سرير لسيران المجموعي والسريان الصدقي. سريان صدقي. نعم. اما السريان المجموعي تلى نعم فاذا فرظ مثلا يقول  اه نفرض بعض الجيم وهو الباء البعض من الاصغر الذي ليس باوسط شيئا معينا ونسميه باسم وليكن دال فيكون لا شيء من ذلك المسمى اعيدال باوساط انا في تصوري هذا الفرج الفرد فرض كل مجموعي وليس كليا قيام خليني انا احقق ان شاء الله في المسألة وآآ ابينها في جلسات اه اتية ان شاء الله. نعم اعيد التطبيق للعلماء اه الحني سم ندخل في اه مسألة جديدة اقول الظرب الرابع من هذا الشكل اكتب الشكل الثاني لا يمكن بيانه بالعكس لان الية العكس تؤدي بنا الى جزئيتين ولا انتاج من جزئيتين لان تعليلون لان الصغرى سالبة جزئية لا تنعكس السالبة الجزئية لا تنعكس نعم لا تستطيع ان تقول اه  بعض الحيوان انسان تعكس ليس بإنسان تعقب البعض الحيوان ليس بإنسان خاطئ. والكبرى موجبة كليا تنعكس جزئيا. اذا عندنا صغرى جزئية سالبة وعندنا كبرى اه جزئية موجبة ولا انتاج من جزئيتين ولا قياس من جزئيته بل طريقه الافتراض او الخارج. اما الافتراظ فمختص بما يكون احدى المقدمتين في الشكل الثاني فيه جزئية. يعني كلما عبرت في الشكل الثاني على مقدمة من مقدمات جزئية توظف الية افتراض فانا اذا قلنا ليس كل جيم دقق جيد ليس كل يعني نفي للكلية فتصدق بعض جيم ليس باء وتصدق بعضه جيم باء نعم يعني باء له دائرة من جيم يستوعبها وله الدائرة من جيم لا يستووا عيبها وكل الف باء لا هنا باء يستوعب كل مصادق الف كلية ايجابية نفرظ بعظ الجيم بعظ الجيم نعم وهو البعض من الاصغر الذي ليس باوسط نعم يعني قلنا با في الصغرى يشمل دائرة من جيم ويشمل ولا يشمل الدائرة من نعم يقول نفرظ بعض الجيم وهو البعض من الاصغر الذي ليس باوسط يعني الجيم الذي لا يمسه الاوسط لا يحمل عليه الاوسط في المثال هنا باء شيئا معينا نحن نفرظه اه شيئا معينا ونسميه بإسم وليكن الدال سيكون لا شيء من ذلك المسمى اعندا بأوسط يعني انت اذا جئت الى الدائرة التي لا يحمل عليها الحد الاوسط. باء في المثال. هي دائرة اه خاصة ميم جيم لان الجيم ينقسم الى دائرته. دائرة يحمل عليها باء دائرة لا يحمل عليها باء. خذ هذه الدائرة الذي لا يحمل عليه باب عمم لا شيء ممن ينتمي الى هذا الدائرة آآ دائرة بي ب نعم سميها دال وليكن دال فيكون لا شيء من ذلك المسمى اعندان باوساط نعم لا شيء من ذلك المسمى اعمدة بالاوساط. وهنا يظهر لان الدال هنا كل مجموع وليس كليا انت ذهبت الى اخذت المجموع طبقته على الافراد نعم دالي عليك انك تقول هذا الدال هو المجموع نعم كل من مصداق صدق عليه المجموع. المجموع اذا صدق على الجنس صدق الكل المجموع على الجوز صدق الانسان على الرأس لا يسعدنا ابدا. هذا اشكالي والله اعلم نعم فيكون لا شيء من ذلك المسمى اعني دال باوسط نعم اعني باء نعم حتى يصدق لا شيء من دالب والكبرى كل اكبر اوسط يعني كله الف باء فيصير الضرب الثاني من هذا الشكل شكل ثاني فينتج لا شيء من ذلك المسمى باكبر اعني لا شيء من دال باليف. نعم لا شيء من دال الف دال كيف بكل صدق ام كل مجموع. هذه المعلومة اكتبها ملاحظة كتبها كتب ملحوظة نقطتان في الافتراظ هل دا للمفروظ كلي جمعي كلي مجموعي ام كل صدقي بكل صدق يعني كل طبيعي ام لا? كل المجموع نعم  فيصير الظرب الثاني من هذا الشكل فينتج لا شيء من ذلك المسمى باكبر اعني لا شيء من دال الف ولكن بعض الاصغر هو ذلك المسمى اعني بعض جند فنجعل صورة لهذه النتيجة حتى ينتج بعض الجيم ليس اليف. من رابع الشكل الأول وهو المطلوب. ان شاء الله البقية تأتي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