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اثبات الانتاج في الشكل الثاني جيم دليل الخلف. قال وبالخلف في الجميع وهو ان تقول ان لم تكن النتيجة المدعاة حقة فنقيضها حق. ثم يستمر لان بينا الالية العكس بيناها الية الافتراض بيناها معقدة ثم وصلنا الى الية الخلف قياس الخلف. قياس الخلف ما هو؟ عندك مدعى  انا اريد ان ابطل هذا المدعى. اثبتهم اقف  اعجز عن اثبات النقيض ابطل اثبت لازم النقيض اذا اثبت لازم العقيد يثبت النقيض. دعواك تتبخر نعم هذه هي الية الخلف قبل الدخول في الية الخلف نعود الى اه القياس في الافتراظ  نعم ماذا فعل في الافتراض عندنا اه صغرى جزئية. اذا الافتراض دائما يكون في الشكل الثاني الذي صغراه جزئيا  الصورة الجزئية هنا في هذا المثال ولا يهمنا المثال يهمنا القاعدة ليس كل جيم يعني ظرب الكلية نفي الكلية ليس كل جيم يعني بعض الجيم ليس معناه باء عنوان عام يطال دائرة من جيم ولا يطال يعني لا يصدق على دائرة من جيم. دائرة من جيم الى نفيس صدق مقطعي جيم دائرة كبيرة قطعناها هنا دائرتين دائرة من جيم تنسجم مع الحد الاوسط باء في المثال دائرة من جيم لا تنسجم هذا معناه نفي اه الكلية اذا جيم له دائرتان دائرة تلتقي مع الاوسط دائرة تتنافى مع الاوساط ما هو الحل? يقول نفرض بعض الجيم وهو البعض من الاصغر الذي ليس باوسط يعني الدائرة التي تتمرد عن الاوسط باهونة شيئا معميا ونسميه باسم وليكن دال ذات تلك الدائرة كمجموع. لاحظت؟ هنا المغالطة هذا كل مجموعي وليس كلا صدقيا وليكن فيكون لا شيء من ذلك المسمى اعني دال باوسط لا يمكن ان تجعل المجموع ليس باوسط في نعم يعني كل من دائرة من تصدق على بعض المصادق لا يصدق عليها الاوسط لأن بعض جيم ليس باء في المعيار القظوي في مدلول القظوي ما معناه? يعني هناك مصاديق من جيم ينتفع عنها المحمول عن الاوسط يعني ايه بقى ما انت اذا جعلت هذه المصاديق هنا شملت على كل مجموع كل مجموعي وانت في ذهنك الشريف انه بكل صدق. كل صدق الجيم كانت كليا صدقية اما دال را كل مجموع من باب الانسان والاعضاء الانسان هو الرأس خطأ الانسان هو اليد خطأ المجموع ليس هو الجزء الكلي هو الجزئي. اما الكل ليس هو اذا هنا وليكن دال هذا كل مجموعي يعني كل كل في مقابل الجوز والجوز لا يحمل على الكل. الجزئي يحمل عليه الكلي تقول زيدون انسان يمكن لماذا من الطبيعة الانسانية سارية في زيد اما اليد انسان الانسان لا يسري في اليد فقط وكل مجموعي هنا الاشتباه وليكن دل فيكون لا شيء من ذلك المسمى اعيدا. ذلك المجموع باوصاف لا ليس الموجوع الموجود ليس المجموع هو آآ ليس باوسط. الافراد مصاديق جيم وليس دال المجموع اعنبة حتى يصدق لا شيء من دالباب لا شيء من المجموع باء خطأ لا شيء من المجموع دا خطأ والكبرى كله اكبر واوسط يعني كله الف باء فيصير الضرب الثاني من هذا الشكل فينتج لا شيء من ذلك المسمى باكبر. يعني لا شيء من دال المجموع هو الف. لا اه الف الحد الأكبر لا يحمل على المجموع يحمل على مصاديق جيم نعم فينتج لا شيء من ذلك المسمى باكبر اعني لا شيء من دال ولكن بعض الاصغر وهو ذلك المسمى اعني بعض جيم دال نعم فنجعل صورة لهذه النتيجة لا شيء من دال الف كبرى صغرى ما هو بعض جيم دال يصير القياس هكذا بعض جيم دال  ولا شيء من دال الف الشكل الأول احذف الدال تنتج بعض جيم ليس الف من الرابع يعني من الضرب الرابع من الضرب الرابعة من شكله وهو المطلوب جيت الية لا لا لا تخلو من عبقرية الا انها خلطت بين كل المجموع والكل صدقي. يعني بين الكل والكلي نعم انتاج اه الشكل الثاني بالية خلف بين الخلف ناقض الشيء رفعه اذا اذا ادعى المدعى سين المدعسين انت تريد تبطل سين  تروحين الناقل تثبت وقلنا مبدأ التناقض يقوم اصل قياس الخلف  الى لقائل ان يقول مجنون يقول اذا انا ادعيت وانت اثبت لاسي يعني الناقص لماذا نجتمعان يجتمعان ويتفقان ويشربان التشاي مع بعض? لا قولوا لا يجتمعان ولا يرتفعان. مبدأ التناقض تقوم اصل قياس الخلف  اذا انا اثبت لاسين سين تبخرت المدعى يبطل مرة اعجز عن ابطال سين. يعني اثبات لا سيدي الروح الى لاز بلاسين لان اذا اثبت اللازم اثبت الملزوم تثبت اللازم يثبت لا سين سين تتبخر او تعكس تقول المدعى هو اللاسن انت هتهدي الى النقيض سين تثبته تعجز عن اثباته تثبت اللازم اذا اثبت اللازم الذي لا ينفك من شؤوناته فقد اثبت سين لان لا سنوسي لا يجتمعان ثبت المطلوب تبخرت الدعوة هذا هو اه اه قياس الخلف وسنصل اليه ان شاء الله ونشرح هويته بالتفصيل اصبر فقط قال وبالخلف في الجميع  اه  العكس يسري في بعض الظروف في بعض الظروف الالية لا تسعدنا الافتراض فقط في الشكل الثاني الذي له مقدمة جزئية مقدمة جزئية في الخلف يسري في جميع الظروف. لا يختص بظرب من الظروف وبالخلف في الجميع يعني في جميع الظروف وهو ان تقول بيان للخلف ان لم تكن النتيجة المدعاة حقا. يعني اذا كان سين باطلون ماذا يثبت؟ نعم فنقيضها حق الدعوة سين ناقضها لا سين لا سين هي حق تقول باي مشروعية مبدأ التناقض مبدأ التناقض يعني اذا لم يكن مبدأ الهوية هو سين  يعني سين مرفوع. من يتكرر في المادة الهوية لا سيما  او اذا ادعى اللسن يعني يرفض ما تعتقده انت انت تثبت السن المشروعية مبدأ التناقض لا يجتمعان ولا يرتفعان هذه واضحة فناقضه حق اكتب المشروعية لمبدأ التناقض نعم الذي يعطي المشروعية لاصل القياس قياس الخلف في الاقيسة التي فيها الكبرى يعني القياس الاقتراني الحملي يعطي المشروعية للكبرى لا يتم القياس الا اذا كانت الكبرى كلية. مستوعبة جميع المصادق. كيف? اذا نفت النقيض. تقول كل الف باء يعني ما تجد بعض الف ليس باء. ابدا او بالسلب لا شيء من الف باء لا تجد بعض الاثبات. ابدا جيد عندنا الان قياس الخلف وتضيف النقيض الى الكبرى القرينية كبر القياس. قريني يعني القرائن يعني اقيس الى كبرى القرينة كبرى القياس اذا عندك قياس في صغرى وفيه كبرى السلب لا يهمك الان كان في جهة صورة او في جهة كبرى. ركز جيدا. انت هو</w:t>
      </w:r>
    </w:p>
    <w:p>
      <w:r>
        <w:t>اه تبني على النقيض هذا النقيض الضم الى الكبرى ونضيف النقيض الى الكبرى القرينية. ينتج من احد دروب الاول  نقيض صغرى نقيض الصغرى فيكون باطلا نعم لان اجتماع النقيض النتيجة تكون نقيض الصغرى وانت بنيت على الصورة هذه هي المدعى اذا وصلنا الى ناقل الصورة فسورة باطلة فيكون باطنا وعلته وضع نقيض النتيجة فهي حقا نعم  هذا بالقول المطلق يعني في كل الظروف اقول طريق الخلف عام في جميع الظروف في الشكل الثاني بخلاف العكس المختص بما ينعكس من القضايا والافتراض المختص بما يكون فيه مقدمات جزئية. وهو بيان لقياس الخلف وهو ان نأخذ نقيبا نتيجة  هذا هو يعني انت تدعي صغرى صادقة الا ندعي ان نقيضه هو الصادق ان نأخذ النقيض النتيجة ونظمها الى احدى المقدمتين لينتج ما يناقض الاخرى وهو محال لازمة من فرض نقيض المطلوب حقا فيكون كاذبا فيكون المطلوب حقا المطلوب حقا. نعم خذها قاعدة كل فكر يضرب مبدأ الهوية فهذا فكر باطل باطل يعني حاكمية مبدأ التناقض هذا هو قياس الخلف في فلسفته الحديقة نأتي الان الى التطبيقات. مثاله في الضرب الاول اذا صدق كل جيم باء ولا شيء من اليف بقى الضربة الاولى من الشكل الثاني لاننا ما زلنا في الشكل الثاني. اذا صدق كل جيم ب صغرى موجبة ولا شيء من الف باء كبرى سالبة اختلاف في الكيف الشرط الأول اه الكبرى كليا الشرط الثاني المحمول الحد الاوسط محمول تي المقدمتين هوية الشكل الثاني الحد الاوسط هو باء محمول في المقدمتين. هذه هوية الشكل الثاني  لو لم ينتج لا شيء من جيم الف كل جيبة ولا شيء من الف باء معناه في بينونة كلية بين جيم والف. لا شيء من جيم الف هذه هي النتيجة المنطقية اذا لم ينتج لا شيء من جيم الف ينتج ماذا? نقيضها المشروعية لمن? مبدأ التناقض الناقضان لا يجتمعان ولا يرتفعان لصدقة نقيضه. نقيض هذه النتيجة لا شيء من جيم الف. لان باء يختفي في النتيجة كل جيم باء ولا شيء من الف باء اخفي باب الان ما هي النتيجة? لا شيء من جيم الف يعني من بين المباين يباين المباين للموبايل هذه هي القاعدة  لو لم ينتج لا شيء من جيم الف لصدق نقيضه وبعض جيم اليف. بعض جيم اليف لمبدأ التناقض فنجعله صغرى بعض جيم الف نجعله صغرى وكبرى القياس كبرى. ما هي كبرى القياس? ولا شيء من الف باء اذا عندك انت بعض جيم الف ولا شيء من الف با  بعض جيم الف ولا شيء من الف بيبان نعم الشكل اول فينتج لا لا ليس بعض جين ليس بعض جنب في المنطق الحديث سلب لا يأتي في الرابط. يأتي في بداية القضية كثير من الاشكالات اللغوية والتعقيدات اللغوية في نهاية في عالم الرموز السلبي يأتي يدخل على اصل القضية ولا يدخل على الرابط نعم ليس اه بعضه جيم باء اذا بعض جيم باء اذا كان ليس بعضه جيم باء فبعضه جيم باء نعم اذا اذا قلنا بعض جيم الف هذا النقيض الصورة القياس كبرى القياس ما هي? لا شيء من الف  دي اه باء الشكل الأول احذف الف ياتي آآ بعض جيم ليس باء بعضهم ليس باء وبعض وهو يناقض كل جب الضر في اصل القياس عندنا الصغرى كل جيم وصلنا الى النقيض وهو يناقض كل جبال سورة هذا خلفول وكذب باقي الظروف نعم  هو ما يحتاج الى قياس الخلف من كان دينه وقادا خلينا نرجع الى اصل القياس. قصر القياس بالشكل الثاني من الضرب الأول كل جيم باء ما معناه? يعني التوافق المطلق بين العنوان المحمول والعنوان الموضوعي. هذا هو. حتى تتعلم المصطلحات المنطقية تصير صيانة في دينك ولسانك. كل جيم ما معناه? توافق المصداق بين العنوان الموضوعي والعنوان المحمول يعني لا تجد مصداقا لا يكون جيم ولا يكون باء ولا شيء من الف باء لا شيء من اهل البلد. يعني ما في توافق مصداقي بين العنوان الف وباء واضحة جدا لا يكون اه توافق مصداقي بين اه جيم والف على الاقل على الاقل في دائرة من الدوائر. جيم على الاقل هادي مؤمنة مطلقا. امنة مطلقا والا نقع في التناقض. ما هو التناقض? ان الف مباين وليس مبين لباء نعم وبعبارة اخرى باء يجر كل مصاديق عنوان جيم لساحته اي ساحة? ساحة باء الحد الاوسط وباء ينفي كل مصديق الف ما هو حكم الجيم هنا تقول جيم يتنافى مع تمام الف ما تقدر تفتي بها على الاقل تفتي بالجزئية. يعني بعض دائرة يعني بعض مصادر الدين تتنافى معارف نعم فالمسألة تكون سهلة نعم ارجع الى دروب الشكل اه الضرب اللي هنا في الضرب الاول الضرب الاول ما هو? من كليتين صغرى وسالبة ينتج اه ينتج صغرى السالبة يعني هنا اه الضرب الأول يبني على الحد الاكبر يعني على الحد الاعلى وهو الحد الاكبر. على الحد الاعلى. اذا اذا كان التوافق التام بين جيمبا في الصغرى والتباين التام في الكبرى. اذا كذلك الف يباين جيم تماما ما يحتاج الى الخلف ولا يحزنون تفننات منطقية جيدة عبقرية منطقية جيدة الى العقل الذكي يفهم هذا الامر يفهم هذا الامر. نعم تمثلو بالعرف سهل جدا الثانوية العامة طردت مجموعة من الطلاب لنفرض مثلا طردت خمسين طالبا جميل اعطيها كلية. هذا كلي يعني كل مصداق من الطلاب صدق عليه عنوان هذه هذه الشريحة مطرود  او لا تقول الكل كل هذه المجموعة يعني كل من صدق عليها كل من انتم احسن كل من انتمى الى هذه المجموعة مطرود هذه السالبة الكل سليمة الكلية  الإدارة خلاص قررت كل مصداق ينتمي الى المطرودين لا يقبل في الثانوية مهما كان حتى لو توسط الرئيس رئيس الجمهورية ثم يأتي انسان غني عنده نفوذ ويأتي  المصاديق كلها للمدير المستضعف مسكين  نعم. يقول له تقبله المدير يقول القانون لا. القانون يقول لا حتى لو استقيل لا اقبل هذا هو البينونة اذا النتيجة ماذا ستكون? لا شيء من هذا الطلاب يقبل نعم ولهذا يقول آآ من كليتين صغراه وهما سالبة ينتج آآ مثلها يعني سلبا الجزئية نعم المهم انا مثلت لك بمثال عرفي انت تدرك سر ايه المطلب  مثاله في الضرب الاول من الشكل الثاني كل جيم باء كلية ولا شيء من الف كلية سالبة كل الشروط متوفرة لو لم ينتج لا شيء من جيم الف يعني النتيجة المنطقية ما هي? البينونة بين الجيم والف لا شيء من جيم الف يعني كل من صدق عليه عنوان الجن لا يصدق عليه عنوان الف ينفرض ان هذه نعم ليست نتيجة النتيجة ما هي نقيضها? لا صدق نقيضها وبعض جيم الف. يعني بعض الطلبة عندهم نفوذ اغنياء نعم يأتون ويضغطون على</w:t>
      </w:r>
    </w:p>
    <w:p>
      <w:r>
        <w:t>آآ المدير حتى يقبلهم وهو بعض فنجعله صغرى بعض جيم ا صغرى وكبرى القياس كبرى يعني الكبرى القياس تبقى هي هي ما هي ولا شيء من الف باء نعم ينتج ليس بعض جيم يعني بعض مصاديق جيم ليست باء. كما ان بعض مصادق الى جزئية وهو يناقض كل جينبا الصغرى هذا خلف وكذا في باقي الظروف. اذا اذا ناقض الصغرى اذا يرفض النتيجة معي لا شيء من جيم الف يعني النتيجة الاصلية صادقة المشروعية لماذا? لمبدأ تناقض هذا بالقول المطلق يعني اذا اعتبرنا المقدمات بحسب الكم والكيف مطلقا من غير اعتبار الجهة نعم. اعتبار الجهة سيأتي الشكل الثاني بضروبه مع الجهاد هنا مطلق مطلق ما معناه يعني الجهة غير مذكورة. المطلق يعني نفي الجهة عندنا جهة الاطلاق وعندنا جهة الاطلاق العام. الاطلاق العام هي الفعلية الدخول النسبة الداخلة او مرتفعة الاطلاق الذي يقع في مقابل الضرورة والامكان هذا اطلاق مجازي. ليس بجهة نفي الجهة. مثل الحكم السالبة يقولون حكم سلبي لا هو رفع الحكم حكم في السالبة ما جاهز. الحكم الايجابي هو الحقيقة يقول واما باعتبار الجهة اجت الضرورة والامكان والعرفية العامة والعرفية الخاصة والمشروطة الخاصة. والعرفية الخاصة والدائنية والوجودية فيشترط له بما يأتي انتاج الشكل الثاني مع اعتبار الجهات هنا يدخل في اعتبار الجهاد. قال واما باعتبار الجهاد المتعددة فان اختلفت آآ المقدمتان فان اختلف المقدمات ان يقول فان اختلف المقدمتان لان المقدمة هو نفس مجازي في التسامح فان اختلفت المقدمتان او اختلفت المقدمتان في الجهة يعني الصغرى لها جهة والكبرى لها جهة اخرى بحيث لا يمكن تلاقي حدي النتيجة بالايجاب كالممكنة جهة الإمكان يعني قابلية الدخول يعني النسبة قابلة ان تدخل وقابلة ان لا تدخل. والمطلقة هنا طبعا المطلقة هنا العرفية العامة يعني الفعلية والعرفية العرفية العامة هي الديمومة العرفية الخاصة هي آآ مقطعية ببركة الوسط المشروطة اذا كانت عامة ديمومة ببركة الوصف اذا كانت المشورة الخاصة اه الضرورة ببركة الوصف في مقطع خاص كالممكنة والمطلقة والعرفية والمشروطة كلها مقيدة بالخاصة نعم مقيدة بالخاصة مع الظرورية الصغرى او كبرى مختلفي الكم طبعا لأن الشكل الثاني. او متفقتين لأنه يؤدي الى اه تلازم الايجابي انتجت ظرورية نعم ان تجد ظرورية. يعني كل هذه الجهات اه لا لا يمكن تلاقي احدى احدى النتيجة بالحدين النتيجة بالايجاب. يعني اه اختلاس بالكيف الجهامة هي ممكنة يعني قابلية الدخول مطلقة عن الدخول العرفية الدخول الدائم او الدخول المقطعي المشروطة الدخول بالضرورة الدائمي او المقطعي كلها مقيدة بالخاصة بالخاصة ما معناه? يعني مقطعية فقط مقطع خاص يعني الإمكان خاص الإطلاق خاص العرفية خاصة والسلطة خاصة مع الظرورية صغرى او كبرى كان عندنا جهة مقيدة بهذه الجهات ولكن خاصة في مقطع ما مع مقدمة خلاص كانت صغرى او كبرى لهم جهتها الظرورية مختلسة الكيف طبعا شرط القياس او متفقتين كيف? متقفة سيتبين ان تجد ضرورية. اذا الانتاج انتاج ضروري ضروري خاص. يعني في مقطع تكون النسبة ضرورية تبوت المحمول للموضوع ببركة الوصف اه في مقطع خاص يعني لا لا دائمية تقول لا دائمية اقول اذا كانت احدى المقدمتين ظرورية  ثم يأتي ويفصل والاخرى ممكنة خاصة ليست ممكنة عامة لأن من شروط ان تكون خاصة ممكنة خاصة يعني المحمول ونقيض المحمول متساويا بالنسبة الى الموضع او مطلقة خاصة يعني الفعلية الخاصة. يعني مطلق الدخول في دار الوجود او عرفية خاصة دخول الوصف المقطعي او مشروطة خاصة الدخول الضروري المقطعي ببركة الوصف كانت النتيجة ظرورية سواء اتفقت مقدمتا في الكيف او اختففت فيه يعني الكيف في الجهات مرات لا يراعى قد تكون موجبة مع موجبة. لماذا؟ لان اللا دائمية هذا هو السر انها خاصة يعني لا دائمية. ما معنى لا دائمية يعني النسبة دخلت وارتفعت اذا عندنا دائرة ايجابية وعندنا دائرة سلبية اذا بنيت على القياس من مقدمتين موجبتين الشكل الثاني يقول لي شيخنا لا يمكن هذا لا يمكن اذا اتسعت بنحو الدواب. اما اذا كانت في مقطع يمشي لماذا? لانها تلازم السالبة الموجبة تلازم السالبة والسالبة تلازم تلازم الموجبة اذا كانت عندنا مقدمة موجبة يعني في الظمن فيه قضية في مقدمة سالفة اذا كانت هناك مقدمتان اه سالبتيه يعني فظا في مقدمة ايجابية. ما هو السر? لان مقطعيا مقطعية نعم مقطعية اه مدير مؤسسة ومدين في عشرين مؤسسة اخرى بعض المدنين هكذا مدير في عشرين مؤسسة لنفرض مثلا هو مدير في مؤسستين تواجده في المؤسسة الاولى مقطعي من الثامنة الى الساعة الثانية عشر فقط بعد الزور يعني يتغدى ويروح الى المؤسسة الثانية. انا اسألك تواجده في المؤسسة الاولى الدائم تقولي لا يا شيخنا مقطعي ما معنى? يعني تستطيع ان تقول المدير حاضر وتستطيع ان تقول المدير ليس بحاضر. صحيح ام لا? نعم اذا اذا جئت في الشكل الثاني بمقدمة موجبة. خلاف الشرط الاساسي اختلاف السلب والايجاب. يمكن لماذا? لان في دائرة المقطعي. اذا اذا دخلت الجهات الحكم يختلف الحكم يختلف. نعم فاذا قلت المدير حاضر في المدرسة ظمن كلامك المدير ليس بحظر في المدرسة. انه يحضر اربع ساعات فقط ويروح الى المؤسسة الثانية دولة فقيرة في الكفاءات الدولة التي تكون فقيرة في الكفاءات هذا هو شأنها. موديل ياخد خمسة. مؤسسات فلا يتواجد بكل وقته في المؤسسة الف اذا المدير حاضر في المدرسة صادق المدير ليس حاضر في المؤسسة صادقة حاضر صباحا ليس حاضر ظهرا. في المؤسسة الاخرى ليس حاضرا صباحا حاضر في المساء اذا اذا كان عندنا قياس من الشكل الثاني ومن شروطه الاساسية اختلاف في الكيف في الجهات المقطعية لا. اختلاف في الكيف مقبول. ان شاء الله في الحصة القادمة نفصل اكثر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