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يا الله والحمد لله ولا اله الا الله يا الله. والله اكبر اعوذ بالله من الشيطان الرجيم. بسم الله الرحمن الرحيم وبه تعالى نستعين والصلاة والسلام على محمد واله الطيبين الطاهرين اللهم صلي على محمد وآل محمد. اللهم ارزقنا التوفيق والإخلاص وصلنا معكم الى هذه الفقرة اقول اذا كانت احدى المقدمتين ظرورية. والاخرى ممكنة خاصة او مطلقة خاصة او عرفية خاصة او مشروطة خاصة كانت النتيجة ظرورية سواء اتفقت مقدمتا في الكيف او اختلفتا فيه  بالمقطعية لا تراعي الكيف مهما كان الكيف الإنتاج يتم جيد احدى المقدمتين ظرورية. ما معنى؟ يعني عدم الانفكاك في هذا المقطع بين المحمول والموضوع في تصادق بين المحمول والموضوع التصادق الضروري التصادق الضروري. يعني عدم الانفكاك هادي مقدمة من مقدمتهم قد تكون صغرى قد تكون كبرى لا يهم  والاخرى ممكنة خاصة. من صورة كبرى لا يهم ممكن اخص معنى ان اه الموضوع نقول الموضوع لاننا نعرف انه اكبر او اصغر او حد اوسط او نقل الموضوع الموظوع عنده قابلية الدخول قابلية التلبس بالمحمول. كما انه له قابلية عدم التلبس لماذا النتيجة تكون ضرورية انا في تصوري في تصوري اذا كان الحد الاوسط يجر الموضوع في دائرة الامكان الى دائرة فداءت الضرورة كيف يدخل بالضرورة؟ يعني كيف تكون النتيجة؟ يعني دخول الموضوع عن الحد الأوسط في الأكبر بالضرورة وهو متلبس بالإمكان خلينا البحث الميتافيزيقي. انا الإمكان بعد مثالي ايديال والفعلية بعد وجودي. هذا الإشكال الأساسي على اصل المسألة اذن كيف نحل المشكلة? هو متلبس بالإمكان كيف نتيجتكم الضرورية? في تصوري ان المسألة هكذا المسألة لانها مقطعية في دائرة الدخول الوجودي نركز فقط على المحمول الايجابي اذا قلنا اه الف يتسع لباء ولا باء نركز فقط على باء يعني الباء الايجابي يعني ما معنى? يعني تلبس  دخل اذا دخل بباب بركة الحج الاوسط في دائرة جيم الضروري تكون ضرورية. نعم هذا معقول نعم او مطلقة خاصة يعني مطلق الدخول او عرفية خاصة اه الدخول للوصفي المقطعي او مشروطة خاصة الدخول الوصفي المقطعي الضروري كانت النتيجة ضرورية سواء اتفقت مقدماته في الكيف او اختلفتا فيه. قد تقول لماذا اه تختلفان من شروط الاساسية للشكل الشكل الثاني الاختلاف في الكيف نقول هنا باللا دائمية في المقطعية عندنا دائرة اجاب وعندنا دائرة سلب اذا بنيت على الايجاب تلازم السالبة. اذا بنيت على السلب تلازمه ايجابيا ما تخاف من الاختلاف في الكيف اما في الايجاب او السلب. مؤمن لان تعليل لاصل المطلب لان المقدمتين ان اختلفتا في الجهة بحيث لا يمكن تلاقي حدين نتيجة بالايجاب لا يمكن ان تكون النتيجة موجبة فلا اعتبار حيذئ حينئذ في الاختلاف بالكيف نعم الاعتبار الاختلاف بالكيف لان مقطعية يعني يمكن ان تشتغل على وممكن تشتغل على جهة السد. ولهذا لان المقدمتان ان اختلفتا في الجهة بحيث لا يمكن تلاقي حدين نتيجة بالايجاب يعني لا تكون المسألة النتيجة موجبة تكون سالبة. فعلى اعتبار حينئذ في الاختلاف بالكيف  مع السر كما بينته لكم في اللادائيمية يعني عندنا قضيتان وجبة وسلبة. اذا ركزت على الموجبة وموجبة يعني فيه سالبة بالتظمن تلازم احدى المقدمة. اذا ركزت على السلب او السالبة خلاف الشرط الاساسي في قضية موجبة تلازم اما الصغرى او الكبرى فيتحقق الشرط الاختلاف في الكيف  جيد. مثاله اذا صدق كل جيم بالاطلاق الخاص لماذا ما بدأت بالممكنة يا على ما الحل رحمة الله عليك معليش الترتيب لها. المهم نفهم المطلوب اذا صدق كل جيم بالاطلاق الخاص. ما معناه يعني التوافق الصدقي بين جيم وباء توافق صدقي يعني تواجد جيم وباء في مصداق. في المصادق توافق الصدق بين العنوانين جيم باء بالاطلاق الخاص يعني في الدخول المطلق الدخول المطلق يعني الفعلية يعني النسبة ثابتة ولا شيء من الف باء بالضرورة. يعني فيه بينونة مطلقة بين العنوان الف والعنوان باء يعني لا يجتمعان في مصداقهم ده في توافق صدقي نعم انتج لا شيء من جيم الف بالضرورة. نعم في دائرة عدم التوافق الصدقي وفي دائرة في توافق الصدقي. هنا بالكلية وهنا بالجزئية النتيجة ماذا? عدم التوافق الجزئي بين الاصغر والاكبر يعني في النتيجة كل جيم باب الاطلاق الخاص يعني فيه توافق صدقي ما وفي انتفاء مطلق بين لا شيء من اليس باء بالضرورة. الحد الاوسط هو باء محمول في في المقدمتين الشكل الثاني في سلب وايجاب الشكل الثاني انتج لا شيء من جيم اف بالف بالضرورة لان با يختفي في النتيجة لا شيء من جيم الف بالضرورة. انا بينتها لك بدون اي استخدام لالية من الاليات بعكس الكبرى او الخلف على ما تقدم يعني اما ان نعكس الكبرى الكبرى ما هي ولا شيء من الف باب الضرورة اعكسها لا شيء من باء اليد بالضرورة  محمول في الصغرى موضوع في الكبرى الشكل الاول عكست الكبرى لا شيء من الف بالضرورة ماذا يصير? لا شيء من باب الف بالضرورة. طعمه بالصغرى كل جيم باب الاطلاق الخاص البايع يختفي سهلة جدا اكتبها على الورق تتضح لك نعم بعكس الكبرى او الخلف على ما تقدم ومثاله في الماء فيما اذا اتفقنا اتفقنا اتفقتا اه قولنا كل جيم باء بالاطلاق الخاص وكل الف باء بالضرورة هادي موجبة هنا في  في الأولى كانت الكبرى سالبة الآن الكبرى موجبة ولهذا يقول اذا اتفقت قولنا كل جيم بالاطلاق الخاص يعني في التوافق الصدقي في دائرة ما بالفعلية ان الاطلاق الخاص هنا يعني الفعلية  وكل الف باب الضرورة. هنا التوافق الضروري عدم الانفكاك توافق الصدق طبعا انظر كل باب الاطلاق الخاص موجبة وكل الف باب الضرورة موجبة خلاف اصل الشكل الثاني الاختلاف في الكيف لا مقبولة. لماذا? لان الجهات المقطعية اه الاطلاق الخاص ما معناه? يعني الدخول ينسجم مع عدم عدم الدخول الظرورة الخاصة تنسجم مع الظرورة خاصة وهكذا او تنسجم مع السلب الضرورة الخاصة اذن السالبة موجودة بالتضمن الا يسمى التلازم الصدقي. التلازم الصدقي جيد. ومثاله فيما اذا اتفقا اتفقتا اه اذا اتفقتا قولنا كل جيم باب الاطلاق الخاص توافق الصدق الكلي في مقطع الماء وكل باء الف باء التوافق الصدقي اه في كل المصاديق بالظرورة طبعا الضرورة الخاصة في مقطعي فانه ينتج لا شيء من جيم الف بالضرورة لا شيء من جيم اليف بالضرورة لان الصغرى دلت على ثبوت بال كل جيم لا بالضرورة لانه بالاطلاق الخاص نطاق الخاص لا يدل على الدخول فقط نعم والكبرى دلت على ثبوت بل كل الف بالضرورة نعم اذا هنا توافق غير ضروري في سريان الصدقي الكلي وهنا اه لا هنا التوافق الدخول فقط في جميع المصادق لا لا يهم لأنه قال كل جنبا بالاطلاق بالاطلاق الخاص الدخول المقطعي في جميع المصادق هنا الدخول</w:t>
      </w:r>
    </w:p>
    <w:p>
      <w:r>
        <w:t>اه في سائر المصادق في مقطع خاص كلاهما في المقطع. هناك بالظرورة التوافق الظروري. هناك توافق غير ظروري نعم فانه ينتج لا شيء من جيم الف بالضرورة. قضية سالبة تقول شيخنا كيف من قضيتين موجبتين تأتي نتيجة سالبة? عادي جدا لان المقطعية المقطعي لان تعليمه لان الصغرى دلت على ثبوت بال كل جيم لا بالظرورة ما يأكل جيم بالاطلاق الخاص يعني التوافق الصدقي في مقطع ما ليس بالضرورة والكبرى ما هي الكبرى بقياسنا كل الف باب الضرورة والكبرى دلت على ثبوت ما لكل الف بالظرورة. الى انها في مقطع خاص فظرورية الاوصاف ثابتة لاحد الطرفين. نعم ومنتفية على الاخر نعم فبينهما مباينة ضرورية وكذا اذا كانت الظرورية صغرى لا فرق اجعل الضرورة في الصغرى او في الكبرى الإنتاج انتاج نعم فبينهما مباينة ضرورية نعم فالنتيجة ما هي كما في في شرح العلامة الحلي لا شيء من جيم الف بالضرورة   ان هناك توافق توافق صدقي غير ظروري. وهناك توافق صدقي ظروري ما فيه نعم فتأتي السالبة نعم  فظرورية الاوسط ثابتة لاحد الطرفين ومنتفي عن الاخر. فبينهما مبائنة ظرورية فالنتيجة تكون سالبة لا شيء من جيم الف بالضرورة نعم وكذا اذا كانت ظرورية صغر. اذا تداخل الانبساط تداخل الانبساط يعني التوافق في جميع المصاديق بين الموضوع والمحمول في غير دائرة الضرورة مع مقدمة اخرى التوافق الصدقي في جميع المصادق في مقطعين بالضرورة. طبعا لا يمكن ان يسري مصداق من المقدمة الاخرى الى المقدمة الثانية بالظرورة لانه تداخل صدقي فقط ليس تداخل صدقي يعني لا يكتسب الضرورة. فتأتي النتيجة سلب الظرورة هذا الحد الاوسط يعني الاكبر مسلوبا الظرورة عن الحد الاوسط. وهذا منطقي جدا اداء منطقي جدا قال الوجودية الوجودية هو الدخول المقطعي فقط نعم تسمى العرفية الخاصة نعم والخاصيتين او الوجودية مطلق الدخول والخاصيتين يعني العرفية الخاصة والمشروطة الخاصة مع الدائمة في الشكل الثاني تنتج دائما نعم. لماذا تنتج دائما اه قال وان كانت من المقدمة الثورة والكبرى بحيث لا تتلاقيان ابدا كالوجودية والخاصيتين يعني العرفية الخاصة والمشروطة الخاصة مع الدائمة على على الوجوه كلها ان تجد دائمة حتما تنتج دائمة منطقين نقول سالبة انظر الوجودية معه الدخول المقطعي بوصف بغير وصف لا يهمنا. المهم الدخول المقطعي. الدخول المقطعي. ينافي الدائمية ودعمهم منطقي  دخول المقطع الوصفي الغير ضروري والضروري. يعني العرفية الخاصة بالمشورة الخاصة منافي الدائمية. كل دخول المقطع يدمر الدائمية هذا ما معناه? وان كانت بحيث لا تلتقيان ابدا. دائم والمقطعي يعني الدائم ولا دائم مبدأ التناقض كالوجودية الدخول المقطعي مطلقا والخاصيتان يعني العرفية الخاصة المشروطة الخاصة الدخول المقطعي ببركة الوصف في دائرة غير الضرورة ومع الضرورة. مع الدائمة. دائما تضرب اللدائمة واللا دائمة تضرب الدائمة على الوجوه كلها كل الوجوه لانها ما عندنا نقطة يجتمع فيه يجتمع فيه يجتمع فيه الناقدان او يرتفع فيها اه الناقضة انتجت دائما طبعا انا في تصوري دائما سالبة وهناك تصير الظروف المنتجة ثمانية لانتاج المتفقات. متفقات اه المتفقات في الجهة المتفقات في الجهة يعني عندنا ظروف اربعة في اختلاف في الجهة وعندنا ظروف اربعة في فيه اتفاق في الجهة المجموع ثمانية اقول اذا كانت المقدمتان بحيث يعني بنحو لا تتلاقيان ابدا كالوجودية اللادائيمية القضية الوجودية لديهم الوجودية يعني دخول مقطعي وينتفي والخاصيتين يعني العرفية الخاصة والمشروعة الخاصة دائما مقيدة باللا دوام والوقتيتين واضحة جدا في وقت محدد مع الدائمية المطلقة نعم الدائمية المطلقة يعني دخلت الى دار الوجود بالضرورة ليس بالضرورة المهم الدائمية الدائمي ينفي اللا دائمين اللادائمين في الدائمين. هذا ما معناه لا يلتقيان فان النتيجة تكون دائمية نعم سواء كان صغرى او كبرى نعم اختلفت المقدمات في مقدمتان في الكيف او اتفقتا فيه اتفقتا في بين واليه اشار بقوله على الوجوه كلها نعم في الجهات المقطعية الكيف هناك مقبول الاتحاد في الكيف مقبول الاتحاد في اللي جاب مقبول الاتحاد في السلم مقبول نعم خليني نزيد نعمق هذه المسألة اعمق هذه المسألة انت عندك حفل حفل زفاف لابنك العزيز وتريد اه ان يأتيك هذا صديق عزيز صديق عزيز. وهو مريض شديد المرض في المشفى نعم فتسأل الصديق لماذا لم ياتي العزيز يقول له لا يأتي ابدا اعني اطمئن على طول مسافة العرس والحفلة ياتي هذه الدائمية علي الدائمية مرة لا معاينة فقط عند المشفى تتعاير هذه المعاينة في مقطع يبقى الوقت الكثير ويلتحق بالحفل  الأولى الدائمية الثانية لا لا دائمية واضحة جدا يجتمعان او لا يجتمعان اه لا يجتمعان ولا يرتفعان نعم اذا اذا كانت مقطعية  تنافي الدائمية فيأتي الى العرس الى الحفل اذا كانت دائمية في المشفى هذه اللدائمية المقطعية ما يكون يعني لا يحضر في العرس لأن العرس مقطع زمني خاص واضحة جدا. امور تكوينية تجلي للعناية الالهية الجميلة والرائعة واما مع الاختلاف فبالخلف والعكس والافتراض وهو ظاهر مثل قولنا كل جيم باء لا دائما ما معنى? يعني التوافق الصدقي خلينا من الجهة ماذا تكون؟ وجودية ووقتية اه عرفية خاصة مشروطة خاصة لا يهمنا. يهمنا هذا القيد لا دائما ما معناه يعني في مقطع مقطع النسبة موجودة مقطع اخر النسبة ليست موجودة وبالتالي يمكن ان تكون المقدمة موجبة. يمكن ان تكون المقدمتان اه سالمتين معقول نعم هنا يقول نوظف الخلف والعكس والافتراظ وهو ظاهر مثل قولنا كل جيب لا دائما يعني التوافق الصدقي في جميع المصادق في مقطعين هذا التوافق الصدقي لا يدوم نعم ولا شيء من الف باء دائما ولا شيء من الف باء دائما نعم اه هنا آآ اللغة الرمزية تفيد كثيرا لان هذا يظلل ولا شيء من الف باء دائما دائما لا يختص بالسلب يختص بالكيف كيف? يعني هكذا العبارة يعني التوافق الصدق بين الف وباء من منتفي في جميع المصاديق لنساليب كلية لا شيء من جيد هذا التنافر الصدقي بنحو الكلية في مقطع لا يقول على طول الخط دائما يعني التوافق الصدقي دائما غير متحقق يجب ان تفهم القضية هكذا جيد كل جيم باء لا دائما ولا شيء من الف باء دائما الحد الاوسط نعم محمول مقطعيا في مقدمة مسلوب ليس مقطعيا ديمومة النتيجة بالله عليك ماذا تكون تكون ان الف يكون مسلوب عن جيم دائما ما يحتاج الى لا قياس الخلف ولا اه الافتراض ولا العكس. نعم اعكسها الان اذا طبقنا العكس تخلينا نتبع اه بيان على منحني يتضح هنا. واما مع الاتفاق هنا هنا الاختلاف واما مع الاتفاق فلان احدى المقدمتين تقتضي دوام الاوسط لاحد الطرفين  دوام الاوسط لاحد الطرفين يعني حد الاصغر او الاكبر والاخرى تقتضي لا دواء لا دواء لا دوامه للاخر نعم في دوام وفيه لا دوام هو التناقض فبينهما مباينة دائما كقولنا كل انسان متحرك لا دائما يعني التوافق الصدقي بين الانسان</w:t>
      </w:r>
    </w:p>
    <w:p>
      <w:r>
        <w:t>والمتحرك  مصادق في جميع المصادق في مقطع خاص نعم هنا اذن توافق صدقي سرياني سميها هكذا. التوافق الصدقي سرياني مقطعي. سرياني يعني جميع المصادق دلال الصدقي المقطعي لانه لا دائما نعم لا دائما يعني العنوان يصدق على جميع المصادق في مقطع خاص وكل فلك متحرك متحرك دائما يعني كل من صدق عليه عنوان الفلك يصدق عليه اه متحرك. اذا هنا توافق صدقي سرياني ليس مقطعيا وانما دائمي ينتج ينتج لا شيء من الانسان بفلك دائما نعم قلت لكم دائما النتيجة تكون سالبة لأن التناقض  وكذا قولنا لا شيء وكذا قولنا لا شيء من الانسان بساكن لا دائما لا شيء من الانسان بساكن دائما يعني عندك لا دائما يعني عندك نتا انسان طول حياتو ساكن لا قد يتحرك لا شيء من الانسان بساكن لا دائما. اذا السكون يتطابق مع الانسان في دائرة خاصة فقط. ليس دائما يعني لا يتورط بالسكون دائما ولا شيء من الفلك بساكين دائما حتما كل فلك لا يكون انسان يعني لا شيء من الانسان بفلك او لا شيء من الفلك بإنسان وحينئذ تكون الظروف المنتجة في الشكل الثاني ثمانية لسقوط اعتبار اختلاف المقدمتين بالكيف قلت لكم في المقطعية الكيف لا يهمنا متى يهمنا اذا انبسطت بجميع المسافة والمساحة اما في المقطعية الايجاب والكيف لا يهم وبينت السر. السر انه المقطعية كما تصدق في جهات لا تصدق في جهة يعني عندنا موجبة وعندنا سالبة قال فان كانت بحيث يمكن تلاقيهما كالممكن او المطلقة الممكنة الخاصة طبعا والمطلقة يعني الفعلية باسطتين ما فيه قايد اللدائم لا دائما ومخلوطتين لم ينتج لعدم الشرط الاول هذا يأتي ان شاء الله بالحصة الاتية  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