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الطاهرين اللهم صل على محمد وال محمد اللهم ارزقنا التوفيق والاخلاص وصلنا معكم الى هذه الفقرة قال فان كانت يعني الصغرى والكبرى في القياس بحيث يمكن تلاقيهما تلاقيهما اين في الصدق. يعني المقدمة الاولى تتواجد في دائرة تتواجد فيها الكبرى مثال كالممكنة التي جهتها الإمكان لا يستحيل عليها الدخول وهو الإمكان العام او يمكن ان تدخل او لا يمكن ان تدخل لإمكان الخاص والمطلقة مطلقة يعني الدخول الفعلي بسيطتين يعني بدون قيد اللا دائمية لا دائما ومخلوطتين يعني بقيد لم ينتج لم ينتج عن حقهم لعدم الشرط الاول عدم الشرط الاول ما هو عدم الشرط الأول هو اه اختلاف في الكيف ان من الشروط الشكل الثاني الاختلاف في الكيف و الكبرى تكون كلية وهذا الاختلاف في الكيف سلب الايجاب لا يهم اين يكون. قد يكون السلب في الصغرى قد يكون في الكبرى المهم الاختلاف في الكيف والكبرى تكون كلية واضحا واضح لماذا الكبرى كليا للاندراج نعم اذا اذا كنا في دائرة ممكنة ودائرة المطلقة في ذات البساطة يعني بدون قيد الله دائما او مع هذا القيد يقول لا ينتج لماذا? لان المشكل في الحد الاوسط لا يشتركان في حد اوسط وان كان هناك اختلاف في الكيف نعم اقول اذا كانت المقدمتان بحيث يمكن تلاقي حديهما. اعني الاصغر والاكبر لم تنتج القرينة يعني ما في قياس سواء اختلفت مقدمتان او اتفقتا يعني سواء تحقق الاختلاف في الكيف او الاتفاق لان الشرط الاول وهو اختلاف المقدمتين بحيث لا يمكن تلاقي حديهما ليس بحاصل فلا انتاج اختلاف في الكيف? نعم لماذا? لان الممكن فلسفة وهذا الحديث الممكنة قابلية الدخول قابلية الدخول يعني قابلية الفعلية والفعلية نسأل قابلية الدخول في اي مقطع سكوت الفعلية في اي مقطع السكوت لو قلنا مثلا دائمية تحدد الدخول الدخول الدائم الدخول الدائمي نعم. لو قلنا ظرورية تحدد الدخول الضروري. هنا لا مطلق الدخول مطلق الدخول اي دخوله دوائر متعددة نعم يعني قد النسبة الممكنة تدخل في مقطع دائرة ما والمطلقة يعني الفعلية تدخل في دائرة اخرى. ما في تراقي في آآ الحد الاوسط وان كان الاختلاف في الكيف او الاتفاق في الكيف لعلام الحل يقول وذلك في القضايا التي لا تنعكس سوالبها كالممكنات والمطلقات والوجوديات الوجوديات يعني الدخول المقطع غير ظروري والوقتيتين يعني الدخول في وقت ما لماذا? لامكان صدق السلب الخاص الممكنة عن الشيء بالامكان  اه ثبوتها له كذلك لان في دوائر متعددة قد يكون الدخول هنا في مقطع الف لان الامكان يمكن ان يدخل ويمكن لا يدخل يمكن يدخل في الدائرة الف ولا يتواجد في الدائرة باء هذا هو الإمكان قد يتواجد في الدائرة باء لا يتواجد في الدائرة الف. ما في تقاطع نعم اما امتناع السلب الشيعي مع امتناع السلب الشيعي عن نفسه. نعم مما يؤدي الى التناقض  هذا هو السر السر معنى العبارة غير موصلة في المت ولا في الشرح سر ان  الدائمية غير مؤمنة غير مضمونة حتى نعي الدخول التام الشمولي اما اذا قلنا لا مطلق الدخول ومطلق اه الفعلية قد تكون الفعلية في دائرة والامكان في دائرة اخرى فلا يأتي الحد الاوسط وان هادي كانت موجبة وهادي سالبة ما فيه بأس هادي موجبة وهادي موجبة صوم تلاقي غير موجود. نعم قال والوصفيات المختلفة الكيف الوصفيات يعني النسبة ثابتة اه ببركة الوصف. يعني المحمول ثابت لذات الموضوع ببركة الوصف. يعني العنوان الموضوعي متشكل من شيء بوصف هذا هو العنوان الموضوعي في القضية اذا قلت كل الف باء في الوصفية دقق جيدا الف يعني فيه سين ميم سين متعاون بوصف نعم والوصفيات المختلفة الكيف يعني المقدمة الاولى وصفية الثانية وصفية ثبوت المحمول للموضوع ببركة الوصف في المقدمتين بالايجاب والسر تنتج وصفية تابعة للمقدمتين حال البساطة وللاخص حال الاختلاط حالة الاختصاص اذا قلت لا دائما  لماذا تنتج وصفية اه لان النتيجة تتبع اخص المقدمتين في وصفها نتيجة تكون وصفية هادي حالة البساطة بدون يقول لا دائما. اذا كان فيه لا دائما يعني تتسع الى دائرة يقول تنتج وصفية تابعة للاخص حال الاختلاط. حال الاختلاط يعني اذا كانت مركبة من اه مقطع ومقطع. نعم اقول الوصفيات المختلفة بالكيف بالجواب السلبي بالايجاب والسلب اذا اختلطت بعضها مع بعض فلا يخلو اما ان يكون الاختطاط من الوصفيات المختلفة الكيف المنتجة او لا يكون فان كان الاول يعني المختلفة في الكيف ايجاب وسلب والمنتجة فان كان الاول فهو المختلط من المشروطتين والعور فيتين نعم هذه في حالة الاختلاط في حالة الاختلاط المشروطة تكون مشروطة خاصة والعرفية تكون عرفية خاصة فالمقدمة الصغرى مشروطة خاصة المقدمة الكبرى مشروطة خاصة في العرفيتين تقول الصغرى عرفية خاصة كبرى عرفية خاصة وتكون النتيجة هنا تابعة للمقدمتين في الجهة ان اتفقتا  وللاخص منهما اذا اختلفتا في الجهاد نعم بالأخص نبدأ بالإمكان ثم الفعلية ثم ثم نتدرج وان كان الثاني يعني اه غير مختلفة بالكيف فهو عقيم الا ما نستثنيه ونحن نفصل ذلك فنقول المقدمتان ان كانت مشروطتين عامتين المشروطة العامة يعني المحمول ثابت للموضوع ببركة الوصف بالضرورة والدوام هذه المشروطة العامة. في مقابل المشروطة الخاصة ما فيها الدواء مشروعتان عامتين يعني الصغرى مشروطة عامة والكبرى مشروطة عامة. فالنتيجة مشروطة عامة للقاعدة المقدمة التابعة النتيجة تابعة للمقدمة لان الاوسط ثابت لاحد الوصفين بالظرورة نعم الاوسط يعني الحد الاوسط في الصغرى بجهة مشروطة عامة وفي الكبرى بجهة مشروطة عامة النتيجة ما تخرج عن هذا عن هذا هذه الحالة مشروطة عامة وان كانتا عرفيتين اذا فسرنا العرفية بالعرفية العامة او العرفية الخاصة نعم كانت النتيجة عرفية لانها تتبع خصل مقدمته لان الدوام الاوسط انظر هنا فسر العرفية بالعرفية العامة. ليس العرفي الخاص. يعني ثبوت المحمول للموضوع ببركة الوصف دائما نعم فالنتيجة مشروطة عامة الجهة هي الجهة لان الاوسط يعني الحد الاوسط ثابت لاحد الوصفين بالظرورة. نعم من المشروطة هادي آآ المشروطة واذا كانتا عرفية كانت النتيجة عرفية لأن دوام الأوسط لأحد الطرفين اه  ودوام سلبه على الاخر لان اختلاف الكيف يدل على دوام سلب احد الوصفين على الاخر. فالنتيجة تكون سالبة بأن الحد الأوسط ينتج سالبة بجهة ما هي? العرفية العامة وان كانت احداهما عرفية والاخرى مشروطة في اختلاط يعني واحدة عرفية عامة تشير الى الدوام ببركة الوصف بدون ضرورة. الثانية تشير الى دوام المحمول ببركة الوصل بدون ضرورة النتيجة تتبعها خصم مقدمتي وان كانت احداهما عرفيا. ما معنى عرفية? يعني ثبوت المحمول للموظوع ببركة الوصف دائما والاخرى مشروطة ثبوت المحمول للموضوع ببركة الوصف آآ دائما وبالظرورة. كانت النتيجة عرفية لماذا? لانها تتبع اخص مقدمتين</w:t>
      </w:r>
    </w:p>
    <w:p>
      <w:r>
        <w:t>وان كانت المقدمتان وصفيتان وصفيتين يعتبر فيها انتساب المحمول الى الموضوع في بعض اوقات وصف الموضوع نعم كالممكن الوصفية والمطلقة الوصفية يعني هذا الدخول المقطعي وهذا هو الذي جاء في في المتن السابق وان كانت المقدمتان وصفيتان يعتبر فيهما انتساب المحمول الى الموضوع في بعض اوقات وصف الموضوع كان ممكن الوصفية والمطلقة الوصفية. يعني دخول النسبة يعني ثبوت المحمول الموضوع ببركة الوصف مقطعيا لا دائميا نعم لم ينتج شيئا لعدم الشرط الاول عن الاختلاف كيفا بحيث لا يمكن تلاقي الحدين والى الاحتراز عن هذا القسم اشار بقوله المنتجة نعم ولهذا يقول والوصفيات في المتن المختلفة الكيف المنتجة نعم لاخراج غير المنتجة كهذه الامور ما هو السر? ممكن الوصفية والعرفية والمطلقة يعني الدخول مطلق الدخول لكن ببركة الوصف هنا يمكن ان تكون ممكنة في دائرة والمطلقة في دائرة اصلا ما في ارتباط يعني الحد الاوسط غير موجود نعم وكذا ان اختلطت العرفيتان والمشروطتان بهذه الوصفيات غير المنتجة فانه لا ينتج الا اذا كانت الصغرى وصفية والكبرى احدى الاربع نعم فانها تنتج وصفيا نعم وكذا ان اختلطت العرفية العرفية هنا تفسرها بالعرفية العامة يعني الشمول الشمول الوقتي او العرفية الخاصة يعني مقطع فقط اتنين والمشروطة العامة ضرورة ثبوت المحمول ببركة الوصف شمول او مقطعية المشروطة الخاصة. كم عندنا? اربعة وكذا ان اختلطت العرفيتان والمشروطتان بهذه بهذه الوصفيات غير منتجة فانه لا ينتج الا اذا كانت الصغرى وصفية مهما كان توصفية يعني عامة او مقطعية والكبرى احدى الاربع يعني اختار عرفية عامة عرفية خاصة مشروطة عامة مشروطة خاصة فانها تنتج وصفيا نعم تعطي وصفية لماذا? لأن اخص المقدمتين ببركة الوصف نعم لكن باعتبار الاختلاط فنقول الحد الادنى هي عرفية وصفية وصفية من الصنخ العرفي العرفي وليس من سنخل المشروطة لن اخصل خاص المقدمتين هي العرفية العامة المشروطة لها ضرورية ضروري وغير الضروري من الاخص غير الضروري انتاج السوريات الذاتية مع الكبريات الوصفية في الشكل الثاني يعني عندنا صورة ثبوت المحمول للموضوع لذات الموضوع هذه هي الذاتية الوصفية ثبوت المحمول للموضوع ليس لذات الموضوع ببركة الوصف حتى تفهم العنوان. قال والصغريات الذاتية يعني التي تقع في الانتاج صور القياس وذاتية بمعنى المحمول يقتضيه ذات الموضوع لا يقتضي ببركة وصف مع الكبريات الوصفية. المقدمة الكبرى المحمول ثابت في الموضوع ليس لذات الموضوع بل لوصف يتصل به الموضوع ان كانت جهاتهما جهتهما يعني جهة الصغرى والكبرى من غير اعتبار الوصف ممتنعي الجمع كالممكنة العامة مع المشروطة الممكنة العامة يعني ايه لا يستحيل الدخول لا يستحيل الدخول يمكن ان يدخل نعم مع المشروطة مشروطة يعني الضرورة طبعا الممكنة تناقض الضرورة والظرورة تناقض المو بنا الضرورة دخلت يعني موجبات الدخول دار الوجود تحققت. الممكنة لا. هذه الموجبات قد تتحقق وقد لا تتحقق. اذا نقيض الممكن هو الظرورية والظرورة اين موجودة? موجودة في المشروطة. سواء كانت مشروطة عامة تشمل جميع المساحة او مشروطة خاصة في مقطع ما لا مع العرفي لأن العرفية ليست ضرورية لا ترفع للإمكان الامكان ينسجم مع مع العرفية سواء كانت عرفية خاصة في مقطع او عرفية عامة تشمل جميع المسافة او المساحة نعم مثلا دوران دوران مادة الفلك لا اقول الفلك دوران الفلك ظروري لان الفلك كوكب يدور. دوران نخوض في ذاته. له تقول مادة الفلك مادة الفلك يعني مادة مثل مثل جوامع مثل جميع جميع المادة. لا تنقضي الدوران ببركة الوصف الفلكية هذه المادة تبقى دائما تدور المادة دائما تدور هادي هي العرفية العامة هل الدوران او الحركة لهذه المادة ظرورية لا ليس بالنسبة للمادة ليست ضرورية المادة بما هي مادة ليس المادة بما هي فلك لان بمجرد ان تقول الفلك الفلك يعني من يدور حول غيره اذا اذا قلت الفلك لا يدور هنا تناقض. مبدأ التناقض لا يقبل. لانك انت الفلك تعرفه مادة تدور. اما لا ليس الفلك المادة فقط  المادة تدور ببركة تعينها بالفلكية هي في حد ذاتها الدوران ضروري لا لا تقول بالامكان  بوصف الفلكية تصير الحركة ضرورية لكن بدون الوصف فبالإمكان اذن العرفية العامة تنسجم مع الإمكان اما المشروطة خاصة او عامة التي فيها الضرورة لا تنسجم مع الإمكان لأننا بينا فيما سبق ان الإمكان رفعه للضرورة والضرورة رفع للإمكان تناقض  كان ممكن العامة مع المشروطة لا مع العرفية. ان العرفية تنسجم مع الإمكان مختلفتين نعم او الوجودية مع العرفية متفقتين ومختلفتين. الوجودية هو الدخول غير الضروري. دخول المقطعي غير الضروري. تنسجم مع العرفي في الاتفاق في الجهة. اتفاق في السلبي والايجاب او عدم الاتفاق. انت انتجت انتجت هذه القرينة او القياس بحسب الذات ممكنة نعم اخص المقدمة ان لم تكن الصغرى فعلية نعم لأن الفعلية تبري من الامكان الإمكان قابلية الدخول يعني قابلية ان تتفاعل بالوجود الفعلية خلاص تفاعلت خرجت من حكومة الإمكان. ولهذا يشترط هذا الأمر يقول وان لم وان لم تكن الصغرى فعلية يقول شيخنا واذا كانت فعلية اذا كانت فعلية خرجت من حكومة الإمكان دخلت دار الوجود. اما الإمكان اه قابلية الدخول او مطلقة ان كانت نعم او مطلقة ان كانت ان كانت فعلية كذلك يعني خلاف الممكنة ولا تنتج ضرورية ولا دائمة نعم لا تنتج ضرورية ولا دائمة لماذا? لان اه النتيجة تتبع اخص المقدمتين. نعم  واضحة جدا لان التباين يحتمل الا يكون واجبا وفي جميع الاوقات فإن كانت الصورة مقيدة بوقت او غير معين يعني منتشرة بقي القيد في النتيجة فلا تكون ظرورية ولا دائمية. يعني القدر المتيقن هو هو الدخول فقط الدخول الفعلي نعم اقول الصبريات الذاتية يعني عندك قياس من الشكل الثاني عنده الصغرى الذاتية ما معناه? يعني المحمول ثابت لذات الموضوع وليس لوصف وهي التي يعتبر فيها انتساب المحمول الى الموضوع بحسب الذات. ايجابا وسلبا هذا له علاقة بالكيف نعم. المهم تفهم المصطلح صغرى ذاتية يعني المحمول ثابت لعيون الموضوع ذات الموضوع ليس لعيون وصف نعم من غير الالتفات الى وصف الموضوع. نعم اذا كانت كبرياتها وصفيات. اذا عندنا صورة ذاتية وكبرى وهي التي اعتبر وهي التي دائما اكتب تحتها المحور الدلالي  يعني يشير الى معنى الوصفية ومعنى الذاتية وهي التي اعتبر انتساب المحمول فيها الى الموضوع ايجابا وسلبا بحسب الواصف بينا هذه فلا يخلو اما ان يكون او تكون ان تكون الجهات من غير اعتبار الوصف في الكبرى ممتنعتي الجمع او ممكناتي الجمع. فان كان الاول يعني ممتنعة الجمع انت جدتي ممكنة  الشرط الاساسي النتيجة تتبع اخص مقدمتي ان كانت صغرى ممكنة والا مطلقة. اذا كانت الصغرى ليست ممكنة كانت مطلقة. النتيجة تكون فعلية فقط. دخول فقط. لماذا? للقاعدة? النتيجة تتبع خصل مقدمته  وذلك كالممكن العامة الصغرى ممكن العامة ما معناه عندك محمول ثابت للموضوع بقيد الإمكان العام يعني الجهة الإمكان العام. تقول</w:t>
      </w:r>
    </w:p>
    <w:p>
      <w:r>
        <w:t>نقيض المحمول ليس به ليس بظروري. ما معناه? يعني المحمول يمكن ان تتصل به لكن لم تدخل بعد ان كان قوة قوة الدخول ليست دخول الدخول الفعلي وذلك كالممكنة العامة الصغرى يعني عندنا صغرى صغرى المحمول ثابت لذات الموضوع ليس ببركة وصف. وتكون موجهة بالامكان العام وذلك كالممكنة العامة الصغرى يعني الصغرى في القياس مع المشروطة العامة مشروطة العامة يعني وصفية والدائمية وضرورية نعم المختلفتين بالكيف الشرط الاساسي الشكل الثاني فان الكبرى اذا لم يعتبر فيها الضرورة بحسب الشرط بل نظر اليها من حيث هي كانت مناقضة للموم كاينة لماذا? لان الضرورة تضرب تضرب الإمكان نعم هذه صدقوني مسائل فلسفية اكثر ما هي منطقية. ولهذا منطق رستم منطق مبني على ميتافيزيقية ارسطو اظرب هذه الميتافيزيقية دمرها او تجاوزها يأتيك منطق جديد لا اقول ميتافيزيقا ابطالها يعني تبطل يعني باطلة لا لا يعني تجاوزها يعني تدخل في مساحة اخرى كما فعل صدر المتعلم نعم تدخل في طور اخر من التفكير فهذا المنطق يصير غير غير فاعل كما هو الحال عند وكذلك كالممكنة العامة الصغرى بيناها مع المشروط العامة المختلفتين بالكيف يعني واحدة سالبة وواحدة موجبة فان الكبرى اذا لم يعتبر فيها الضرورة بحسب الشرط نعم لماذا لا يعتبر ضرر بحسب الشرط لان الصغرى ما فيها وصف اذا في الكبرى لا نعتبر الشرط نجد انفسنا امام الممكنة والظرورة الظرورة رافعة للإمكان والإمكان رافع للضرورة نعم بل نظر اليها من حيث هي كانت مناقضة للممكنة. اكتب تحتها لان الضرورة تنقض الامكان للتناقض بين الممكنة العامة والظرورية المتخالفا بالكيف. مثال يأتي بأمثلة كل جيم بالامكان العام طبق المعيار العام للقضية يعني كل مصداق تعنون بعنوان الموضوع يعني جيب تعنونة بعنوان ما فيها وصف بالامكان العام يعني هذا التعنون يعني التواجد الصدقي في مصداق سين او في جميع المصادق لأنها كلية  تواجد الصدقي دقق جيدا. يعني المحمول متواجد مع الموضوع في نفس الأمر والواقع بهذه الكيفية ان المحمول قادر ان ينفتح عليه الموضوع او الموظوع قادر ان ينفتح على المحمول اذا انفتح عليه واتصف به يعني تلبس به دخل الفعلية خرجنا من حكومة الإمكان اما الآن لا تقول الانسان كاتب بالامكان العام. يعني كل مصداق تعنون بالانسان طه كاتب بالإمكان العامة معناه يعني لا يستحيل في حقه الكتابة يمكن ان يكتب هل كتب بالفعل? لا وقضية ساكتة جيد كل جاد جيم باب الامكان العام ولا شيئا من الف باء بالظرورة ما دام الف. هذه وصفية. ما دام الف يعني واصل ما معنى? يعني كل مصداق متعنونة بعنوان الف ينفصل عنه باء مادام الف متصف بالوصف ان زعلوا الوصف لا يتغير بالظرورة ما دام الف. الان دقق جيدا الاختلاف في الكيف مؤمن سورة موجبة والكبرى سالبة اذا الشرط الاساس في الشكل الثاني تحقق المحمول هو الذي هو باء. واحد يعني الحد الأوسط محمول في النتيجة في المقدمة ب في الصغرى بالايجاب وفي الكبرى بي السلب فانه ينتج لا شيء من جيم الف بعدما يغيب الحد الاوسط الذي وضع بالامكان  نعم بالإمكان اخص المقدمتين بعكس الكبرى. يعني تقول كيف اه انتج عكس الصغرى الصغرى ما اذا عكسناها ماذا تقول اه تقول كل جيم باء بالامكان العام مم يأتي كل با تجي بالامكان العام يعني اذا ثبتت الانسانية ثبتت الكتاب للانسانية بالامكان الكتابة تثبت للإنسان بالإمكان. بالإمكان نعم. يعني لا تستحيل فتأتي بالعكس اه هكذا اه كل باج بالامكان العام اتصير اه واللوجين باء بالإمكان العام عكسها يعني كل باء جيم هكذا يصير من شكل اه بعكس الكبرى وليس الصغرى بعكس الكبرى ولا شيء من الف باء بالضرورة ما دا مادام الف يصير ولا شيء من باء الف. بالضرورة مادام باء فيأتي الشكل الأول صار القضية هكذا. كل جيم باء بالإمكان العام ولا شيء من باء الف بالضرورة ما دام باء الشكل الأول احذف باء النتيجة ماذا تكون? لا شيء من جيم الف بالامكان. تقول شيخنا لماذا بالامكان? لان النتيجة تتبع اخصا مقدمتين ولانه لو لم يصدق لصدق بعضهم اما بالعكس ثم يأتي بالخلف او بالخلف ولانه ولهذا قال ولأنه عطف نسق يعني يمكن ابين الانتاج بالعكس يمكن ان ابين الانتاج بقاعدة الخلف يعني بقياس الخوف ولانه لو لم يصدق لصدق يعني اذا لم تصدق النتيجة ما هي? لا شيء من جيم الف بالامكان يعني كل من تعنون بجيم من المصاديق عقد الوضع ينتفي عنه الالف يعني المحمول بالامكان ينتفع عنه ليس بالضرورة بالامكان منتفي بالامكان. يعني يمكن ان يسحب عنه كالكتابة للانسان يمكن للانسان يعيش حياة حياته كلها بدون كتابة نعم ولانه لو لم يصدق يعني النتيجة لا شيء من جيم الف بالامكان لصدق بعض جيم الف بالظرورة لمبدأ التناقض. نعم. ناقض لا شيء من جيم الف بالامكان بعضه جيم الف بالضرورة واذا انضم الى الكبرى ما هي الكبرى? لا شيء من اليف بالظرورة ما دام الف نعم انتج ما يناقض الصغرى. نعم بعض جيم الف بالظرورة ولا شيء من الف باء بالضرورة نقول بعض جيم ليس باء بالظرورة. اذا انضم الى الكبرى اي نعم انتجى ما يناقض الصغرى نعم بعض جيم الف بالظرورة هذا اه نعم ظفه الى الكبرى ولا شيء من الف بالظرورة ما دام باء يعطيك ماذا? يعطيك لا اه بعظ جيم ليس اه نعم بعض جيم ليس الف ولانه لو لم يصدق لصدق بعضه جيم الف ظال وهذي واضحة. نقيض النتيجة لا شيء من جيم بالامكان. بعض جيم الف بالضرورة. لان ناقض الامكان بالضرورة. واذا الضمة الى الكبرى يعني هذه النتيجة بعض جيم الف بالظرورة. انظمة الى الكبرى عندك بعض جيم الف بالظرورة لا شيء من الف باء النتيجة لا شيء من جيمبا والصغرى كل جيم هذا هو واذا انضم الى الكبرى انت جميل وقيد الصغرى انتهى الدرس ان شاء الله في الحصة الآتية نكمل البحث. واللهم صل على محمد وال محمد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