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ولا اله الا الله يا الله. والله اكبر اعوذ بالله من الشيطان الرجيم. بسم الله الرحمن الرحيم وبه تعالى نستعين والصلاة والسلام على محمد واله الطاهرين اللهم صل على محمد وال محمد اللهم ارزقنا التوفيق والاخلاص وصلنا معكم الى هذه الفقرة ولو كانت الكبرى موجب امكن بيانها بالخلف قبل الدخول في هذا النص نعود الى المثال الذي اتى به لعلام الحني لبيان آآ المسألة السابقة مثاله كل جيم باب الإمكان له صغرى ذاتية. يعني ثبوت المحمول ليس ببركة الوصف ببركة ذات ذات الموضوع بالإمكان العام يعني لا يستحيل المحمول ان يكون في الموضوع هذا هو الإمكان يعني الموضوع يمكن ان ينفتح علاء المحمول ينفتح يعني يمكن ان يتواجد معا في الصدق ويمكن الا نعم ولا شيء الكبر ولا شيء من الف باب الضرورة ما دام الف هذه المشروطة اه المشروطة العامة يعني ثبوت باء للموضوع ببركة الوصف وبالضرورة مع الديمومة ماذا ينتج فانه ينتج لا شيء من جيم الف بالامكان بالعكس وبالخلف. خلينا نفهم المأساة مسألة بدون آآ العكس وبدون الخلف خلينا نفهمها فقط بالمعايير العقلية. دقق جيدا كل باب الإمكان العام بعد ما دخلنا الى الفعلية القضية تقول التواجد الصدقي ليس بمحال انتهى الامر تواجد الصدق ليس بمحال هل هناك دخول فعلي? لا دخول فعلي لا يعني كل مصاديق جيم يمكن ان تنفتح على باب. وتدخل الى الفعلية كيف بموجبات خارجة يعني بعلل نعم تقول كل انسان كاتب بالامكان العام ما معنى? يعني كل مصاديق الانسان طه ليلة خالد بلال زينب من المصادق قد تنفتح على الكتابة ثم تقول شيخنا العزيز كيف تدخل بالكتابة في بالفعلية يعني تكتب بالفعل هذه لها موجبات ميتافيزيقية وهي ان يتعلم الانسان يتعلم الكتابة ويكون له حظ من المعرفة يكتب مقالة يكتب كتاب لا نتحدث عن موجبات التي ادت الى تعين الموضوع بالمحمول لا يهمنا هذا الامر المهم تفهم مدلول القضية ما معنى كل جيم باء بالامكان يعني التواجد الصدقي ليس بمستحيل اتفقنا? اتفقنا القضية الكبرى سالبة لاختلاف الكيف ان من شروط الشكل الثاني مقدمة موجبة والثانية سالبة لا شيء من الف باء بالضرورة ما دام الف يعني كل مصداق خارجي. نفس امري واقعي تعنون بالف ففي وصف ليس الذات وصف هنا وصفية لانها مشروطة عامة نعم يتلبس ما دام الوصف اذا اختفى الوصف لا يختفي ببركة الوصل وبالضرورة بالظرورة المادة ليس الفلك مادة الفلك مادة فقط الا بشرط مادة بما هي مادة  اذا اتصفت بالفلكية. يعني صارت في نظام الخلق فلكان طبيعة الفلك يدور اذا وركزنا على الانبوب الذي يحتوي على الكوكب سمينا فلكا اولى الفلك يعني هو الكرة الدائرية التي تدور مثلا كالمريخ كالكرة الأرضية كالقمر فلك يا علي  كرة الدوران ذاتي لها هنا الحركة ضرورية لا نتحدث عن المادة بما هي مادة? يعني مادة القمر بما هي مادة متحركة بالظرورة? لا يغير القمر غير القمر دقق جيدا في هذا المثال مادة القمر غير القمر مادة القمر قد تكون قمر قد لا تكون اذا صارت قمرا الحركة ضرورية. لماذا? لانه القمر ذلك الكوكب الذي يدور حول الارض من حركة بالنسبة للقمر ضرورية اذا الكرة بما هي كرة يعني المادة بما هي مادة بوصف القمرية قصير الحركة ضرورية لها والدائمية انزع القمرية عن القمر يصير مادة فقط هل الحركة ضرورية? لا. اذا الحركة للمادة ببركة الوصف. ضرورية ودائمية. نعم هذا هو. ولا شيء من الف باء بالظرورة مادام الف يعني كل مصاديق الف ببركة الوصف ينتفع عنهم المحمول انا بينت لك بالقمر في الايجابية وهذي سالبة جيد اذا الاولى موجبة يعني التصادق قد يكون والثانية لا تصادق لا يكون ببركة الوصف. هنا يقول فانه ينتج. يعني هذا القياس لا شيء من جيم الف بالامكان طبعا لان النتيجة تذبح اخص المقدمتين. عندك جهة الإمكان وجيه الضرورة. الإمكان الأخص نعم ما يختفي لانه حد اوسط تقول لا شيء من جيم عليه بالإمكان. اذا المصاديق التي يمكن ان تتواجد مع باء ما صديق تجي يعني لا يستحيل عليها التواجد مع باء وباء ينتفع عنه الف بركة الف وصف مطلقا بالمعايير العقلية فقط نقول مصديق جيم لا تنسجم مع الف نعم ويقول لا شيء من جيم الف بالامكان ثم يأتي الى الاليات بعكس الكبرى يعني يرجع القياس الشكل الثاني الى الشكل الاول هذه تدريبات لكم في الارجاع اولا بعكس الكبرى الكبرى ما هي? لا شيء من الف باء بالضرورة ما دام الف. عكسها ماذا تصير لا شيء من باء يعني باء ياخذ مكان الف والف ياخد مكان باء لا شيء من باء الف بالضرورة مادام هذا مادام يعني مادام الوصف جيد الان اه عكسنا الكبرى عكسنا الكبرى وعندنا الصغرى هي هي كل جيم باب الامكان العام ولا شيء من باء الف ما دام بالضرورة ما دام باء فبا يكون الحد الأوسط في الشكل الأول احذفه. ماذا يصير الإنتاج لا شيء من جيم الف بالإمكان قل لي ماذا الامكان ان احصل الجهات هذا هو. سهل جدا ولانه يمكن كذلك ارجاع الشكل بالشكل الثاني الى الشكل الأول بقياس الخلف يعني بالتناقض ولانه لو لم يصدق لصدق. يعني لو لم تصدق النتيجة لا شيء من جيم الف بالامكان ما هو نقيض السلب الكلي في مربع او مربع التناقض لا شيء من الف باء ناقضه بعض الف باء نعم لصدق بعض جيم الف بالظرورة نعم لان السلب الكلي يناقضه آآ البعض الايجابي جيم جيم هو هو الف هو هو الإمكان يناقضه الضرورة نعم هذه هي النتيجة جيد جيد. ماذا نرتب على هذا النقيض باء بعضه جيم الف بالظرورة. واذا انضم هذا النقيظ ببركة قياس الخلف الى الكبرى اذا هذه هذا النقيض الصغرى الكبرى ما هي؟ لا شيء من الف باب بالظرورة ما دام الف اه يصير شكل الأول نعم اه المحمول هو الف يختفي المحمول نستنتج ما هو بعض جيم با بالظرورة نعم لا اه بعض جيم ليس الف بالظرورة. يناقض الصغرى بعض جيم با ليس بعضه جيم ليس باء بالضرورة يناقض كل جيم بالامكان العام في تناقض. تناقض في الجهة وتناقض في السلك والتناقض في اه مضادات في في الكم. كل بعظ سلب ايجاد ان كان  ظرورة هذا هو التناقض اذا آآ   هذا نقع في التناقض اذا النقيض هو الباطل النتيجة هي الصحيحة لا شيء من جيم الف بالامكان نعم لأن لا شيء من دين بالإمكان هي الدعوة نعم نأتي بناقضها نبطله اذا بطلنا النقيض تتحصن هذه الدعوة. ما هي الدعوة? لا شيء من بالامكان يعني اذا بنينا على ناقضيها نقع في التناقض نناقض الثورة ولو كانت الكبرى موجبة</w:t>
      </w:r>
    </w:p>
    <w:p>
      <w:r>
        <w:t>امكن بيانه بالخلف نعم يعني اذا قلنا كل جيم باب الامكان العام وكل الف باء اه بالظرورة مادام الف يقول بي آآ خلف يمكن يعني على نقيض النتيجة نعم ولو كانت الكبرى عرفية ليست ظرورية يعني وصفية دائمية وليست ظرورية. لم تكن منافية للصغرى الممكنة نعم لان الذي يناقض الممكن للضرورة وليس العرفية العرفية لا العرفية ما فيها ضرورة وبالتالي لا تناقض الامكان. نعم فلا تحصل منهما نتيجة على ما يأتي ولهذا قال لا معروف فيها. لماذا? لانه ما في تناقض نعم لا هذا يرفع ذاك ولا ذاك يرفع ذاك وكذلك اذا كانت صغرى وجودية والكبرى عرفية. وجودية يعني دخول غير ضروري. دخول مقطعي غير ضروري. يجب ان تحفظ هذه المصطلحات ثم تمرن طبقها على الحياة العرفية والحياة الدقية في السياسة في الاقتصاد في حياة العرف في العلوم فتصير عندك قوة منطقية راقية تنقذ بها اه الكلام المخاطب مع خصوصا في  التورية وهذه الأمور تكشفها سهولة نعم  ايه الانسان ذهب الى حفل صديق ما لو حفل ما حفل زفاف وراح الصديق الثاني ما يتحمل الصديق الاخر اذا عرف انه ذهب الى الى الحفل يتشنج يقولو ذهبت ونعم ذهبت لم اذهب لم اذهب لما ذهب هنا مطلق مطلقة لم يقل لم اذهب مطلق لم نذهب وجاب جاء بجهة يدل على عدم الذهاب على طول لم اذهب دائما لا قالوا لم اذهب لم اذهب يعني انا لم اذهب بالاطلاق اه بالاطلاق لم اذهب لم اذهب الصباح ذهبت المساء نعم ذهبت الصباح الى مذهب المساء او لم نذهب من من عشرين سنة توهمه انه ماذا? انك لم تذهب الى الحفل وانت تقصد ماذا? تقصد ان تذهب مرة من المرات. نعم لم تذهب الى صديقك الجمعة التي مرت هو يفهم ماذا? يفهم انك انت لم تذهب الى العرس فما يتشنج هذه هي في التوريات تكتشفها بماذا? بالجهاد نعم والتصرفات السياسيين والاعلاء تصرفات الاعلاميين تصريحات الاعلاميين كلها نكشفها بهذه الجهات. انا في تصوري من اروع البحوث المنطقية مع الاسف الشديد لم تتعمق. نعم الان اسس في الغرب منطق جد منطق جديد المنطق الموجهات. نعم اكتشف ان المنطقة الارسطي غير فاعل في مجالات متعددة. منطق الجهات يكون فاعلا نعم وكذلك اذا كانت الصغرى وجودية يعني دخول مقطعي غير ضروري كتبها. والكبرى عرفية كبرى عرفية يعني الدخول شمولي غير الضروري سواء اتفقتا في الايجاب والسلب كقولنا اه سواء اتفقتا يعني اتفقتا في في الايجاب موجبة بوجبة او سالبة سالبة كقولنا كل جيم ب لا دائما. هذه هي الوجودية حين التطبيق ترسخ المصطلحات كل جيم بلى دائما ما معنى? يعني اه التواجد الصدقي غير الضروري تواجد صدقي غير الضروري وغير الدائم نعم تواجد الصدق غير الضروري وغير الدائم هذه هي الوجودية مع يقول كل جيم باء لا دائما لا دائما اشار الى الدخول المقطعي وغير الظرورية غير ظرورية نعم وكل الف باء مادام الف الاولى موجبة الثانية موجبة اه والشكل الثاني مشروط بالاختلاف في الكيف. لكن اذا دخلت الجهات المقطعية قلت لكم ارفعوا اليد عن هذا الشرط وبينت السبب لأن الدخول المقطعي يعني فيه ايجاب مقطعي هذا فيه ايجاب. بعده سلب الرفع المقطعي بعده معنى الدخول المقطعي ايجاب لاحظت يعني في متسع تنوجد فيه المقدمتان يغير التقاطع تمام لا معنى للاختلاف في السلب كل جينبالى دائما بيناها وكل الف باء ما دام الف يعني وكل وكل مصداق تعنون بعنوان الالف يتعنون باء مادام الف يعني ببركة الوصل عرفي عامة نعم ما في ضرورة او اختلفتا كما لو كانت احداهما سالبة فانه ينتج مطلق عامة سالما ينتج مطلقة عامة مطلقة عامة يعني آآ الفعلية يعني الدخول الدخول والسكوت على اي شرط. الدخول الدخول الفعلي نعم سالبة خلينا نبينها فقط بفلسفة القضية ما الروح للعكس والخلف? خلينا من هذه الامور نعم كل جيم باء لا دائما. هذا التصادق اكتب التصادق المقطعي لا ضروري ولا دائن تصادق المقطعي يعني جيم باء تصادق معناه تواجد في المصاديق بنحو الكل كل المصاديق تلبست بباب فقط دخول لا ضروري ولا دائم وعندنا كل الف باء ما دام الف يعني كل مصادق الفت عنونت ب وببركة الوصف بنحو الديمومة هذا ونفهمه جيد الان ناجي كل جيم لا دائما وكل الف باء ما دام الف  فيه هنا اه عدم الاجتماع الجهة اللا دائمية والديميم الديمومة او اختلفتا كما لو كانت احداهما سالبة والصغرى موجبة مثلا سورة موجبة الكبرى سالبة او العكس كبرى موجبة والسالبة والصغرى سالبة نقول احداهما فانه ينتج مطلق مطلق عما سالبة نعم يعني ما معناه  اه جيم جيم لا يتواجد في بعض الف او بتقول لا يتواجد في الف لنقل فانه ينتج مطلقا عما سالبا لا يتواجد كيف اذا كان التصادق غير دائمي كل جنبا لا دائما. تصادق غير دائم يعني ما معنى? يعني تأتي مرحلة لا يكون فيها التصادق هادي هي الصغرى نيسان الصغرى لسان الكبرى وكل الف باء ما دام الف الف يتصادق مع باء دائما ببركة الوصف طبعا. ببركة الوصف هنا نسأل في التصادق ما عندنا مشكل ما عندنا مشكل التصادق تلك تصادقت الكبرى تصادقت بنحو الدائمية والصغرى تصادقت بنحو بنحو المقطعية ما في مشكل هنا عندنا شرط اساسي في الشكل الثاني وهو اختلاف في الكيف انتاج ما يكون يعني ما في اختلاف في الكيف التصادق تصادق. اختلاف في الكيف ما معناه؟ التصادق ورفع التصادق الصغرى مقطعية يعني تصادقت في مقطع في مقطع اخر سلب التصادق سلبت تصادق مع التصادق ماذا يأتي السلب نعم سلب تقول هكذا لا شيء من جيم لا شيء من جيم بالف نعم مطلقة عامة يعني مطلقة عامة بمعنى الفعلية لا شيء من جيم الف بالفعل الى هناك سلب رفع الجيم عن التصادق والكبرى تشير الى التصادق الدائمي. اذن جيم لا حظ لها في هذا في هذا المقطع تفهمها بدون لا عكس ولا افتراظ ولا قياس الخلف نعم اما مع الاختلاف فظاهر نعم وهم مع الاتفاق فلان الوجودية موجبتها وسالبتها متلازمة فهم جيد للعبارة اه اه اما مع الاختلاف فظاهر ان هاديك سالبة وموجبة. شرط متحقق فتأتي سالبة بهذه الجهة مطلقة عامة يعني فعلية واما مع الاتفاق يعني موجبة وموجبة. يعني اه تصادق المقطعي والتصادق الدائمي نعم. واما مع الاتفاق فلان الوجودية موجبتها وسالبتها متلازمة عمل خط تحت هذه الجملة وافهمها جيدا الوجودية قلنا التصادق المقطعي التصادق المقطعي يعني في تصادق الى في مقطع خاص بعد المقطع ما في تصادق هذا معناه واما مع الاتفاق يعني تلك مجبة وتلك موجبة كما في المثال الأول كل جيم بلى دائما وكل الف باء مادام الف يقول فلان الوجودية وجود رماية هذا دائما موجبتها وسالبتها متلازمتان. السر هو المقطعية</w:t>
      </w:r>
    </w:p>
    <w:p>
      <w:r>
        <w:t>تصادق مقطعي عدم التصادق مقطعي. يعني اذا كان التصادق مقطعيا بالظرورة هناك عدم التصادق مقطعي. لان لا تشمل جميع الدائرة نعم. اما اذا قلت كل الف ما دام الف هنا التصادق دائمي ما في مقطعية فهاتان الجهتان متنافيتان اذا لم يعتبر الدوام في الكبرى بحسب الوص نعم وانما انتج مطلقة بالخلف بقياس الخلف نعم بينتها المسألة فهاتان الجهتان متنافيتان اذا لم يعتبر الدوام في الكبرى. ما معنى متنافيتان فان اختلف الدخول المقطعي اللا دائمي. وذاك دخول دخول غير مقطعي دائمي. لا دائم مع الدائم لا ينسجمان لا يجتمعان لا يجتمعان. ولهذا يقول فهاتان الجهتان متنافيتان اذا لم يعتبر الدوام في الكبرى بحسب الوصل. نعم لان الصغرى ما عندها وصف كبرى عندها وصف الوسط توك هو انظر الى الدوام وعدم الدوام الدوام وعدم الدوام لا يجتمعان ولا ليرى دافعان هذا معناه متنافيتان نعم وانما انتج مطلقا لماذا تقول مطلقة عامة؟ مطلقة عامة يعني الفعلية. يعني التصادق. تصادق ما تصادق ما  هذه هذا مصطلح التصادق جدا جميل تصادق الماء يقول بالخلف بالخلف ما معناه? يعني انت تأتي الى النتيجة تريد تحصنها تأتي بالنقيض تبطل النقيض اذا بطلت النقيض النتيجة تحصنت جيد فانه لو لم يصدق لا شيء من جيم الف بالاطلاق. في مثال الفوقاني المثال الفقري ما هو? كل جيم باء لا دائما وكل الف باء مادام الف النتيجة لا شيء من جيم الف بالاطلاق لان هذا الدائم ذاك لا دائم. كيف ينسجم? لا دائم مع الدائن. اذا جيم لا يتواجد لا يتصادق مع اليف هذا هو السلب الكلي لا شيء النتيجة ما هي اه لا شيء من جيم الف بالاطلاق. يعني الجيم لا يتصادق مع اليف. لان جيم يتواجد مع باء بن لا دائم والف يتواجد مع باء او باء يتواجد مع علي لا يمكن لا يمكن نعم نعم تقول له في العرف تقول له انا اريد صديقا سندا  قولوا والله هذا صدقت كالحرباء مرة يبرز الصداقة مرة لا يبرز الصداقة. يعني صداقته ليست دائمية. والثاني يريده دائميا سندا يصلح او لا يصلح? تقول شيخنا لا يصلح. لان هذا كالحرب مرة اه صديق ومرة عدو لا ينسجم مع الصديق الثاني هذا هو في العرف قد يدرك يقولون ان هذا لا ينفعني هذا لا ينفعني اما اذا كان صادقا على الدوام ليس كالحرباء صادقت ثابتة نعم ينسجم. هنا ينتج هذا هو معنى كل دين باله دائما يعني هذا صادق لكن مرة لا مرة يخون مرة يتبدل نعم فانه لم لم يصدق لا شيء من جيم بالاطلاق يعني اذا لم تصدق النتيجة لصدق ناقضها. بعض جيم الف دائما يعني جيم ينسجم مع الف في بعض الافراد نعم دائما ينسجم مع فاذا انضم الى الكبرى بعضه جيم الف دائما فاذا انضم الى الكبرى انتج ما يناقص الصغرى. ظمه الى الكبرى. تقول بعض جيم الف دائما ولا شيء وكل الف باع مادام الف نعم ينتج اه ينتج اه بعض جيم الف هذا هو النقيض انضم الى الانظمة الكبرى وكل الف باء مادام الف يأتي الشكل بشكل اه الشكل الأول لأن الف هو الحد الأوسط نعم ماذا تأتي النتيجة? تأتي النتيجة بعض جيم آآ نعم بعض الجيم دائما بعض جيم دائما بعض جيم دائما والصغرى ما هي? كل لا دائما دائما لا دائما تناقض اذا النقيض باطل النتيجة هي صحيحة. ما هي النتيجة? لا شيء من جيم الف بالاطلاق نعم فهذا الانسان الذي هو صادق مرة وغير صادق مرة لا يمكن ان يتناغم معه الصادق الدائمي. نعم ولا تكون الناتج تابعة للكبريات ان شاء الله.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