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وصلنا معكم الى هذه الفقرة ولا تكونوا النتيجة تابعة للكبرى في الضرورة والدماء والدوام. لان مبدأ سبب الكاف في التعليل. لان التباء التبا انبينا التباين احسن لان التباين بين الاصغر والاكبر يحتمل ان لا يكون واجبا في الكبرى المشروطة اذا عندنا هنا اه مقدمتان مقدم اه ظرورية ومقدمة دائمية ولم يقل هنا اه مشروطة عامة او مشروطة خاصة او عرفية عامة او عرفية خاصة ركز على الظرورة والدوام نعم يقول ولا تكونوا النتيجة تابعة للكبرى في الضرورة والدوام لان التباين بين الاصغر والاكبر بين الاصغر والاكبر الاسر يعني موضوع موضوع المقدمة الصغرى والاكبر محمول الكبرى اذا اجتمع هي النتيجة الى الحد الأوسط يختفي الأصغر يطاله الأكبر النتيجة النتيجة جات دائما متشكلة من الأصغر والأكبر لاختفاء الحد الاوسط يقول لان التباين بين الاصغر والاكبر يحتمل ان لا يكون واجبا او يحتمل احسن. يحتمل الا يكون واجبا في الكبرى ان ما شروط نعم   نعم صحيح اه هو قال عندنا مقدمة واحدة ضرورية وواحدة دائمية بعدما بين من الدائمية ومن الضرورة وهذا لا يهمنا بين بعد ذلك ان الكبرى ضرورية. نعم لان التباين بين الاصل الاكبر يحتمل ان لا يكون واجبا في الكبرى المشروطة. اذا هنا الكبرى تكون مشروطة يعني اما ضرورية مقطعية ببركة الوصف او ضرورية دائمة بما بركة الوصف الصغرى حينها ماذا تكون? تكون دائمية. اما الدائمية نعم الدائمية بدون الضرورة. الدائمية ببركة الوصف اذا عندنا اختلاف في الجهة. دائمية وضرورية اتحاد الوصف يعني الصغرى الدائمية ببركة الوصف والكبرى دائمية ضرورية ببركة الوصف اذا عندنا في الصغرى ضعف بعدم الظرورة عدم الظرورة يحتمل الفعلية المقطعية يحتمل الوجودية الوقتية آآ لا. لانها دائمية. يحتمل الامكان احسن هنا دائمية الوجودية تختفي الوقتية تختفي اه هادي فعلية دائمية الإمكان يبقى لأن الإمكان ينسجم مع الدائمية قد يدوم الامر وليس بظروري يعني يبقى ممكنا اذا الأصغر يدور مدار الإمكان والأكبر يدور مدار الضرورة اذا النتيجة لا تكون ضرورية تكون اخص المقدمتين. ولهذا يقول لان التباين بين الاصغر والاكبر يحتمل ان لا يكون واجبا في الكبرى المشروطة نعم من الكبرى المشروطة ظرورية والصغرى ليست ظرورية. اذا النتيجة لا تكون ظرورية ولا دائما في الكبرى العرفية الان غير الكبرى تكون آآ تكون آآ عرفية اذا الصغرى ماذا تكون تكون آآ مشروطة. يعني ظرورية لماذا يختفي الدوام لماذا يختفي الدوام يقول ولا دائما في الكبرى العرفية. يعني اذا اخترنا الصغرى تغرى مشروطة يعني ضرورية ببركة الوصف والكبرى ماذا تكون? تكون عرفية يعني دائمية ببركة الوصف ما في ضرورة لماذا آآ ولا دائما في الكبرى العرفية لماذا تختفي الديمومة  لان الضرورة ضاربة ضاربة للامكان. والامكان يحتوي على العرفية العامة ينفي الدوام فيأتي اللا داوم هذا هو السر كما انه انه يصدق. يعني يأتي بالامتال كل انسان كاتب بالاطلاق  نعم كاتب الاطلاق يعني قد يدخل بالفعلية بالكتابة هذا الدخول الفعلي  قد يدوم لكن الكتابة ليست ضرورية للإنسان قد يكتب وقد لا يكتب اذن الإمكان حاوي على العرفية العامة على الدائمين. كل انسان كاتب بالاطلاق يعني كل مصادق الانسان تتلبس بالكتابة من اطلاق يعني قد تكون فعلية تدخل بالفعل ولا شيء من ساكن اليد ساكن اليد يعني غير متحرك بكاتب لان الكتابة تستطيع الحركة ما دام ساكن اليد. نعم ما دام ساكن اليد اذا تحركنا هذه ولا شيء من ساكن اليد بكاتم ماداما ساكن اليد هذه هي اه العرفية العامة ببركة الوصف لان العرفية العامة ببركة الوصف نعم لا شيء بساكن اليد بكاتب مادام ساكن اليد. اذا الكتابة تنتفي معنى الشيء الذي يتصف بماذا? بساكن اليد. لانها وصفية فانه ينتج لا شيء من الانسان بسكني اليد بالاطلاق لا دائما نعم جدا اه جميل لا شيء من الانسان بساكن اليد بالاطلاق لا دائما يعني يمكن ان يكتب في مقطع ويمكن ان لا يكتب في مقطع اخر جدا واضحة ما تحتاج الى لا الى العكس ولا الخلف كل انسان كاتب بالاطلاق دخول فعلي دخول فعلي جيد وعندنا لا شيء من الانسان بساكن اليد بالاطلاق لا دائما نعم يعني اذا تحركت ايده يكتب النتيجة ما هي اه لا ولا شيء من ساكن اليد بكتاب بكاتب بكاتب مادام ساكن يد يعني مادام الوصف يد الساكنة لا يكتب واضحة جدا بانه ينتج لا شيء من الانسان بساكن اليد لأن الحد الأوسط يختفي وهي الكتابة لا شيء من الانسان بساكن اليد بالاطلاق لا دائما لان سكون اليد بالنسبة للانسان ليس ضروريا يعني تورط هكذا يده ساكنة الى الابد? لا قد يوقف اليد على الحركة وقد يتحرك يعني لا تسكن يده. اذا عندنا دائرة دائرة سكون اليد عدم الحركة. وعندنا دائرة حركة اليد حركة ولهذا يقول لا دائما لا دائما واضحة جدا وكذا لو اخذت السورة في هذا المثال ممكنة يعني كل انسان كاتب بالامكان يعني قد يكتب وقاد لا يكتب. هنا ليس الفعلية. هنا قابلية الكتابة بالإمكان ان كان عام او امكان خاص لا فرق والكبرى مشروطة يعني كيف? ولا شيء من ساكن اليد بكاتب اه بالظرورة ما دام ساكن اليد هكذا والكبرى مشروطة لا ينتج هذا القياس ظرورية لماذا? لان اخص مقدمة هي الامكان ان كان في مقابل الضرورة لان دواء الدوام بحسب الوصف والضرورة بحسبه لا يستلزم الدوام ولا الضرورة بحسب الذات وحسب الوصف لجواز انقطاع الوصف عن الذات كالكاتب في هذا المثال. نعم واضحة جدا لا شيء من الانسان اه نعم اه تقول كل انسان كاتب بالإمكان ولا شيء من ساكن اليد بكاتب بالظرورة ما دام ساكني اليد عندك امكان في الصغرى وعندك امكان للضرورة في الكبرى ماذا ينتج نعم وكذا لو اخذت صغرى في هذا المثال ممكنة يعني الدائمية لا تكون والكبرى مشروطة لا ينتج هذا القياس ضرورية ماذا? لان الامكان يرفع الظرورة لان الدواب بحسب الوصف او ضرر بحسب الوصف لا لا يستلزم الدوام ولا الضرورة بحسب الذات نعم يعني قد ينفك الوصف وهو سكون اليد والانسان يتحرك نعم لجواز انقطع الوصف ما هو ارتفاع سكون اليد يعني الانسان يكتب او يبني حركة موجودة كالكاتب في هذا المثال معني قد يحرك يده يعني انتفاء سكون اليد ويكتب لا مانع من ذلك. كالكاتب في هذا المثال. اذا اذا قلنا كل انسان كاتب بالامكان ولا شيء من ساكن اليد بكاتب بالضرورة ما دام ساكن اليد لا يعني يعطيك ماذا يعطيك آآ بالاطلاق. نعم مم لا شيء من الانسان بساكن اليد بالاطلاق لا دائما يعني نفس النتيجة ولهذا قال وكذا لو اخذت يعني النتيجة هي انها</w:t>
      </w:r>
    </w:p>
    <w:p>
      <w:r>
        <w:t>النتيجة نعم هذا اذا كانت الصغريات مطلقة مطلقة عن الدخول الفعلي وان قيدت بوقت معين او غير معين يعني منتشرة بقي القيد في النتيجة كما تقول كل انسان متحرك اليد وقت كتابته خارج الكتابة ليس متحرك اليد. نعم  كل انسان متحرك اليد يد وقت كتابته كيت ولا شيء من النائم بمتحرك اليد ما دام نائما. طبعا متحرك اليد بالارادة نعم النائم قد يتحرك يحرك الارادة. لانها لا تنسب له كانسان نائم هناك فاقد للوعي لا يصدق عليه انسان هذا بحث فلسفي نعم يعني قوة ليست في سياقها اذا حتى لو حرك يده وهو نائم لا تنسب اليه لان قوة الادراك هناك اه قوة العاقلة والتي تحرك اليد باختيار غائبة اذا اذا قال ولا شيء من النائم بمتحرك اليد ما دام نائما لا تنقض عليه تقول انا ارى نائم يحرك يده لا لان النائم فقد الوعي الادراكي ولا شيء من نائم متحرك اليد ما دام نائما. فانه ينتج لا شيء من الانسان بنائم وقت كتابته. نعم. وقت الكتابة حركة ارادية. والنون حركة هناك ما في حركة ارادية لان القوة الادراكية غائبة. لا شيء من الانسان بناء. متى? حين يكتب وقت كتابته. لان الاصغر اصغر ما هو هنا الإنصاف كل انسان متحرك اليد وقت كتابته ولا شيء من النائم بمتحرك اليد ما دام نائما  سابين لكم المسألة بمبدأ الهوية. خلينا نكمل هذا المطلب يقول اه لان الاصغر الاصغر ما هو انسان كل انسان متحرك اليد وقت كتابته. الاصغر هنا الانسان موضوع الصورة لان الاصغر هو الانسان في المثال. اذا ثبت له الاوسط في وقت معين. ما هو? تحرك اليد وانتفى عن الاكبر ما دام موصوف بالعنوان نعم لأكبر ما هو اه ولا شيء من نائم بمتحرك اليد ما دام نائما متحرك اليد هو اه الاكبر وانتفى الاوسط عن الاكبر ما دام موصوف بالعمر كان الاكبر موصوف بالعمر مثلا بالعنوان منتفيا الاصغر في ذلك الوقت. نعم في ذلك الوقت يعني في وقت النوم الانسان لا يكتب نعم خارج النوم الانسان يكتب مسائل سهلة. خليني ابين المسألة بمبدأ الهوية. انظر كل انسان متحرك اليد وقت كتابته واضحة جدا يعني كل مصداق الانسان كطهة متحرك اليد اه في زمن الكتابة حتما يتحرك اليد نعم. والحركة هنا ظرورية هاذي فهمناها ولا شيء من النائب بمتحرك اليد ما دام نائما يعني وصف النوم الذي يفقده الوعي يعني القوة العاقلة لا تشتغل يبقى فقط الخيال هو الذي يسود ويقود تنتفي عنه الحركة. الحركة الارادية طبعا. هذه واضحة جدا الآن اطبق مبدأ الهوية النائم ما هو? هو الانسان بنحو الانسان بنحو يعني بنحو يعني بصفة النوم كانك قلت ولا شيء من الانسان بنحو بمتحرك اليد ما دام نائمة يعني انت ما خرجت عن الانسان فعندك انسان بنحو بنحو آآ الكتابة في وقته وعندك انسان بنحو النوم ليس بكاتب. معقول؟ اه معقول? يعني في وقت الكتابة يكتب بالظرورة وفوقت فقدان الوعي عن النوم لا يكتب نعم لكن ليس دائما حال النوم فقط. نعم ولهذا يقول لي انا الاصغر الانسان اذا ثبت له الاوسط ما هو اه الكتابة بوقت معين وقت محدد حينما يكتب وانتفى عن الاكبر اه انتفى عن الاكبر يعني الاوسط المفروض. وانتفى الاوسط يعني الكتابة على الاكبر ما دام موصوف بالعنوان ما هو? النوم كان الاكبر الموصوف بالعنوان. يعني كان الكاتب الموصوف بالعنوان اه آآ كان آآ كان الاكبر الموصوف بالعنوان يعني النائم منتفيا عن الاصغار عن الانسان في ذلك هو وقت وقت التلبس بالنوم. يعني الانسان لا يكون كاتبا بحال كونه نائمان غير انو نعم قد يكتب في وقت ما قال وان كان تا ممكنتي الجمع لم ينتج. اذا اذا طبقت جيدا مبدأ الهوية قواعد قواعد المعيارية العامة. آآ تفهم جيدا السر. لماذا? لان النائم هو الانسان اذن الانسان بقيد النوم ما معنى? يعني فقد القوى العاقلة ماذا حركة له ان هذه الحركات التي تحدث في النوم ليست حركات انسانية نعم قالك الانسانية مشروطة بالوعي الارادة اذا في حالة انه ينتفع عنه الكتابة احالة الكتابة والوعي في وقت ما يكتب بالضرورة يكتب بالظرورة. اذا اذا قلنا كل انسان متحرك اليد وقت كتابته وهذه ضرورية وقتية ولا شيء من النائم بمتحرك اليد ما دام ناعما فينتج لا شيء من الانسان الانسان هو الاصغر بنائم لماذا? لأن متحرك اليد حد اوسط يختفي تأتي النتيجة. فانه ينتج لا شيء من الانسان بنائم وقت كتابته. بالضرورة نعم بالظرورة كان احد الاساتذة في الحوزة من من العرفاء يدرس وهو نائم يدرس وهو نائم. تقول شيخنا هذا الضرب للقواعد المنطقية. اقول لك في العرفان ظرب لكل القواعد ليس فقط القواعد المنطقية. نعم يعني هي ليست ضرب للقواعد لا هذا مستحيل عقلية مستحيل يعني هو يدخل في حالة من من من القوة القوى الغيبية آآ هل عدم السيطرة على اه ارادتي تختفي وفي عالم الغيب قوي جدا ويسيطر على نفسه في حالة النوم وفي حالة الصحو هكذا نفسر هذه المسألة كالمعجزة مع القوانين الطبيعية كثير يعتقد ان المعجزة قانون ينفي القانون الطبيعي لا لا لا ابدا المعجزة قوة قوة في مقابل قوة القانون. القانون يبقى مثلا انا الان ارمي هذا القلم الى السماء نرمي الى السماء هل القانون الجاذبية انتفع? لا في قوة في مقابل قوة الجاذبية اقوى من قوة الجاذبية فهقول الجاذبية باقية. بدليل انه يرتفع يرتفع الى نقطة ثم يعود. جاذبية موجودة اذا المعجزة ليس آآ قانون يضرب يضرب آآ قانون اخر لا ابدا قوة في مقابل قوة والقانون القانون الاول باقي والقانون الثاني باقي. نعم كلما تجلت هذه القوة تظهر المعجزة نعم قوة في مقابل قوة وليس قانونا في مقابل قانون. قال وان كانتا ممكنتي الجمع لما ينتج. اقول هذا هو القسم الثاني من الاختلاط اختلاط الصغريات الذاتية والكبريات الوصفية. يعني عندنا صورة يثبت لها اه يثبت المحمول للموضوع ببركة الذات غياب الوصف والكوبريات يثبت المحمول للموضوع ببركة الوصف اه اه الاخرى ليس ببركة الوصف الصغريات الكبرى ببركة الوصف. قد تكون ضرورية قد تكون دائمية الا يهم وهو الذي يمكن اجتماع الجهتين فيه فيجوز نسبة الاوسط بالايجاب الى شيء بجهة احدى المقدمتين ونسبته اليه بالسلب بالجهة المقدمة الاخرى كالصغرى الممكنة مع الكبرى العرفية. دقق جيدا الصغرى الممكنة نقول كل انسان كاتب بالامكان ولا ما فيه وصف مع الكبرى العرفية كما تقول لا شيء من جيم باب بالامكان يعني ممكن ان ينفصل جيم عن باء هذه هي الصورة الذاتية ما فيه وصف لم يقل لا شيء من جيم باء ما دام جيم لم يقل هذا. قال لا شيء من جيم باب الامكان يعني التصادق الخارجي قد لا يكون  هذا هو الإمكان</w:t>
      </w:r>
    </w:p>
    <w:p>
      <w:r>
        <w:t>وقد يكون لان ممكنة الكبرى ما هي؟ وكل الف باء ما دام الف ثبوت بالي الف ببركة الوصل قد تكون عرفية قد تكون مشروطة الكبرى ما يهم فانه لا ينتج لا ينتج لماذا لا ينتج? لانتفاء الشرط الاول لانتفاض الشوط الاول اعني اختلاف المقدمتين بحيث لا يمكن الجمع بينهما يعني سالبة وايجابية نعم لا شيء من جيم بالامكان وكل الف باء ما دام الف قد تقول شيخنا اختلاف الكبس اختلاف الكيف صارخ لا شيء سالبة وكل الف باء موجبة نعم لانتفاء الشوط الاول عن اختلاف المقدمتين بحيث لا يمكن الجمع بينهما فانه يصدق لا شيء من الكاتب لمتحركي اليد بالامكان يعطي الامثلة لا شيء من الكاتب متحرك اليد بالامكان العام ما معنى يعني اه يمكن ان يتصف لا شيء من الكاتب متحرك اليد بالامكان العام  وكل انسان  كل انسان كاتب متحرك اليد ما دام انسانا انسانا كاتبا. يعني مادام كاتبا شوف الصورة لا شيء من الكاتب بمتحرك اليد بالامكان نعم يعني ليس بمستحيل في حقه ان لا تتحرك يد. والكاتب يعني الإنسان المتصل بالكتابة يمكن انت تنتفع عنه الكتابة ليس بمستحيل. نعم. فالقضية تكون صادقة. لا شيء من الكاتب بمتحرك اليد بالامكان. لان الجهة امكانية. ما معنى؟ يعني هذا الذي اتصف بالكتابة يمكن ان ترفع عنه الكتابة وترفع عنه حركة اليد ان الكتابة ليست ملتصقة به ضرورية من الجهة ان كان لا شيء من الكاتب بمتحرك اليد بالامكان قد انت تتوهم وتقول شيخنا اينما يكون الكاتب تكون حركة اليد. بالضرورة كيف يقول بالإمكان؟ قلت يا حبيبي الإمكان دائرة عامة تشمل الضرورة والإمتناع والإمكان الخاص يعقل يعني هذه الذات الكاتبة يمكن ان ترتفع عنها الكتابة وتصرف عنها حركة اليد يمكن ان تقول نعم يمكن هذا هو مدلول هذه الصغرى. لا شيء من الكاتب متحرك اليد بالامكان وكل انسان كاتب متحرك اليد ما دام انسان كاتبا يعني ما دام الوصف نعم هنا قال آآ لو قال آآ لانه يريد ان يأتي  يأتي بحد اوسط وحد اصغر نعم آآ الحد الأصغر والحد الأكبر الحد الاصغر كاتب والحد الاكبر هو الانسان الحد الاوسط متحرك اليد ولهذا قال الكاتب ما قال الإنسان لا شيء من الكاتب المتحرك اليد بالامكان عقدناها وكل انسان كاتب متحرك اليد ما دام انسان كاتبا اذا جاء وصف الكتابة حتما يده تتحرك ولا ينتج لا شيء من الكاتب بانسان كاتبا لا شيء من الكاتب بايسان كاتبا يعني حالة كونها كوني كاتبا لا يمكن لا شيء من الكاتب بانسان كاتبا تناقض لان كل كل كاتب فهو انسان بالضرورة لماذا لمبدأ الهوية. طبق عليه مبدأ الهوية. الكاتب ما هو? انسان تحيث الانسان تحية بالكتابة. محموله ما هو اه الانسان بقية الكتابة اذا الانسان بقيد الكتابة هو الانسان بقيد الكتابة نعم مبدأ الهوية قال وكذلك ان كانت الوصفية صغرى الوصفية الصغرى مم قد تكون عرفية قد تكون مشروطة لا يهم. والذاتية كبرى. ذاتية كبرى يعني اختلال الوصف لم ينتج فان الكاتب متحرك ما دام كاتبا والانسان ليس بمتحرك مطلقا وسلب الانسان على الكاتب ممتنع عاد نخليها ان شاء الله الحصة القادمة لأن الوقت انتهى.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