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قال وكذلك ان كانت الوصفية صغرى الوصفية صغرى يعني المحمول يثبت الموضوع ليس لذات الموضوع بل لوصف يتصف به الموظوع كان الاتصاف ظروريا يعني مشروطة كان ليس ظروريا عرفيا كانوا الدائمية ليست دائمية المهم والذاتية الكبرى كبرى القياس ليس لبركة الوصف الذات يقتضي المحمول ليس ببركة الوصف نعم تقول وكذلك يعني بناه على ما سبق وان كانتا ممكنتي الجمع لم ينتج هناك وكذلك ان كانت الوسطية صغرى والذاتية كبرى لم ينتج لماذا العقم يقول فان الكاتب متحرك ما دام كاتبا هادي هي الوصفية يعني عندنا ذات الإنسان مثلا اقول لشيخنا ما عندنا الا الانسان مرضا ونظن هنا عندنا غير الانسان لا يعني ذات متى  تتحرك بوصف الكتابة ليس بوصف الذات. الانسان بما هو انسان قد يجلس ولا يتحرك اذا تعنون بوصف كاتبية او الكاتب يتحرك ما دام كاتبا طبعا ما دام كاتبا اذا توقف من الكتابة يده لا تتحرك اذا هذه قضية موجهة الوصفية يعني ببركة الوصف الذي هو الكتابة هذه صورة صورة موجبة والانسان ليس بمتحرك مطلقا ولا سالبة. نحن لا زلنا في الشكل الثاني يجب ان يكون الكيف مختلفا بمقدمة بالايجاب وفي المقدمة والانسان ليس بمتحرك مطلقا هادي هي اه الفعلية ليس بمتحرك يعني الفعلية ما غير متحرك لقينا السكون باعتبارها مطلقة ساكتة يعني الدخول الفعلي بدون حركة يتحرك بعد ذلك ما في بأس لماذا? لانه مطلقة مطلق جيد هل ينتج هذا الحد الاوسط ما هو اه التحرك للصغرى محمول بالايجاب وفي الكبرى محمول بالسلب اذا انتج ماذا يقول? تقول اه الكاتب ليس بإنسان  وسلب الانسان عن الكاتب ممتنع اذا قلت الكاتب ليس بانسان والكاتب هو الإنسان انسان مقيد بوصف يعني الف المقيد سين ليس الف   المحمول هو الف والموضوع هو الف تقيد هنا ليس له موضوعية. لماذا? لاننا ارجعنا الى مبدأ الهوية تقول الكاتب ليس بانسان. كانك قلت الانسان المقيد بالكتابة ليس بانسان كتابة حذفها الإنسان ليس بإنسان مستحيل مبدأ التناقض واضحة جدا هذه المسألة اقول اذا كانت الوصفية صغرى يعني القضية المحمول يثبت الموضوع ببركة الوصف وهو الكتابة في المثال وصغرى والذاتية كبرى يعني ليس ببركة الوصف ببركة الذات لم ينتج شيئا نعم بشرط ان تكون الكبرى من القضايا التي لا تنعكس سوالبها كالممكنات والمطلقات في المثال جاء بالمطلق فانه يصدق كل كاتب متحرك اليد ما دام كاتبا وصفية وايجابية الكبرى يجب ان تكون ذاتية سالبة ولا شيء نفي ولا شيء من الانسان بمتحرك بالاطلاق نعم بالاطلاق يعني في فعلية ما لا يكون متحركا في موقع اخر يكون متحرك. المطلق الفعلية فقط نعم ولا ينتج لا شيء من الكاتب بانسان كأنك قلت لا شيء من الإنسان المقيد بالكتابة ليس بإنسان او لا شيء من الانسان وهو قيل بالكتابة باي انسان يعني مبنى الهوية ينتفي الف الف يصير الف ليس الف بل كل كاتب انسان بالظرورة. نعم. بالظرورة لان هذه الظرورة اكتب ظرورة تحصيل للحاصل مادة الهوية. الانسان وذلك من حيث انه يجوز ان يكون ذات الاصغر ذات الأصغر يعني الإنسان الذي يتعنون بالكتابة والاكبر واحدة نعم الصغرى ما هي? الكاتب متحرك مادام كاتبا من الكاتب? هو الانسان الاكبر ما هو? والانسان ليس بمتحرك والانسان بيموت حرك من الاكبر للانسان لأنه هو الشكل الثاني بالشكل الثاني الاصغر موظوع الصورة والاكبر موضوع الكبرى. نعم. والوصفان ثابتان لها غير دائمين نعم ما دام الوصف واحدهما يدوم لها بدوام اخر لا مطلقا. نعم فلا يصدق سلب الذات عن نفسها. يعني هذا القياس يؤدي بنا الى نفي مبدأ الهوية يعني مؤدى مبدأ الهوية ليس مبدأ الهوية. مؤداة مبدأ الهوية معيار الرمادي مؤداة يعني الإنسان انسان انت في انسان ليس به انسان وقلت لكم محور الوجود ومحور المعرفة هو هذا الذات يعني مبدأ هوية والأساس اذا انتفى مبدأه هي الانسان لا يستطيع ان يعيش ثانية واحدة. هو في حد ذاته في ان اخر لا يكون وهو بالماء في آن واحد لا يكون ماء. الشجر في ثانية واحدة تختفي شجريته فلا تستقر الامور اذن مبدأ الهوية هو مستقر استقرار الهويات ثم تأتي التعينات شجرة مثمرة شجرة باسقة شجرة خضراء مبذة جوهري الكبرى الدائمة بدوام الوصف  تنتج في الشكل الثاني مطلقة عامة. مطلقة عامة يعني الفعلية قال والكبرى الدائمة بدوام الوصف  دائما دوام الوصف يعني العرفية الى لم نكن في الضرورة. اذا كنا في الضرورة مشروطة نعم والكبرى الدائمة بدوام الوصف دون الذات يعني وصفية المحمول يثبت للموضوع ببركة الوصف بيناها هادي تنتج ما اية صغرى اتفقت مطلقة عامة مطلقة عامة يعني الدخول الوجودي على النسبة موجودة. الموضوع تلبس بالمحمول انتهى الامر على الدخول الوجود لماذا تعليله? لان النتيجة الدائمة الموجبة في الصغرى طبعا تكذب معها لان النتيجة الدائمة الموجبة تكذب معها فيصدق نقيضها اذا اخذنا اه الصغرى الكبرى ايجابية والصغرى سالبة اي سورة اتفقت يعني فيه سلب بين الموضوع والمحمول  الكبرى الدائمية اما بنا دوام دوام الوصف بدون ضرورة او اه بالظرورة. يعني المحمول يطال جميع الا اما المسافة لا تجد موضوعا لا يتصل بالمحمول بجميع المسافة اما بنحو الظرورة تسمى المشروطة العامة وبدون ضرورة تسمى العرفيال العامة اذا قيدتها باللا دائمية وشرطة خاصة او مشروطة عامة نعم  تنتج مع اي صورة. اي سورة تأتي بها فيتم الانتاج. اقول اذا كانت الكبرى مشروطة خاصة هو قال في في المتن قال والكبرى دائمة بدوام وصف لم يقل لا مشروطة ولا عرفية عامة على ما نحل يعطيك الاحتمالات اذا كانت الكبرى مشروطة خاصة ما معنى مشروطة خاصة المحمول يثبت لذات الموضوع ببركة الوصف بمقطع ما وبالضرورة. علي المشروطة الخاصة او عرفية خاصة. المحمول يثبت لي ذات الموضوع ببركة الوصف في مقطع خاص بدون ضرورة فانها تنتج مع اي صورة اتفقت مخالفة لها في الكيف مطلقة عامة اذا كانت الكبرى موجبة الصورة تكون سالبة. اذا كانت الكبرى سالبة سوف تكون وجبة. حتى يتحقق الشرط شرط شكلا ثاني اختلاف بالكيف ما هو الإنتاج مطلق عامة? مطلقة عامة يعني دخول الدخول الوجودي لماذا؟ سره سهل جدا اه الكبرى تدل على المقطعية حسب تفسير العلامة الحلي والا المتن آآ ما قال انها مشروطة خاصة او عرفية خاصة. قال والكبرى الدائمة بدوام الوصف ممكن الدائمة بدوام الوصف قايد اللادائيمية موجودة لان المشروطة الخاصة والعرفية الخاصة القيد اللا دائمية موجود لا دائما لا دائما يعني المساحة مقسومة الى قسمين دائرتين دائرة دخول</w:t>
      </w:r>
    </w:p>
    <w:p>
      <w:r>
        <w:t>دخول النسبة انتصاف الموضوع بالمحمول وفي مقطع اخر عدم الاتصاف يعني ما في محمول ثابت للموضوع العلامة الحلي بين هذا النصب للمحقق التونسي الذي لا يفصح عن مراده اه المشروطة الخاصة والعرفية الخاصة ما معناه? يعني الدخول المقطعي ببركة الوصف مرة دخول ضروري وشرطة خاصة. مرض دخول غير ضروري عرفية خاص. فإنها تنتج مع اي صغرى اتفقت مخالفة لها في الكيف حاتمنى يكون فيه اختلاف بالكيف مطلقة عامة يعني الدخول انا نوفل سفرك المسألة الكبرى اطالب جميع آآ المسافة حسب ظهر المتن تفسير العلامة يقول لا اطالت مقطعا من الوجود بالظرورة او بغير الظرورة شروطها خاصة او مشروطة عامة وانت تأتي بصغرى تكون سالبة مخالفة للكبرى اذا كانت موجبة اذا كانت الكبرى سالبة الصغرى تكون موجبة. الاختلاف في الكيف ضروري لانه اساس الشكل الثاني لانه ينتج دائما سالبة جيد عند دخول مقطعي وصفي مرة ضروري مرة غير ظروري تأتي باي اه باي صورة باي جهة كانت  ينفرض كانت دائمية بالضرورة كانت دائمية ب غير الضرورة كانت وجودية كانت وقتية كانت عرفية عامة يعني فعلية مهما كان الإنتاج يكون مقطعيا وبالسلب هذه العرفة العرفية العامة. يكون مقطعيا يعني دخول ماء وبالسلب لأن الشكل الثاني ينتج سالما لماذا? لان الاصل كبرى مقطعية. ما معنى كبرى مقطعية? يعني الدخول الفعلي في مقطع ما اذا الدخول الفعلي مؤمن ليس مؤمن بنحو الانبساط  بنحو مقطعية تأتي بالصغرى باي شكل كان لان الكبرى هي ملاك الانتاج فالنتيجة تدخل في مقطع ما من يؤمن المقطع الماء هو العرفية العامة. العرفية العامة يعني الدخول الفعلي الدخول الفعلي. نعم هذا هو ايه البيان? نعم اذا كانت الكبرى مشروطة خاصة يعني وصفية ظرورية مقطعية او عرفية خاصة وصفية غير ظرورية مقطعية فانها تنتج نعم يعني القياس او القرينة تنتج مع اي صغرة اتفقت اي صورة ان الملاك هو الكبرى الكبرى مقطعية النتيجة تكون مقطعية وهذه هي الفعلية. يعني مطلقة عامة اتفق اه تنتج فانها تنتج مع اي صورة اتفقت مخالفة لها في الكيف لتأمين الشرط الأساسي والإختلاف في الكيف مطلقة عامة مطلقة عامة يعني الدخول الفعلي. نعم  كما تقول كل جيم باء بالاطلاق هذه الصغرى اطلاق يعني آآ العرف هي العامة يعني الدخول نعم لانك ممكن تقول كل جيم باء بالاطلاق وممكن لك تقول لا شيء من جيم بالاطلاق. الاطلاق  هو المطلقة الفعلية ولا شيء الكبرى يعني في هنا اختلاف كيفي. اذا شرط الشكل الثاني مؤمن ولا شيء من الف باء ما دام الف لا دائما. هي المقطعية لا دائما هي رمز المقطعية وليس الشمول نسوا الشمول المسافيين نعم اذا المدلول الصغرى ما هو فيه التواجد الصدقي فقط التواجد الصدق فقط تواجد الصدق فقط يعني الدخول الفعلي  يعني جيم يتواجد مع با في مقطع ما ولو نقطة ثم ولا شيء من الف باء. انظروا الحد الاوسط باء محمول في مقدمتين بالايجاب والسر. الشكل الثاني ولا شيء من الف باء ما دام الف لا دائما يعني في تنافي الصدق في دار الوجود المقطعي التنافي الصدقي التنافي الصدقي فانها تنتج لا شيء من جيم اليف عند غياب الحد الاوسط بالاطلاق نعم بالاطلاق لان النتيجة تتبع خصم مقدماته ولا الأخصية هو الإطلاق يعني مطلق الدخول مطلق الدخول ما يقابله الى الإمكان الإمكان عدم الدخول اذن اول درجة في الدخول هو الفعلية يعني الاطلاق الاطلاق العام فالنتيجة لا تكون الا بهذه الجهة الضعيفة نعم ما هي? لا شيء من جيم الف بالاطلاق. يعني في عدم تصادق مطلقا يعني على الطول لا في عدم تصادم ولو في نقطة واحدة بين جيم والف هذا هو المنطق ما يحتاج الى حتى قياس الخلف ما يحتاج ايه ما يحتاج  يقول يأتي بقياس الخلف. يعني اذا لم تصدق لا شيء من جيم الف بالاطلاق لصدق. تقول شيخنا اذا لم يصدق سين لماذا يصدق لازم المبدأ مبدأ التناقض منطقة ريسطو او المنطق السوري اساسه هو هذه المعايير العقلية ومنها مبدأ التناقض والا لا صدق يعني اذا لم يصدق النتيجة لا شيء من جيم الف باء بالاطلاق. يعني اذا لم يصدق عدم التصادق الفعلي ولو في ثانية جيم غير الف ولو في ثانية ولو اقل من ثانية لا صدقة بعض جيم الف دائما نعم انت كيف تنفي الدخول النقطي ها آآ تقول آآ لمدير المدرسة مدير المدرسة تشتكي تقول هذا الاستاذ الفلاني اه يغيب يغيب عن المدرسة وبالتالي الطلاب لا يدرسون حيث خصوصا في نظام متطور الظرائب عندها قيمة عن في المجتمع والدولة. يعني الانسان يعطي الضرائب يعطي الضرائب وهذه المدرسة يدفع للاساتذة من الضرائب فمن حق المواطن ان يطالب بحقه. يشتكي عند المدير يقول له الأستاذ يغيب. ما معناه? يعني عدم التواجد في نقطة ما في القسم حصة مثلا في الأسبوع يغيب حصة واحدة نعم المدير كيف يبطل هذه الدعوة يأتي بهذا سجل الغياب سجل بالغياب او في الان في الحاسوب عندو الحاسوب امامو يضرب تانية تأتي قائمة الغياب والحضور الأستاذ حاضر على طول اذا اذا اردت ان تنفي النقطة الدخول يجب ان تثبت لا المساحة كلها عدم الدخول او بالعكس اذا اردت تنفي عدم الدخول تأتي بالمساحة كلها والمسافة كلها لي اه الدخول. هذا هو المنطق هذا هو المنطق. ولهذا الديكتاتوري في السياسة حتى يستقر على عرشه مفتاح البال يبيد كل المعارضة يبيد كل المعارضة او يحيدها السيارة ليست فاعلة هذا هو حتى اه يطال حكمه جميع المسافة نعم يقول وان لم ينتج لا شيء من جيم الف بالاطلاق يعني اذا لم يكن هناك عدم التصادق في نقطة واحدة بين جيم والف لا صدق ماذا? بعض جيم الف دائما نعاني التصادق الدائمي التصادق الدائم ما هو نقيضه? رفع التصادق في نقطة واحدة ثبوت الشيء ناقضه رفع الشيء وهو يناقض لا شيء من الف با عين اه  اه الكبرى في الكبرى بقبرنا وهو يناقض لا شيء من الف باء مادام الف لهذا من الكبرى على من تقدم ان الصغرى الدائمة مع الكبرى العرفية الخاصة في الشكل الام اول مما لا يجتمعان على الصيادة وقد فرظنا صدق السورة فيكذب عادي فيكذب هذه الدائمة. افتكذب هذه الدائمة فيصدق ناقضه. اعني النتيجة المطلوبة. ما هي لا شيء منا اه آآ لا شيء من جيم الف بالاطلاق لان الكبرى دلت على ان وصف الاكبر ليس بدائم لشيء من الذوات فلا يكون دائما للاصغار هذا هو الانتاج اذا عندك انت الدخول الفعلي كل جنب الاطلاق. يعني جيم وباء تصادق في نقطة واحدة هذا هو الدخول الفعلي الكبرى ماذا تقول تقول ولا شيء من الف ما دام الف لا دائما يعني فيه هذا الدخول المقطعي الثانية تقول عدم الدخول الدخول المقطعي اه النتيجة تتبع خسر مقدمة وبالسلك. النتيجة تكون اطلاقية. يعني عرفية عام</w:t>
      </w:r>
    </w:p>
    <w:p>
      <w:r>
        <w:t>الشكل الثاني لا ينتج قضية مركبة مقيدة باللا دواب اولا ظرورة قال ولا ينتج الشكل الثاني هذا الشكل ولا ينتج هذا الشكل يعني الشكل الثاني اه غير محتمل للضرورة اصلا غير محتملي الضرورة لاحتمال تبائن الحداد في كل حال نعم اه اللا دائمية واللا ضرورية يعني المقطعية ببركة الوصف. سواء كنا في الضرورة او في عدم الظرورة دائما اذا قلنا لا دائمية ولا ضرورية يعني عندنا دائرتان. دائرة الدخول ودائرة عدم الدخول يقول الشكل الثاني لا ينتج قضية مركبة مقيدة. نعم لماذا? لأن الشكل الثاني مشروط بالاختلاف في الكيف ونحن لا في اللادائمية الضرورية او اللادائيمية غير ضرورية يعني اه العرفية الخاصة ان الضرورية المقطعية المشروبات خاصة باعتبار الدائرتين يعني في دخول وصفي في خروج وصفي  اه اذا جئنا بالايجاب يعني الدخول  نأتي بالسلب الاشتراكي اشتراط اختلاف الكيف  ما نقدر لماذا? لان هذا السلب ما نعرف انه في مقابل دائرة يعني في مقابل الدخول او في مقابل عدم الدخول جيد اذا كنا في السرب المقطعي نأتي بالايجاب هذا الايجاب لا ندري انه هو يتسوق مع عدم الدخول الى الدخول وعدم الدخول او يتصادق مع الدخول فانت تحير نعم فما فيه نتيجة يعني خليني نبين لك بالعرف انت عندك شغل اساسي مع صديق الشغل اساسي مع صديق وتبحث عنه وانت تتحدث مع صديق اخر انا احتاج فلان بالظرورة نعم فهو يقول والله انا عندي اليوم في في البيت عند المشارق في الدار عند المغاربة عندي حفل نعم حمدي حفز البيت. حفل لمدة ساعتين فقط يعني وقت الحفل فقط اه ساعة نعم يقول اه جدا رائعة فرصة رائعة انا اتي في هذا الوقت واجد الصديق يأتي بعد قفلت ياتي نعم هذا الصديق الذي يحتاج هذا الصديق يسأله في اي وقت انت حفلك يعني حدد لي الوقت وغير محدد يعني ممكن يكون من الساعة الثامنة صباحا الى العصر ممكن ان يكون من العاشرة الى الثاني عشر ممكن يكون من الثاني عشر الى سعة ثانيا من الثانية على الرابعة من الرابعة الى السادسة من السادسة الى الثامن كلها مفتوحة ولا نسألك يستطيع ان يعثر على صديقه? لا ابدا ابدا الا اذا اه ذهب هكذا فقط من باب الاحتمال وفي الاقيص الاحتمال لا قيمة له اذا حدد له الوقت قال الحفل من الساعة الثانية الى الرابعة او من رابع على السادسة نعم ويروح محدد اما اذا لم يحدد يعني ما معناه? يعني يحتمل ان يكون من العاشرة الى الثاني عشر ثم الحفل لا يكون ايجاب وسهل يذهب ما يذهب شوف هذه يذهب ما يذهب لان صديقه متواجد وغير متواجد نعش في الاحتمالات يعني اذهب الى الحفل قد لا يكون لا اذهب قد يكون ما يقدر يطمئن يقينا انه صديقه متواجد لانه غير محدد. هذا هو المعنى اللا دائمية. كنا في الضرورة والأديمية كنا في العرفية الخاصة يعني آآ آآ الثبوت المحمول للموضوع ببركة الوصف في مقطع ما ضرورة او غير ضرورة قال ولا ينتج هذا الشكل يعني شكل ثاني غير محتمل غير مفعول به ولا ينتج هذا الشكل وهذا الشكل الفاعل غير مفعول به. غير محتمل للضرورة اصلا لاحتمال تباين الحداد في كل حال. لاحتمال تباين حدهم في كل حال كما بينت لك. هذا الصديق الذي يبحث عن صديقه ما يعرف آآ متى يتواجد الانسان في الحذف صديقه في الحفل الذي يحتاجه ضروريا لأن الحفل غير محدد وقته نعم فيذهب بالاحتمال والاحتمال لا قيمة له. اقول قد ظهر مما تقدم ان نتائج هذا الشكل محتملة للضرورة ولا ينتج قضية مركبة مقيدة باللا ضرورة او بلا دوام نعم يعني لا ينتج مشروطة خاصة ولا عرفية خاصة. لاحتمال تباون حد الاصغر والاكبر في كل حال. احتمال احتمال انه لا يجد صديقه بان هذا الصديق الثاني لم يحدد له وقت الحفل وقت الحفل  نعم فلا يصدق الاكبر على الاصغر فلا يصدق الاكبر على الاصغر اكتب تحتها بمثالنا لا يجتمع الصديق مع الصديق او لا يلتقي الصديق مع الصديق هذه هذه المتون وهذه المطالب اه ترسخ في الدين بهذه الامثلة يجب ان يكون ذينك جوال في الامثلة سريعا تكتشف المثال بالله عليك هذه الأمور نعيشها يوميا نعيشها يوميا لا يمكن ان نخرج عن هذه الجهات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