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بسم الله الرحمن الرحيم. سبحان الله. الله يا الله. والحمد لله ولا اله الا الله يا الله. والله اكبر اعوذ بالله من الشيطان الرجيم. بسم الله الرحمن الرحيم وبه تعالى نستعين والصلاة والسلام على محمد واله الطيبين الطاهرين. اللهم صل على محمد وال محمد اللهم ارزقنا التوفيق والاخلاص وصلنا معكم الى هذه الفقرة شرائط الانتاج في الشكل الثالث اكملنا البحث بالشكل الثاني ننتقل الى الشكل الثالث. قال الشكل الثالث هذا المتن للمحقق الطاوسي الشكل الثالث ان كان الاصغر خارجا عن الاوسط نعم يعني فيه بينونة بين الحد الاصغر والاوسط بين موظوع الصغرى ومحمول الصورة والاكبر اما خرج عنه بالبعظ الاكبر في الكبرى خارج عن الاوسط بالبعض يعني جزئية لاحتمال عمومه موجبا او بالكل خرج عنه بالكل مسلوبا لم يعرف حاء لم يعرف حالهما امتلاقيان خارجا ام متباينا نعم يريد يثبت شروط  الشكل الثالث كبرى يجب ان تكون كلية للشمول للاندراج قلت لكم ان مبدأ التناقض يعطي المشروعية كبرى القياس قياس الاقتران الحمل يجب ان تكون الكبرى نافية لنقيضها. يعني يجب ان تكون كلية موجبة سالبة له ان تكون اه كلي هذا شرط اساسي والصغرى تكون موجبة هنا ولهذا قال ان كان الاصغر خارجا عن الاوسط. يعني شت الحد الأوسط مسلوب عن الأصغر هنا لا ينتج اذن شروط هذا الانتاج صغرى تكن موجبة صغرى تكون موجبة والكبرى تكون آآ كليا نعم سالبة موجبة هذا اقول قد ذكرنا فيما تقدم ان شرائط انتاج هذا الشكل بحسب الكم والكيف امران احدهما اجابة سورة يجب ان تكون موجبة في الشكل الثالث والثاني كلية اه كلية احداهما يجب ان تكون اه كبرى كليا نعم البيان الاول انه لو لم تكن موجبة يعني الا الصغرى لك انت سالبة يعني اذا لم تكن الصغرى موجبة لكانت سالبة لأن الأمر يدور بين النفي والإثبات نعم بين النفس والاثبات مبدأ التناغض مبدأ التناقض بالصياغة الوجودية الصياغة الوجودية تقول شيء اما موجود او معدو او الشيء انما وجود كذا او معدوم كذا معدوم بكذا موجود كذا يعني غير التحقق. التحقق مع وصف تقول الشجرة اما مثمرة او لا مرة تقول لا تقول الشيء اما مثمر او لا بين النفي والاثبات يعني ثبوت الاثمار عودا ثبوت الاثمار مع اجتماع النقيضين هذا هو يجتمعنا مرة تقول له شيء اما موجود او الشيء اما موجود شجرة او لا هذه الصياغة الأمور طولوجية الصياغة الوجودية وعندنا صياغة معرفية تقول آآ اه ايجابه السلب نعم قضية موجبة وقضية سلبة تنقضها في كل مكوناتها نعم  يقول انها لو لم تكن موجبة لك انت سليمة في الصياغة المعرفية في النظم المنطقي لماذا اذا لم تكن وجبتكم سلبة? التناقض نعم هذه امور واضحة انا اؤكد عليها للجامعين الاعزاء نعم  ويكون الاصغر خارجا عن الاوسط  اي نعم انه لو لم يكن موجبا يعني لو لم تكن الصغرى موجبة لكانت سالبة ويكون الاصغر خارجا عن الاوسط هذه بين خطين شرح للسلب يعني ما معنى كانت سالبة? يعني الحد الاوسط في الصغرى ينتفع عنه الحد الاوسط فالكبرى ما هو حالها اما سالبة او موجبة يعني كبرى اذا كانت صغرى سالبة الكبرى لا تخلو من حاله. اما سلبة او موجبة. لمبدأ التناقض كذلك فكم احتمال احتمالا اما الكبرى سالبة واما موجبة نعم فإن كانت الكبرى سالبة والصغرى سالبة حسب الفرد لا انتاج من سليمته حصل الاختلاف الموجب للعقد لانتاج من سليبتين وهو توافق الطرفين تارة وتباينهم اخرى. نعم يعني الاختلاف في الكيف يعني مرة في اتصاف ومرة في غير اتصاف جيد فيه وهو التوافق الطرفين تارة وتباينة واخرى. اما التوافق فانه يصدر قولنا لا شيء من الانسان بفرس صورة سالبة يعني هذا خلاف قياس قياس خلاف شروط الشكل الثالث هو يريد يبين هذه المسألة. اذا بنينا على ان الصغرى سالبة نقع في المشاكل اذا من شروط الشكل الثالث ان تكون صورة موجبة. يعني الحد الأوسط ثابت للحد الاصغر اما التوافق فانه يصدر قانونا لا شيء من الانسان بفرس نعم حتى ما نحتاج الى اي بيان لان الهوية الانسانية غير الهوية الفرنسية. مبدأ الهوية هنا يكفينا اذا البينونة واضحة جدا يعني هوية الانسان غير هوية الفرس مطلقا في جميع المسافة لا شيء من الانسان بفرس ولا شيء من الانسان بصال واضحة جدا. لان الصاهل هو فصلوا الفرس اذا انتفت الفرس هي عن هوية النساء تنتوي كل الشؤونات الفرنسية الشؤونات الذاتية هي الصهيونية يعني فصل الفرس والحق كل فرس صعب لا شيء من الانسان بفرس ولا شيء من الانسان بصهر انزع الحد الاوسط هو الانسان النتيجة تاتي لا شيء من الفرس بيصال يعني كانك قلت ولا شيء من الفرس بفرس. مبدأ التناقض مبدأ للهوية مبدأ التناقض يدافع عن مبنى الهوية يقول والحق كل فرس صان فصله اه الفرس هو حيوان صاغر من مكونات الفرس الصهيونية اذا انظر بنينا على الاحتمال الأول صغرى سالبة على الفرض والكبرى سالبة. لا انتاج نعم. اما التباين تبايعني في الكيف فكما لو بدلنا الكبرى بقولنا ولا شيء من الانسان بجماد. نعم ما بدنا واياك في كورة هوية الانسان غير هوية الجماد مثل الزجاج الحديد كذا اه كما لو بدلنا لكم رفيقنا لا شيء من الانسان بجماد. الصغرى ما هي  اه لا شيء من الانسان بجماد والكبرى بدلناها هنا والصغرى تبقى هي هي لا شيء من الإنسان بفرس احذف احذف الإنسان لا شيء من الفرس بجماد  وهذا القسم لم يذكره المصنف رحمه الله رحمه الله هنا لانه ذكره فيما سبق نعم. التباين هنا ان التباين يعني اه التباين  تباين بالكيف لا الكيف واحد لا شيء من الانسان بجماد هذه الكبرى الصغرى لا شيء من الانسان بفرس انزاع الحد الاوسط الانسان ماذا يأتي لا شيء من المفترس بجمال انظر في في القياس الأول كان المباينة وهنا لا لا شيء من فرس بجمال هناك كل فرس سهل هنا لا شيء من فرس بجمال كل فرس سهل توافق لا شيء من الفرس بجماد هذا اه التباين نعم اذا المرة تنتج ومرة لا تنتج قل يا شيخنا اذا انتجت مرة اذا كانت صغرى سالبة الشكل الثالث. اذا الشكل الثالث ينتج. لا. آآ في قاعدة ذهبية في المنطق وقواعد المنطقية تنتج اذا كانت عامة نعم اذا كانت عامة في مورد تنتج في مورد لا تنتج هذه ليست لا ليست قضية منطقية نعم. تروح تشتري سيارة من اه مصنع السيارات يقول هذه السيارة  مرة تمشي مرة ما تمشي. مرة يعني تتحرك ومرة لا تتحرك ما تشتري انت السيارة يعني انت الصباح تريد تروح العمل او الجامعة ممكن لا تتحرك الغد ممكن تتحرك ليست بسيارة قواعد المنطقية قواعد عامة انتاجها يكون انتاجا عاما قاعدة تنتج في مورد لا تنتج في مورد لا</w:t>
      </w:r>
    </w:p>
    <w:p>
      <w:r>
        <w:t>تستخدم في العلوم ابدا وان كانت موجبة حصل الاختلاف ايضا الآن الكبرى تكون موجبة والصغرى سالبة اما التوافق فلانه يصدق لا شيء من الانسان بالفرس نعم وكل انسان حيوان نعم الإنسان هو الحد الأوسط ما هي النتيجة لا شيء من الفرس بحيوان والحيوان الذاتي للفرس الفرس ما هو حيوان صاهر? النتيجة ما هي لا شيء من الفرس بحيوان خاطئة الحق ما هو? كل فرس حيوان تهاونا الاكبر اه الاكبر اه هو الحيوان وهو الحيوان خارج عن الاصغار وهو الفرس بالبعض لانه اعم منه. نعم كل فرس حيوان نعم بعض الحيوان ليس بالفرنس هذه مسألة اخرى الأسد وكذا لكن الفرس حيوان نعم. واما مع التباين   هنا كل فرس حيوان يعني فيه توافق واما عن التباين فلانه يصدق لا شيء من الانسان بجمال واضحة جدا مبدانا هو يكفي هوية الانسان غير هوية الجماد اذا فيه بينونة مطلقة لا شيء من الانسان بجمال عن بينونة كليا وكل انسان حيوان صادقة لان الحيوان من مكونات الانسان او الانسان مندرج تحت مطلق الحيوان والحق والنتيجة ما هي? لا شيء من الانسان بجمال. وكل انسان حيوان احذفوا الانسان ماذا ياتي التي لا شيء من الجماد بحيوان ونعم وهل هي صادقة والحق هذا هو التهون الاكبر وهو الحيوان خارج عن الاصغر وهو الجماد بالكل اني على طول على كل المصاديق. واما حصول هذا الاختلاف يعني انتاج كيبان في مورد وعدم الانتاج في مورد هذه ليست قاعدة كلية يعني يعني القياس لا ينتج على طول. فلا تؤمنه انت لا لا يعلم حال الطرفين او متلاقيا خارجا ام متبائلا فلا انتاج. اذا القاعدة المنطقية هي التي دائما تكون فاعلة. تكون فاعلة في مورد وليست في فاعلة مورد. لا لا يمكن. مثلا اقول لك انا قياس السي مورد له مشروعية. السي مورد ليس له المشروعية يعني في مورد يمكن ان تستخدمه في مورد لا يمكن ان تستخدمه. ليس بقياس هذا ليس بقياس. القياس ان يكون في كل الموارد من لماذا? لانه مبني على قواعد سرمدية ثابتة ينتج ولا ينتج يعني القواعد هذه ليست سرمدية. هذا هو السر لا ينتج الشكل الثالث من مقدمتين جزئيتين هذا شرط اساسي في جميع الاقيس يجب ان تكون الكبرى كليا او تكون احدى المقدمتين كليا شاملة للاندراج مقدمتان جزئيتان لا يؤمنان الانتاج. انما في اي اندراج ما في اندراج قال وان كانت القرينة يعني القياس من جزئيتين صغرى جزئية كبرى جزئية لم يعرف الانتاج ايضا انما في الاندراج ما فيه اندراج يعني الاندراج محتمل بعض الحديد يتمدد بالحرارة عندي الان قطعة حديد في يدي ما عندك حق تقول كتمدد بالحرارة. لماذا؟ يحتمل ان تكون من البعضية الاخرى. قلنا بعض الحديد يتمد بالحرام معنى بعض الحديد لا يتمزج بالحرارة. من يدريني هذه القطعة تنتمي الى اي بعضية ما تعرف هذا هو الاحتمال هذا واحد من الانتاج اما اذا قال كل حديد يتمدد بالحرام. عندي حديد الان كانت تتمدد بالحرارة قطعا يقينا هذا حديد صغرى وكل حديد يتمدد بالحرارة الكبرى هذا يتمدد بالحرارة اما اذا كانت جزئية بعض الحديد يتمدد بالحرارة قل هذا حديد لا ادري احتمال ان تكون في تلك البعضية احتمال تكون في البعض هي الاخرى التي لا يتمدد فيها الحديد نعم مسألة بسيطة جدا لماذا? لان هذا الشرط شرط في عصر الانتاج لا يخص الشكل الثالث نعم وان كانت القرينة يعني القياس من جزئية يعني الصغرى جزئية بعضية بعض الف باء والكبرى كذلك جزئية لم يعرف ايضا يعني لم يعرف الإنتاج هل اتحد الجزءان? جزءان هما يعني الاصغر والاكبر المحكوم عليهما من الاوسط ام افترقا? لا ندري لا ندري هذه القطعة الحديدية تنتمي الى الفئة التي تتمدد بالحرارة او الفئة التي لا تتمدد بالحرارة لا ندري ولا قياس. اقول هذا بيان اشتراط الامر الثاني يعني بعد ما بينا اشتراط الأول وهو ان الثورة تكون موجبة يأتي الشرط الثاني الى انتاج من جزئيته وهو كلية احدى المقدمتين اذن اذا لم تنتج الجزئيتان اذا يجب ان تكون مقدمة من المقدمتين كليا. هذا هو الشرط الثاني. ايجاد الصغرى كلية احدى المقدمتين وهو كلية احدى المقدمة فانهما لو كانتا جزئيتين الصغرى والكبرى لم يعلم هل اتحد الجزءان الجزءان يعني الاصغر والاكبر المحكوم عليهما من الاوسط انا في الترقى نعم نعم لان الحد الاوسط يكون موضوعا في المقدمة  مر علينا هذا الامر فيحصل الاختلاف الموجب للعقم نعم  جيد الان يبين لك مرة انتاج ومورا غير انتاج هذا لا يؤمن القاعدة العامة والكلية. اما التوافق فكما يصدق قولنا بعض الحيوان نعم يعني الانسان يتوافق صدقا مع كل الحيوانات ام بعض بعض وهو الانسان مصديق نعم بعض الحيوان انسان هو مبدأ الهوية مبدأ الهوية بذاته صدقني كانك قلت الانسان انسان هادي فقط للأمثلة لا مناقشة في الامثلة. لكن في هذا المثال بعض الحيوان يعني الانسان انسان طبق عليها معيار القضوي معيار القظوي ما هو? كل مصداق صدق عليه حنوة مج لان الاسد يدخل ليس اذا ماذا تقول? شريحة من الحيوان انسان. هذه الشريحة من طه بلال ليلى علي زينب هذه المصاديق يحمل عليها الانسان يعني يسري صدقا عليه الانسان في شخوصاتها ام في طبيعتها لا تقل في طبيعة ليلى الانسان. في طبيعة طع الانسان. كأنك قلت الانسان انسان اذا هذه ليست قضية لا تصور ببعض كلنا لا زلت في مبدأ الهوية. لكن نحن لا نناقش الامثلة نعم فكما يصدق قولنا بعض الحيوان انسان يعني دائرة من الحيوان سهل وبعضه ناطق يعني والدائرة من دائرة من الحيوان ناطق صحيح. من هذه الدائرة? هي الانسان نعم  نعم اه احذف الحيوان تقول بعض الناطق انسان او بعض بعض الانسان ناطق ما في صحيح هذا التوافق واما التباين فكما ولو بدلنا الكبرى بقولنا. الكبرى ما هي؟ وبعضه ناطق نقول بعض الحيوان فرس بعض الحيوان انسان بعض الحيوان فرس ففي القرينة الاولى اتحد الاوسط فيهما وفي الثاني افترقا ما تستطيع ان تقول آآ بعض الانسان فرس. لا بعض الانسان ليس بالفرس ولا شيئا من الانسان بفرس. اذا انتج في دائرة ولم ينتج في دائرة لم يؤمن القانون الكلي اذا حتى يتأمل القانون الكلي يجب ان تكون احدى المقدمتين في القيسكوب بكليا لتمام الإندراج لتمام الإندراج نعم يعني الحد الاوسط يجب ان يندرج بتمامه تحت الاكبر. هذه قاعدة ذهبية واساسية في الاقيسة يجب ان يكون الاوسط مندرجا بتمامه تحت الاكبر. هناك يجر معه الاوسط اما اذا اندرج بالمقطع جزء فقط. تخيل دائرة وفي تقاطع يعني الحد الاوسط داخل بجزء في الاكبر وخارج بجزء عن الاكبر من يؤمن لأن الأصغر لا ينتمي الى الجزء الخارج الذي لم يدخل الى الاكبر ما عندي شيء يؤمن هذا الامر الشكل الثالث لا ينتج كليا لان الصغرى</w:t>
      </w:r>
    </w:p>
    <w:p>
      <w:r>
        <w:t>اه اه  لا ينتج كليا اه ينتج جزئيا هذا يعطيك اه قاعدة قاعدة في قاعدة النقض اذا اردت ان تنقذ الدعوة تدعي الكلية نعم يعني لا شيء من النبي بمعصوم تأتي بمصداق انه معصوم المسيح عليه السلام المسيح ينعته الله تعالى وهو صبي اه مبارك حيث كان اينما كان المسيح مبارك. مبارك يعني غير الخير الشر ما فيه يعني في متن ما يريد الله تعالى يعني هذه الكبرى كلها لا شيء من النبي بمعصوم هذه راحة تنتفض اذا الشكل الثاني يفيدك في نقض الكليات. كلية سالبة او كلية موجبة. الدعوة الكلية بالايجاب او الدعوة الكلية بالسر الشكل الثالث يفيدك لانه ينتج دائما جزئية. اما وجبة واما سالبة. قال ولما لم يفد هذا الشكل الا تلاقيا او تباينا عند الاوسط يعني اما ايجاب وسل فقط ولم يتعرض لما عداه لم ينتج كليا. نعم طبيعة هذا الشكل ينتج جزئيا. وآآ قانون العكس قانون العكس يثبت هذا. ممكن يستخدم العكس هنا. اقول لما كان الاوسط هنا موظوعا في المقدمتين هذه هوية الشكل الثالث هوية الشكل الثاني الاوسط محمول في المقدمتين بالايجاب والسلب في الشكل الثالث الحد الاوسط يناظروا ويقابل الشكل الثاني في كلا المقدمة الموضوع يعني موضوع في المقدمتين نعم والاصغر يكون محمولا والاكبر يكون محمولا. نعم اقول لما كان الاوسط هنا موظوعا في المقدمة وبالتالي الاصغر الاكبر يكونان محمولين وجاز ان يكون المحمول عم من الموضوع وان يكون مساويا اما ان يكون اخص له الى طبيعة الاندراج لا يندرج العام تحت اه الخاص. لا تقول كل حيوان انسان حيوان عام العام لا يندرج تحت الاخص لأن مبدأ التناقض بالاخص يندرج تحت العام او الخاص يندرج تحت العام. لمبدأ التناقض. لاحظت العمود الفقري في كل الفكر ومبدأ التناقض لماذا? لان الفكر في مبدأ الجوهرية يعني حين تشكيل القضايا ما معناه? يعني الهوية الثابتة في هويتها الانسان انسان الماء ماء الف الف وراحت الى ماذا? الى التعينات ما يسمى في المجال التداولي العلمي الاعراض الذاتية. يعني الخصائص يعني تتشكل القضايا. هناك مبدأ التناقض حاضر كل ما خرب الهوية يرفضه يعني قضية زائفة القضية زائفة لم يخرب مبدأ الهوية يقول انا نقبل لكن يحتاج الى دليل على الاتصاف موجود او غير موجود يعني لا تقبل القضية هكذا بمجرد الدعوة. سجل الدليل. من يؤمن الدليل الانسان اذا خضع لمعيار مبدأ سبب كافية نعم اذا لا يكون الموضوع في اي مقدمة آآ اه اعم من المحمول. يعني المحمول يكون اه يكون اخص من اللعب اه لا يكون الموضوع عمل من المحمول والمحمول يكون اخص اذا الاعم لا يندرج تحت الاخص مبدأ التناقض نعم يعني انت الان انسان وحيوان من العام؟ حيوان. والانسان رخص. الانسان يدخل تحت الحيوان. وليس الحيوان يدخل تحت الاخص الأعم لا يندرج على الأخص نعم هذه واضحة جدا. وجاز نعم لما كان الاوسط يعني الحد الاوسط هنا موضوعا في المقدمتين. هذه هوية الشكل الثالث وجاز ان يكون المحمول جاز ان يكون المحمول عم من الموضوع? نعم. المحمول لا يكون اخص ابدا او يكون مساويا المساواة نعم جاز ان يكون محمول الصغرى  اعم من موضوعها نعم وان يكون موضوعها مساوي لمحمول الكبرى او مندرجا نعم المساواة او الاندراج مندرج هو واياه معا تحته تحت الاوسط اندلاج نوعين تحت جنس فحين اذ ان جاز ان يكون محمول الصغرى. اعم المحمول الكبرى نعم يعني الاصغر يكون شاملا للاكبر وهذه مصيبة ان اقيس فلسفتها هو ادراج الاصغر تحت الاكبر نعم فجاء حينئذ جاز ان يكون محمول الصغرى اعم المحمول الكبرى فلا يصدق ايجابه ولا سلبه كليا. بل جزئيا كقولنا كل انسان حيوان هنا الانسان هو الموضوع هو الحد الاوسط حيوان عام معقولة وكل انسان ناطق نعم كل انسان نطق يعني هنا التساوي كل انسان ناطق مساوي لان الناطق فصل الانسان هنا التساوي الانسان هو الناطق والناطق هو الانسان نعم او لا شيء من انسان بفرس اذا غيرت فحينئذ نتائج هذا الشكل كلها بدون استثناء تجوز اياها يعني ما معناه? في القياس الاول كل انسان حيوان وكل انسان ناطق. احذف الحد الاوسط وهو الانسان. ماذا تقول? بعض الحيوان معتق جزئيا كل انسان حيوان ولا شيء من الإنسان بفرس تقول بعض الحيوان ليس بفرص بعض الحيوانات ليس بفرص. نعم بعض الحيوان ليس بالفرس اسد فيه الانسان وهكذا الظروف المنتجة من الشكل الثالث يأتي ان شاء الله اللهم صلي على محمد وآل محمد  محمد</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