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وبه تعالى ن والصلاة والسلام على محمد واله الطيبين الطاهرين</w:t>
      </w:r>
    </w:p>
    <w:p>
      <w:r>
        <w:t>اللهم صل على محمد وال محمد</w:t>
      </w:r>
    </w:p>
    <w:p>
      <w:r>
        <w:t>اللهم ارزقنا التوفيق والاخلاص</w:t>
      </w:r>
    </w:p>
    <w:p>
      <w:r>
        <w:t>وصلنا الى هذا النص مثلا تطبيقات تطبيقات لالية الافتراظ</w:t>
      </w:r>
    </w:p>
    <w:p>
      <w:r>
        <w:t>مثلا اذا صدق كل جيم قلنا هذا التصادق سريان</w:t>
      </w:r>
    </w:p>
    <w:p>
      <w:r>
        <w:t>تصادق الانبساط ما في مصداق</w:t>
      </w:r>
    </w:p>
    <w:p>
      <w:r>
        <w:t>لا يجتمع فيه جيم وباء</w:t>
      </w:r>
    </w:p>
    <w:p>
      <w:r>
        <w:t>نعم وليس كل جنب التسابق الجزئي يعني دائرة من جيم الف دائرة من جيم ليست الف</w:t>
      </w:r>
    </w:p>
    <w:p>
      <w:r>
        <w:t>اذا جيم يتقاطع مع الف في مقطع فقط</w:t>
      </w:r>
    </w:p>
    <w:p>
      <w:r>
        <w:t>وجيم في الصدق اذا باء يتقاطع جزئي المعالي</w:t>
      </w:r>
    </w:p>
    <w:p>
      <w:r>
        <w:t>سهلة جدا ما نحتاج الى هذه التعقيدات</w:t>
      </w:r>
    </w:p>
    <w:p>
      <w:r>
        <w:t>ثم اشير الى نقطة جيد بعض المسائل اشرت اليها فيما سبق واكررها حتى ترسخ في الذهن</w:t>
      </w:r>
    </w:p>
    <w:p>
      <w:r>
        <w:t>المنطق ما هو? هو عبارة عن القواعد السرمدية القواعد العقلية السرمدية</w:t>
      </w:r>
    </w:p>
    <w:p>
      <w:r>
        <w:t>وهذه القواعد السرمدية ليس من انشاء الانسان وليس من عالم الخلق وانما هي حكمة الهية تغمر العقل هذا هو العقل الخالص</w:t>
      </w:r>
    </w:p>
    <w:p>
      <w:r>
        <w:t>كلما تلقى العقل الخاص البشري او اليه وتماهى كان الانسان مع الواقع</w:t>
      </w:r>
    </w:p>
    <w:p>
      <w:r>
        <w:t>هذا العاقل سميه العقل الالهي العقل الخالص ما تشاء</w:t>
      </w:r>
    </w:p>
    <w:p>
      <w:r>
        <w:t>حضور الحكمة الالهية في افق الفهم الانساني</w:t>
      </w:r>
    </w:p>
    <w:p>
      <w:r>
        <w:t>حتى يصل الواقع الخارجي ويتكامل التكامل الصحيح</w:t>
      </w:r>
    </w:p>
    <w:p>
      <w:r>
        <w:t>نعم هذا الحضور صار مضي بمعنى يغمرك ولا تستوعبه انت مثل الوجود</w:t>
      </w:r>
    </w:p>
    <w:p>
      <w:r>
        <w:t>الوجود الوجود السرياني الوجود العام</w:t>
      </w:r>
    </w:p>
    <w:p>
      <w:r>
        <w:t>يحقق الواقعيات ولا تستوعبه الواقعيات</w:t>
      </w:r>
    </w:p>
    <w:p>
      <w:r>
        <w:t>مثل النور ينير الاشياء ولا تنيره الاشياء</w:t>
      </w:r>
    </w:p>
    <w:p>
      <w:r>
        <w:t>بها بالنور تتعين الاشياء</w:t>
      </w:r>
    </w:p>
    <w:p>
      <w:r>
        <w:t>والنور فوق الاشياء</w:t>
      </w:r>
    </w:p>
    <w:p>
      <w:r>
        <w:t>ثم هذه المعايير العقلية التي هي ضياء سرمدي ضياء الهي في دائرة الفكر ناتي و آآ نرتبها ترتيبا ما نخصصها اتصير ماذا? في معيار مبدأ الهوية</w:t>
      </w:r>
    </w:p>
    <w:p>
      <w:r>
        <w:t>هناك آآ ينبثق باب التعريف اليات يدرسها المنطقي بمنهجية التحليل والتركيب وممكن حتى الاستنباط وما شابه هذه الاليات يدرسها يتشكل باب في علم المنطق وليس في المنطق</w:t>
      </w:r>
    </w:p>
    <w:p>
      <w:r>
        <w:t>المنطق مع عيار سرمدية</w:t>
      </w:r>
    </w:p>
    <w:p>
      <w:r>
        <w:t>نعم</w:t>
      </w:r>
    </w:p>
    <w:p>
      <w:r>
        <w:t>في دراستها يتشكل عن المنطق</w:t>
      </w:r>
    </w:p>
    <w:p>
      <w:r>
        <w:t>باب التعريف</w:t>
      </w:r>
    </w:p>
    <w:p>
      <w:r>
        <w:t>ثم اذا الى مبدأ الجوهرية هناك تتأسس القضايا</w:t>
      </w:r>
    </w:p>
    <w:p>
      <w:r>
        <w:t>ما هي الالية التي بها نؤسس القضايا وفق حاكمية مبذ الجوهرية? الحكم الحكم الية</w:t>
      </w:r>
    </w:p>
    <w:p>
      <w:r>
        <w:t>ينتج ماذا? الق ينشأ باب جديد هو باب القضايا</w:t>
      </w:r>
    </w:p>
    <w:p>
      <w:r>
        <w:t>لان الحكم عملية الحكم عملية</w:t>
      </w:r>
    </w:p>
    <w:p>
      <w:r>
        <w:t>هذه العملية تحدث في افق النفس</w:t>
      </w:r>
    </w:p>
    <w:p>
      <w:r>
        <w:t>تدرس في هويتها ومكوناتها وشروطها في علم النفس الفلسفي المنطقي ليس هو الذي يدرسها المنطقي يدرسها بما هي موصلة الى التصور والتصديق</w:t>
      </w:r>
    </w:p>
    <w:p>
      <w:r>
        <w:t>يعني موصلة الى العلم الحصولي</w:t>
      </w:r>
    </w:p>
    <w:p>
      <w:r>
        <w:t>سيتشكل عندنا باب القضايا ثم نربط بين هذه القضايا</w:t>
      </w:r>
    </w:p>
    <w:p>
      <w:r>
        <w:t>الية الاستدلال والحجة يتشكل عندنا باب القياس ثم باب المغالطات</w:t>
      </w:r>
    </w:p>
    <w:p>
      <w:r>
        <w:t>هذه الابواب باعتبارها دراسة تحليلية تركيبية استهلاكية تسمى علم المنطق</w:t>
      </w:r>
    </w:p>
    <w:p>
      <w:r>
        <w:t>علم المنطق</w:t>
      </w:r>
    </w:p>
    <w:p>
      <w:r>
        <w:t>داخل هذا العلم خل نستخرجها ما عندها علاقة بالايصال الى التصور والى التصديق</w:t>
      </w:r>
    </w:p>
    <w:p>
      <w:r>
        <w:t>نخرجها ندرسها لوحدها</w:t>
      </w:r>
    </w:p>
    <w:p>
      <w:r>
        <w:t>سميها انت فلسفة المنطق اذا شئت</w:t>
      </w:r>
    </w:p>
    <w:p>
      <w:r>
        <w:t>اذا الية العكس الية الافتراظ قياس الخلف هذه تعطي الحجية للاقيسا</w:t>
      </w:r>
    </w:p>
    <w:p>
      <w:r>
        <w:t>وبالتالي هي خلفية اين ندرسها? ندرسها في فلسفة المنطق</w:t>
      </w:r>
    </w:p>
    <w:p>
      <w:r>
        <w:t>صحيحة غير صحيحة</w:t>
      </w:r>
    </w:p>
    <w:p>
      <w:r>
        <w:t>مثلا الافتراظ انا عندي خرطي كبير</w:t>
      </w:r>
    </w:p>
    <w:p>
      <w:r>
        <w:t>خلط بين الكل المجموعي والكلي الصدقي</w:t>
      </w:r>
    </w:p>
    <w:p>
      <w:r>
        <w:t>ندرس هناك هل الية العكس ما هي فلسفتها? ولماذا ترجع الاشكال الى الشكل الاول? ما هو السر? هذه ليست دراسات منطقية وانما دراسات في فلسفة المنطق</w:t>
      </w:r>
    </w:p>
    <w:p>
      <w:r>
        <w:t>وكذلك الافتراض والية قياس الخلف وهكذا</w:t>
      </w:r>
    </w:p>
    <w:p>
      <w:r>
        <w:t>كثير من امور الان تدرس في فلسفة المنطق</w:t>
      </w:r>
    </w:p>
    <w:p>
      <w:r>
        <w:t>الغرب نهتم كثير بهذه آآ الدروس</w:t>
      </w:r>
    </w:p>
    <w:p>
      <w:r>
        <w:t>كلما كانت الحضارات قوية اقتصاديا وقوية امنيا</w:t>
      </w:r>
    </w:p>
    <w:p>
      <w:r>
        <w:t>تهتم العلوم والمعارف فتزدهر العلوم</w:t>
      </w:r>
    </w:p>
    <w:p>
      <w:r>
        <w:t>الدول المتخلفة اذا وصلت الى تأمين اللقمة لشعبها تقدمت</w:t>
      </w:r>
    </w:p>
    <w:p>
      <w:r>
        <w:t>اللقمة غير متوفرة</w:t>
      </w:r>
    </w:p>
    <w:p>
      <w:r>
        <w:t>نعم فالعقول تكون مشغولة ببقاء وليس ما وراء الوجود</w:t>
      </w:r>
    </w:p>
    <w:p>
      <w:r>
        <w:t>الفكر ما وراء الوجود</w:t>
      </w:r>
    </w:p>
    <w:p>
      <w:r>
        <w:t>بمعنى ان الحياة التي تؤمن بقاء الوجود متوفرة</w:t>
      </w:r>
    </w:p>
    <w:p>
      <w:r>
        <w:t>حينها تأتي الامور الاخرى منها الفكر</w:t>
      </w:r>
    </w:p>
    <w:p>
      <w:r>
        <w:t>تأسيس الجامعات والعلوم والتأمل اما الانسان الذي لي هو مسكين ورا بقاء الوجود بقاء الحياة</w:t>
      </w:r>
    </w:p>
    <w:p>
      <w:r>
        <w:t>من يبقي هذه الحياة الذي يبقي البدن حتى لا تنفصل الروح عن البدن الذي يبقي البدن? ما هو اللقمة? لقمة المعيشة</w:t>
      </w:r>
    </w:p>
    <w:p>
      <w:r>
        <w:t>واذا كانت الديكتاتورية فانت اطمئن ان الانسان يبقى دائما في تأمين اللقمة</w:t>
      </w:r>
    </w:p>
    <w:p>
      <w:r>
        <w:t>لقمة المعيشة لا يفكر في امور اخرى حتى في الدين لا يفكر</w:t>
      </w:r>
    </w:p>
    <w:p>
      <w:r>
        <w:t>نعم</w:t>
      </w:r>
    </w:p>
    <w:p>
      <w:r>
        <w:t>اذا فكر في الدين فهذا التفكير القشري السطحي</w:t>
      </w:r>
    </w:p>
    <w:p>
      <w:r>
        <w:t>ليس ذلك التفكير البصيري نعم</w:t>
      </w:r>
    </w:p>
    <w:p>
      <w:r>
        <w:t>جيد</w:t>
      </w:r>
    </w:p>
    <w:p>
      <w:r>
        <w:t>مثلا اذا صدق كل جيم باء ما معنى هذه في فلسفة القضايا? يعني التصادق السرياني</w:t>
      </w:r>
    </w:p>
    <w:p>
      <w:r>
        <w:t>تصادق التصادق الانبساطي</w:t>
      </w:r>
    </w:p>
    <w:p>
      <w:r>
        <w:t>يعني لا ت جد ديما لا يعانق باء اذا دائرة فوق دائرة متماهية هي هي دائرة الجيم هي دائرة باء ثم يقول وليس كل جيم جيم الف الحد الاوسط هو جيم يختفي في النتيجة في دائرة الألف تقاطع جزئي اذن باء تقاطع جزئي واضحة جدا ما يحتاج الى الإفتراض</w:t>
      </w:r>
    </w:p>
    <w:p>
      <w:r>
        <w:t>وليس كل باء الف آآ وينتج ليس كل باء الف ما معنى يعني باء تتقاطع مع الف مقطعيهم فقط</w:t>
      </w:r>
    </w:p>
    <w:p>
      <w:r>
        <w:t>تتقاطع ولا تتماهى لان لم تتمها نعم وحكم ما هو حكم جيم نعم ثم يأتي الى الفرض انا في تصوري خلط بين الكل مجموعي والكل الكل صدقي</w:t>
      </w:r>
    </w:p>
    <w:p>
      <w:r>
        <w:t>لان اذا فرضنا البعض من الاوسط الذي ليس باكبر</w:t>
      </w:r>
    </w:p>
    <w:p>
      <w:r>
        <w:t>اه نعم اعني جيم جيم الذي هو ليس بالف خارج عن الف الذي ليس الف شيئا معينا وسميناه باسم وليكن دال</w:t>
      </w:r>
    </w:p>
    <w:p>
      <w:r>
        <w:t>يعني هذا البعض جعلناه مجموعة لكل صدق هذا هو الخلط</w:t>
      </w:r>
    </w:p>
    <w:p>
      <w:r>
        <w:t>نعم</w:t>
      </w:r>
    </w:p>
    <w:p>
      <w:r>
        <w:t>وانصافا هذا الخلط لم اكتشفه انا</w:t>
      </w:r>
    </w:p>
    <w:p>
      <w:r>
        <w:t>للإنصاف ولرد الأمانات الى اهلها</w:t>
      </w:r>
    </w:p>
    <w:p>
      <w:r>
        <w:t>ومن باب لا تبخس الناس اشياءهم</w:t>
      </w:r>
    </w:p>
    <w:p>
      <w:r>
        <w:t>لي قال مالك احد الاساتذة المتمكنين في مادة المنطق</w:t>
      </w:r>
    </w:p>
    <w:p>
      <w:r>
        <w:t>يدرس في جامعة طهران</w:t>
      </w:r>
    </w:p>
    <w:p>
      <w:r>
        <w:t>قرأت له مقالة وتعرض لهذا الامر او عرض هذا الامر</w:t>
      </w:r>
    </w:p>
    <w:p>
      <w:r>
        <w:t>وبين هذه المغالطة</w:t>
      </w:r>
    </w:p>
    <w:p>
      <w:r>
        <w:t>هذا الرجل حوزوي جامعي وما شاء الله يتقن اللغة اه الانجليزية ومنفتح على الانتاج الغربي والمنطقي</w:t>
      </w:r>
    </w:p>
    <w:p>
      <w:r>
        <w:t>وعنده شرح عنده شرح الاشارات للشيخ الرئيس</w:t>
      </w:r>
    </w:p>
    <w:p>
      <w:r>
        <w:t>يقولون عشر مجلدات</w:t>
      </w:r>
    </w:p>
    <w:p>
      <w:r>
        <w:t>لا ادري فقط في المنطق عشر مجلدات او الاجزاء الثلاثة</w:t>
      </w:r>
    </w:p>
    <w:p>
      <w:r>
        <w:t>الذي حدثني عن هذا الامر احد طلابه قال لي لا فقط المنطق شيخنا عشر مجلدات</w:t>
      </w:r>
    </w:p>
    <w:p>
      <w:r>
        <w:t>وانا اظن حتما ادخل في شرح المنطق الحديث</w:t>
      </w:r>
    </w:p>
    <w:p>
      <w:r>
        <w:t>نتمنى ان يطبع هذا الكتاب</w:t>
      </w:r>
    </w:p>
    <w:p>
      <w:r>
        <w:t>طبعا آآ سيكون باللغة الفارسية قطعا</w:t>
      </w:r>
    </w:p>
    <w:p>
      <w:r>
        <w:t>يقول لان اذا فرضنا البعض من الاوسط الذي ليس باكبر</w:t>
      </w:r>
    </w:p>
    <w:p>
      <w:r>
        <w:t>يعني جيم يعني جيم عن الف نعم لانه ليس كل جيم الف يعني جيم يتقاطع مع الف ولا يتقاطع</w:t>
      </w:r>
    </w:p>
    <w:p>
      <w:r>
        <w:t>والروح هذه الجهة التي لا تتقاطع هذه الجهة يعني المصادق نعطيها عنوان الدال الدال ماذا? دال صدقي ام دال دال مجموعي فخلط بين الكل مجموعي والكل الكل صدقي</w:t>
      </w:r>
    </w:p>
    <w:p>
      <w:r>
        <w:t>نعم</w:t>
      </w:r>
    </w:p>
    <w:p>
      <w:r>
        <w:t>لان اذا فرضنا البعض من الاوسط يعني جيم الذي ليس باكبر يعني الخارج عن الف نعم الذي ليس الف شيئا معين سميناه باسمه وليكن دان هذا هو الكل المجموعي</w:t>
      </w:r>
    </w:p>
    <w:p>
      <w:r>
        <w:t>نعم</w:t>
      </w:r>
    </w:p>
    <w:p>
      <w:r>
        <w:t>فيكون كل ذلك المسمى يعني كل دال المجموع اوسط اعني كل دال جيم يعني المجموع ينطبق على مصادق الدال</w:t>
      </w:r>
    </w:p>
    <w:p>
      <w:r>
        <w:t>انظر المجموع ينطبق المجموع لا ينطبق على مصادق دات</w:t>
      </w:r>
    </w:p>
    <w:p>
      <w:r>
        <w:t>يعني انت الآن انت في الملعب</w:t>
      </w:r>
    </w:p>
    <w:p>
      <w:r>
        <w:t>طلاب الفيزياء في زاوية</w:t>
      </w:r>
    </w:p>
    <w:p>
      <w:r>
        <w:t>طلاب الكيمياء في زاوية</w:t>
      </w:r>
    </w:p>
    <w:p>
      <w:r>
        <w:t>طلاب الطب في في زاوية</w:t>
      </w:r>
    </w:p>
    <w:p>
      <w:r>
        <w:t>طلاب البيولوجية في زاوية</w:t>
      </w:r>
    </w:p>
    <w:p>
      <w:r>
        <w:t>طلاب الفلسفة في الزاوية</w:t>
      </w:r>
    </w:p>
    <w:p>
      <w:r>
        <w:t>خذ مثلا طلاب الفلاسفة</w:t>
      </w:r>
    </w:p>
    <w:p>
      <w:r>
        <w:t>كم الفلسفة? لنفرض مثلا آآ خمسين طالب للدكتوراه</w:t>
      </w:r>
    </w:p>
    <w:p>
      <w:r>
        <w:t>حتى ينتقل الى الدكتوراه</w:t>
      </w:r>
    </w:p>
    <w:p>
      <w:r>
        <w:t>هذا المجموع مجموع مجموع الطلاب لا يصدقه على علي الذي يمتحن في المجموعة فلسفي لا يصدق لنا الكل لا يصدق على الجزء</w:t>
      </w:r>
    </w:p>
    <w:p>
      <w:r>
        <w:t>مستحيل الإنسان تقول انسان يد مستحيل</w:t>
      </w:r>
    </w:p>
    <w:p>
      <w:r>
        <w:t>غير معقول</w:t>
      </w:r>
    </w:p>
    <w:p>
      <w:r>
        <w:t>نعم</w:t>
      </w:r>
    </w:p>
    <w:p>
      <w:r>
        <w:t>فيكون وليكن دال فيكون كل ذلك لمسميات دال اوسط اعني كل دال</w:t>
      </w:r>
    </w:p>
    <w:p>
      <w:r>
        <w:t>نعم وكل اوسط اصغر يعني ان كل فيصدق ان كل ذلك المسمى اصغر يعني كل دال باء</w:t>
      </w:r>
    </w:p>
    <w:p>
      <w:r>
        <w:t>وكان لا شيء من المسمى باكبر</w:t>
      </w:r>
    </w:p>
    <w:p>
      <w:r>
        <w:t>يعني لا شيء من دال باكبر يعني الف يعني لا شيء من دال الف بحسب الفرد فينتج من ثاني قرائن هذا الشكل ليس بعض باء اليف الذي هو المطلوب</w:t>
      </w:r>
    </w:p>
    <w:p>
      <w:r>
        <w:t>نعم اكل من القفا</w:t>
      </w:r>
    </w:p>
    <w:p>
      <w:r>
        <w:t>واضحة جدا واضحة جدا</w:t>
      </w:r>
    </w:p>
    <w:p>
      <w:r>
        <w:t>واضحة اعيدها الى اخر مرة</w:t>
      </w:r>
    </w:p>
    <w:p>
      <w:r>
        <w:t>في الصغرى</w:t>
      </w:r>
    </w:p>
    <w:p>
      <w:r>
        <w:t>تصادق سرياني</w:t>
      </w:r>
    </w:p>
    <w:p>
      <w:r>
        <w:t>التصادق في الكبرى ليس سنيانيا</w:t>
      </w:r>
    </w:p>
    <w:p>
      <w:r>
        <w:t>مقطعي</w:t>
      </w:r>
    </w:p>
    <w:p>
      <w:r>
        <w:t>نعم يختفي جيم يأتي باء يتقاطع مع الف فقط</w:t>
      </w:r>
    </w:p>
    <w:p>
      <w:r>
        <w:t>نعم يعني يتلاقى مع الف بعظ المصاديق لان جيم يتلاقى مع اليثي بعظ المصادق ولا يتلاقى معه بعظ معه في بعظ المصادق</w:t>
      </w:r>
    </w:p>
    <w:p>
      <w:r>
        <w:t>النتيجة تكون نعم آآ اساليب جزئية ليس بعض الف وبعض باء الف اذا في تقاطع بيان الانتاج في الشكل الثالث الية الخلف نعم قال واما بالخلف في الجميع في كل الظروف</w:t>
      </w:r>
    </w:p>
    <w:p>
      <w:r>
        <w:t>نعم ما هو آآ آآ قياس الخلف? عندك انت النتيجة سميها سين تأتي لا سين نقيضها رفعها اباطالها نعم هذي نقيض النتيجة تضحى مع آآ احدى المقدمة تولد لك الزيف والبطلان</w:t>
      </w:r>
    </w:p>
    <w:p>
      <w:r>
        <w:t>اذا لا سن باطلة تثبت سين</w:t>
      </w:r>
    </w:p>
    <w:p>
      <w:r>
        <w:t>هذا هو قياس الخلف آآ نعم</w:t>
      </w:r>
    </w:p>
    <w:p>
      <w:r>
        <w:t>قال واما بالخلف في الجميع</w:t>
      </w:r>
    </w:p>
    <w:p>
      <w:r>
        <w:t>وذلك بان يضاف اه نقيض النتيجة</w:t>
      </w:r>
    </w:p>
    <w:p>
      <w:r>
        <w:t>النتيجة نقيض النتيجة</w:t>
      </w:r>
    </w:p>
    <w:p>
      <w:r>
        <w:t>لملاك مبنى التناقض</w:t>
      </w:r>
    </w:p>
    <w:p>
      <w:r>
        <w:t>قلت لكم مبدأ تناقض قوامه قياس الخلف</w:t>
      </w:r>
    </w:p>
    <w:p>
      <w:r>
        <w:t>بان يضاف نقيض النتيجة الى الصغرى</w:t>
      </w:r>
    </w:p>
    <w:p>
      <w:r>
        <w:t>نعم الى الصغرى</w:t>
      </w:r>
    </w:p>
    <w:p>
      <w:r>
        <w:t>يعني هذا النقيظ طعمه الصغرى في القياس</w:t>
      </w:r>
    </w:p>
    <w:p>
      <w:r>
        <w:t>لينتج نعم غاية لام تعليلية لينتج من الشكل الاول ما يضاد الكبرى او يناقضها فيلزم الخال</w:t>
      </w:r>
    </w:p>
    <w:p>
      <w:r>
        <w:t>واضحة جدا اقول هذا هو الطريق الثالث للانتاج وهو اعم من الاولين</w:t>
      </w:r>
    </w:p>
    <w:p>
      <w:r>
        <w:t>لانسحابه في جميع الظروف يعني اللي انطباقه على جميع الظروف يعني يمكن لك ان توظفه في الظروف الست</w:t>
      </w:r>
    </w:p>
    <w:p>
      <w:r>
        <w:t>ستة</w:t>
      </w:r>
    </w:p>
    <w:p>
      <w:r>
        <w:t>وهو باخذ بيان بيان الفلسفة</w:t>
      </w:r>
    </w:p>
    <w:p>
      <w:r>
        <w:t>يعني بيان هوية الالية</w:t>
      </w:r>
    </w:p>
    <w:p>
      <w:r>
        <w:t>وهو باخذ المطلوب يعني نقيض النتيجة نتيجة سين</w:t>
      </w:r>
    </w:p>
    <w:p>
      <w:r>
        <w:t>خذ انت لا سين ناقضها رفعها</w:t>
      </w:r>
    </w:p>
    <w:p>
      <w:r>
        <w:t>باخذ نقيض المطلوب وضمه الى الصغرى</w:t>
      </w:r>
    </w:p>
    <w:p>
      <w:r>
        <w:t>لماذا? لينتج ما يناقض الكبرى الصادقة</w:t>
      </w:r>
    </w:p>
    <w:p>
      <w:r>
        <w:t>فيكون محالا</w:t>
      </w:r>
    </w:p>
    <w:p>
      <w:r>
        <w:t>ما معنى؟ يعني كبرى صادقة وليست صادقة</w:t>
      </w:r>
    </w:p>
    <w:p>
      <w:r>
        <w:t>مبدأ التناقض</w:t>
      </w:r>
    </w:p>
    <w:p>
      <w:r>
        <w:t>نعم</w:t>
      </w:r>
    </w:p>
    <w:p>
      <w:r>
        <w:t>بعض الفلاسفة لان حركة الحضارات بدنيات آآ ينتجها آآ عقلا عقل فلسفي وعقل احياني قدسي</w:t>
      </w:r>
    </w:p>
    <w:p>
      <w:r>
        <w:t>نعم</w:t>
      </w:r>
    </w:p>
    <w:p>
      <w:r>
        <w:t>الغير لا تابعوا</w:t>
      </w:r>
    </w:p>
    <w:p>
      <w:r>
        <w:t>اما عقل قدسي اولياء الله واما عقل الفلسفي الحضارة الغربية تشكلت من عقل فلسفي يوناني الى الان مستمرة والعقل المسيحي</w:t>
      </w:r>
    </w:p>
    <w:p>
      <w:r>
        <w:t>عقل قدسي مسيحية حاكمة على الفكر الاور الآن والإمريكي في العالم الإسلامي عندنا العقل القدسي الوحياني وعندنا العقل الإنساني العقل الإنساني فاتر فقط في آآ عند الامامية له مساحة واسعة ومحارب كذلك</w:t>
      </w:r>
    </w:p>
    <w:p>
      <w:r>
        <w:t>نعم</w:t>
      </w:r>
    </w:p>
    <w:p>
      <w:r>
        <w:t>الحضارات المدنية تتحرك بالعقلين اما عقل فلسفي واما عقل قدسي</w:t>
      </w:r>
    </w:p>
    <w:p>
      <w:r>
        <w:t>عقل قدسي يركز اكثر على الهداية</w:t>
      </w:r>
    </w:p>
    <w:p>
      <w:r>
        <w:t>وتنقية الداخل الانساني العروج تكاملي العقل الفلسفي يدرس اسباب الاشياء ثم يؤسس القوانين ثم الحضارة تأتي تطبق هذه القوانين تتوسع في المدنية تكتشف اسرار الوجود</w:t>
      </w:r>
    </w:p>
    <w:p>
      <w:r>
        <w:t>العقل القدسي الوحياني قد يشير الى ما يصل اليه العقل الا انها اشارات في سياق الهداية</w:t>
      </w:r>
    </w:p>
    <w:p>
      <w:r>
        <w:t>نعم</w:t>
      </w:r>
    </w:p>
    <w:p>
      <w:r>
        <w:t>سياق الهداية</w:t>
      </w:r>
    </w:p>
    <w:p>
      <w:r>
        <w:t>نعم لا يؤسس للعلوم كما تؤسس الفلسفة ليس وظيفة العقل القدسي هذا</w:t>
      </w:r>
    </w:p>
    <w:p>
      <w:r>
        <w:t>نعم</w:t>
      </w:r>
    </w:p>
    <w:p>
      <w:r>
        <w:t>يعني الامام الصادق عليه السلام لا يأتي يبين المسائل الفلسفية</w:t>
      </w:r>
    </w:p>
    <w:p>
      <w:r>
        <w:t>اذا بينها بينها بالعقل الفلسفي وليس بالعقل القدسي</w:t>
      </w:r>
    </w:p>
    <w:p>
      <w:r>
        <w:t>هو وظيفته بوصفه وليا اماما هو الهداية</w:t>
      </w:r>
    </w:p>
    <w:p>
      <w:r>
        <w:t>كل ما يتصل بالهداية يبينه</w:t>
      </w:r>
    </w:p>
    <w:p>
      <w:r>
        <w:t>الامام سلام الله عليه كان يعيش في زمن فتح العالم الاسلامي على الحضارات الاخرى التي فيها العقل الفلسفي آآ قوي وشاخص اسس مدرسة تتناغم مع العقل القدسي والعقل العقل الفلسفي</w:t>
      </w:r>
    </w:p>
    <w:p>
      <w:r>
        <w:t>نعم</w:t>
      </w:r>
    </w:p>
    <w:p>
      <w:r>
        <w:t>لماذا انا اثرت هذه المسألة</w:t>
      </w:r>
    </w:p>
    <w:p>
      <w:r>
        <w:t>اه نعم</w:t>
      </w:r>
    </w:p>
    <w:p>
      <w:r>
        <w:t>اه احد الفلاسفة قال هذا العقل البشري الذي يفكر على ضوء هذه المعايير العقلية ويتصور ان المعايير العقلية بشرية ذاتية ليست سرمدية اذا خلق بشكل يختلف بمخ يختلف يعني بعقل بشري يختلف</w:t>
      </w:r>
    </w:p>
    <w:p>
      <w:r>
        <w:t>هذه القواعد تختفي</w:t>
      </w:r>
    </w:p>
    <w:p>
      <w:r>
        <w:t>تتبخر</w:t>
      </w:r>
    </w:p>
    <w:p>
      <w:r>
        <w:t>ظنا منه ان هذه القواعد قواعد بشرية</w:t>
      </w:r>
    </w:p>
    <w:p>
      <w:r>
        <w:t>ليست قواعد صار بديل</w:t>
      </w:r>
    </w:p>
    <w:p>
      <w:r>
        <w:t>ابدا في اي نشأة اكنت وباي خلق خلقت هذه هذه المعايير العقلية السرمدية ثابتة لان حكمة الله تعالى نابعة من حكمة الله تعالى المطلقة</w:t>
      </w:r>
    </w:p>
    <w:p>
      <w:r>
        <w:t>نعم نعم</w:t>
      </w:r>
    </w:p>
    <w:p>
      <w:r>
        <w:t>وانما لزم من فرض الناقد المطلوب ناقظ النتيجة صادقا لا من الصغرى المفروضة صدق ولا من القياس المنتج لذاته فيكون المطلوب المطلوب صادقا</w:t>
      </w:r>
    </w:p>
    <w:p>
      <w:r>
        <w:t>اذا اذا وصلنا الى المفارقة والى نتيجة تناقض الكبرى فهذه النتيجة باطل ما بني عليها باطلون يعني النقيض النتيجة الاصلية صادقة</w:t>
      </w:r>
    </w:p>
    <w:p>
      <w:r>
        <w:t>هذا هو معنى كلامه انما لزم من فرض نقيض المطلوب صادقا لا من الصغرى المفروضة الصدق ولا من القياس المنتج لذاته فيكون المطلوب صادقا</w:t>
      </w:r>
    </w:p>
    <w:p>
      <w:r>
        <w:t>مثلا اذا صدق كل جيم تصادق سرياني</w:t>
      </w:r>
    </w:p>
    <w:p>
      <w:r>
        <w:t>وكل جيم الف وكل جيم الف هنا كذلك تصادق سريان</w:t>
      </w:r>
    </w:p>
    <w:p>
      <w:r>
        <w:t>يعني دائرة جيم هي دائرة باء دائرة جيم هي دائرة الف</w:t>
      </w:r>
    </w:p>
    <w:p>
      <w:r>
        <w:t>فبعض باء الف قلنا الشكل الثاني الشكل الثالث ينتجه دائما جزئيا</w:t>
      </w:r>
    </w:p>
    <w:p>
      <w:r>
        <w:t>لكن انظر كل جيم باء يعني التصادق السرياني</w:t>
      </w:r>
    </w:p>
    <w:p>
      <w:r>
        <w:t>كله جيم الف تصادق سرياني</w:t>
      </w:r>
    </w:p>
    <w:p>
      <w:r>
        <w:t>ليس بالضرورة ان يكون القصيرة يعني بين الف وباء اه يكون اه اه سنة يعني</w:t>
      </w:r>
    </w:p>
    <w:p>
      <w:r>
        <w:t>لماذا? السر هنا قد يكون جيم يعني الحد الاوسط اوسع من باء</w:t>
      </w:r>
    </w:p>
    <w:p>
      <w:r>
        <w:t>اوسع دائرة من باب</w:t>
      </w:r>
    </w:p>
    <w:p>
      <w:r>
        <w:t>هذا هو السر اكتبها</w:t>
      </w:r>
    </w:p>
    <w:p>
      <w:r>
        <w:t>يعني اذا كانت عنا صورة تسابق سرياني ايجابي</w:t>
      </w:r>
    </w:p>
    <w:p>
      <w:r>
        <w:t>وعندنا كبرى تصادق سرياني ايجابي</w:t>
      </w:r>
    </w:p>
    <w:p>
      <w:r>
        <w:t>واختفت جيم يعني الحد الاوسط لا يعني ان يكون هناك تصادق سرياني</w:t>
      </w:r>
    </w:p>
    <w:p>
      <w:r>
        <w:t>لماذا? قد يكون اكتبها قد يكون الحد الاوسط اوسع من الاصغار يعني جيم قد يكون اشمل دائرة آآ من باء او يكون الاكبر كذلك اضيق دائرة من الحد الاوسط</w:t>
      </w:r>
    </w:p>
    <w:p>
      <w:r>
        <w:t>اما هذا واما هذا هنا لا هنا الاوسط يكون الحد الاكبر يكون اضيق من جيم</w:t>
      </w:r>
    </w:p>
    <w:p>
      <w:r>
        <w:t>اضيق من جيم</w:t>
      </w:r>
    </w:p>
    <w:p>
      <w:r>
        <w:t>اذا اذا تسابق جيم مع باب الصدق السرياني ليس بالظرورة ان يصدق با معاريف بصدق سرير يعني المؤمن والمظمون هو سر الجزئي سريان الصدق الجزئي</w:t>
      </w:r>
    </w:p>
    <w:p>
      <w:r>
        <w:t>نعم هذه هي فلسفة هذا المثال</w:t>
      </w:r>
    </w:p>
    <w:p>
      <w:r>
        <w:t>مثلا اذا صدق كل جيم باء وكل جيم الف فبعض باء</w:t>
      </w:r>
    </w:p>
    <w:p>
      <w:r>
        <w:t>الف جيد</w:t>
      </w:r>
    </w:p>
    <w:p>
      <w:r>
        <w:t>هنا يطبق الية الخلف</w:t>
      </w:r>
    </w:p>
    <w:p>
      <w:r>
        <w:t>والا لا صداقة نقيضه هو لا شيء من ما الف</w:t>
      </w:r>
    </w:p>
    <w:p>
      <w:r>
        <w:t>النتيجة ما هي? بعض باء الف نقيض الجزء الموجبع سالب كل لياء</w:t>
      </w:r>
    </w:p>
    <w:p>
      <w:r>
        <w:t>اين عرفناها في مربع ابيلي</w:t>
      </w:r>
    </w:p>
    <w:p>
      <w:r>
        <w:t>ما هو النقيض? لا شيء من باء الف</w:t>
      </w:r>
    </w:p>
    <w:p>
      <w:r>
        <w:t>يا علي</w:t>
      </w:r>
    </w:p>
    <w:p>
      <w:r>
        <w:t>التصادق الجزئي التوافق الجزئي المحبة الجزئية تريد تنفيها اضرب مطلقا هذه المحبة نعم لا شيء من بارف يعني السريان الصدقي منتثم مطلقا بينونة بين باء والف</w:t>
      </w:r>
    </w:p>
    <w:p>
      <w:r>
        <w:t>جيد</w:t>
      </w:r>
    </w:p>
    <w:p>
      <w:r>
        <w:t>ونجعله كبرى آآ نعم</w:t>
      </w:r>
    </w:p>
    <w:p>
      <w:r>
        <w:t>ونجعله كبرى للصغرى</w:t>
      </w:r>
    </w:p>
    <w:p>
      <w:r>
        <w:t>الصغرى ما هو كل جيم بقى? هذه الصغرى</w:t>
      </w:r>
    </w:p>
    <w:p>
      <w:r>
        <w:t>لا شيء من باء الف نجعله كبرى</w:t>
      </w:r>
    </w:p>
    <w:p>
      <w:r>
        <w:t>الحد الأوسط الشكل الأول نعم ينتج لا شيء من جيم الف لا شيء من جيم الف وفي الأصل عندنا كل جيم الف يعني وصلنا الى التصادق التصادق بين جيم الف نعم تصادق الكلي وعدم التصادق الكلي لا شيء من جيم الف</w:t>
      </w:r>
    </w:p>
    <w:p>
      <w:r>
        <w:t>لان في القياس الاصلي عندنا كل جيم باء وكل جيم الف</w:t>
      </w:r>
    </w:p>
    <w:p>
      <w:r>
        <w:t>تصادق كلي</w:t>
      </w:r>
    </w:p>
    <w:p>
      <w:r>
        <w:t>النتيجة خرجناها لا شيء من جيم الف</w:t>
      </w:r>
    </w:p>
    <w:p>
      <w:r>
        <w:t>يعني عدم التصادق مطلقا</w:t>
      </w:r>
    </w:p>
    <w:p>
      <w:r>
        <w:t>هذا التناق اذا نقيض النتيجة ادتنا الى الزيف</w:t>
      </w:r>
    </w:p>
    <w:p>
      <w:r>
        <w:t>اذا نقيض النتيجة باطلة</w:t>
      </w:r>
    </w:p>
    <w:p>
      <w:r>
        <w:t>اذا النتيجة هي صادقة</w:t>
      </w:r>
    </w:p>
    <w:p>
      <w:r>
        <w:t>هذا خلف وكاد في سائر الظروف</w:t>
      </w:r>
    </w:p>
    <w:p>
      <w:r>
        <w:t>لك ان تطبقها على سائر الظروف</w:t>
      </w:r>
    </w:p>
    <w:p>
      <w:r>
        <w:t>سهلة</w:t>
      </w:r>
    </w:p>
    <w:p>
      <w:r>
        <w:t>المسألة صعبة</w:t>
      </w:r>
    </w:p>
    <w:p>
      <w:r>
        <w:t>نعم</w:t>
      </w:r>
    </w:p>
    <w:p>
      <w:r>
        <w:t>انتاج الشكل الثالث مع اعتبار الجهاد</w:t>
      </w:r>
    </w:p>
    <w:p>
      <w:r>
        <w:t>هنا ندخل في متاهات الجهاد</w:t>
      </w:r>
    </w:p>
    <w:p>
      <w:r>
        <w:t>لان الجهات عندنا الانبساط النسبي هنا</w:t>
      </w:r>
    </w:p>
    <w:p>
      <w:r>
        <w:t>يعني النسبة نسبة المحمول للموضوع انبساط اما هذا الانبساط يعني تشمل جميع المسافة اما بالضرورة او ليس بالظرورة</w:t>
      </w:r>
    </w:p>
    <w:p>
      <w:r>
        <w:t>يعني مشروطة او عرفي عامة وفيه الدخول المقطعي الدخول المقطعي فيك المشروطة الخاصة يعني الدخول المقطعي الضروري</w:t>
      </w:r>
    </w:p>
    <w:p>
      <w:r>
        <w:t>عندنا العرفية الخاصة يعني الدخول فقط المقطعي بدون ضرورة</w:t>
      </w:r>
    </w:p>
    <w:p>
      <w:r>
        <w:t>وعندنا الوجودية وعندنا الوقتية وعندنا منتشرة ما شاء الله من المقاطع في دار الوجود</w:t>
      </w:r>
    </w:p>
    <w:p>
      <w:r>
        <w:t>هنا كيف يكون الانتاج? نعم اذا اختلفت الجهات بين الصغرى والكبرى</w:t>
      </w:r>
    </w:p>
    <w:p>
      <w:r>
        <w:t>قال واما بيع كبار الجهات المستلزمة للموجبات تنتج بقوتها</w:t>
      </w:r>
    </w:p>
    <w:p>
      <w:r>
        <w:t>ويجعل وتجعل الظروف اثنى عشر</w:t>
      </w:r>
    </w:p>
    <w:p>
      <w:r>
        <w:t>من ستة الى اضربها في اثنين اثناش</w:t>
      </w:r>
    </w:p>
    <w:p>
      <w:r>
        <w:t>السوايب السوالب المستلزمة للموجبات اي انا في المقاطع</w:t>
      </w:r>
    </w:p>
    <w:p>
      <w:r>
        <w:t>يعني في الدخول المقطعي ضروري غير ظروري لا يوم</w:t>
      </w:r>
    </w:p>
    <w:p>
      <w:r>
        <w:t>ما معنى آآ سوالبت تلازمها الموجبة والموجبة تلازم السالبة? لأن عندك الدخول المقطعي</w:t>
      </w:r>
    </w:p>
    <w:p>
      <w:r>
        <w:t>وعدم الدخول المقطعي ايجاب وسلب</w:t>
      </w:r>
    </w:p>
    <w:p>
      <w:r>
        <w:t>ارتفاع مقطعي دخول مقطعي</w:t>
      </w:r>
    </w:p>
    <w:p>
      <w:r>
        <w:t>يعني اينما يكون الإيجابي يكون وصل السلب اينما يكون السلبي يكون الإيجاب</w:t>
      </w:r>
    </w:p>
    <w:p>
      <w:r>
        <w:t>اين? في الدخول المقطعي</w:t>
      </w:r>
    </w:p>
    <w:p>
      <w:r>
        <w:t>اذا عندنا دخول ايجابي دخول سلبي والظروف ستة اظرب في الدخولين يعطيك اثناش سهلة المسألة نعم الى هنا سهلة نعم اقول لما ادى الظروف من حيث الاطلاق شرع في المختلط الاطلاق يعني عدم كما بينا الان لا الجهة موجودة في المقدمة شرع في المختلطات باعتبار الجهات فالسوالب المركبة سوالب مركبة ما معنى المركبة? يعني في قيد لا دائما يعني ما قطعي دخول ما سريان مقطعي</w:t>
      </w:r>
    </w:p>
    <w:p>
      <w:r>
        <w:t>فالسوالب المركبة التي تستلزم الموجبة</w:t>
      </w:r>
    </w:p>
    <w:p>
      <w:r>
        <w:t>كل سالبة تستلزم الموجبة</w:t>
      </w:r>
    </w:p>
    <w:p>
      <w:r>
        <w:t>في الدخول المقطعي وكل موجبات ستلزم سالبة في الدخول المقطعي</w:t>
      </w:r>
    </w:p>
    <w:p>
      <w:r>
        <w:t>نعم</w:t>
      </w:r>
    </w:p>
    <w:p>
      <w:r>
        <w:t>المدير عب مدير شركة عبقري او مدير جامعة</w:t>
      </w:r>
    </w:p>
    <w:p>
      <w:r>
        <w:t>لعبقريته له ست وظائف</w:t>
      </w:r>
    </w:p>
    <w:p>
      <w:r>
        <w:t>يأتي الى الجامعة فقط من الساعة الثامنة الى العاشرة لا تجد له ظلا بعد العاشرة</w:t>
      </w:r>
    </w:p>
    <w:p>
      <w:r>
        <w:t>يعني دخول مقطعي في ساعته غياب مقطع ما في ساعات</w:t>
      </w:r>
    </w:p>
    <w:p>
      <w:r>
        <w:t>هذا هو دخول الماء المقطعي</w:t>
      </w:r>
    </w:p>
    <w:p>
      <w:r>
        <w:t>دخول ضروري دخول غير ضروري وجودي عرفي مشروطي يلي آآ مسألة اخرى</w:t>
      </w:r>
    </w:p>
    <w:p>
      <w:r>
        <w:t>بينك فقط الدخول المقطعي</w:t>
      </w:r>
    </w:p>
    <w:p>
      <w:r>
        <w:t>اذا المدير موجود سابق المودو ليس بموجود صادق</w:t>
      </w:r>
    </w:p>
    <w:p>
      <w:r>
        <w:t>لا</w:t>
      </w:r>
    </w:p>
    <w:p>
      <w:r>
        <w:t>نعم</w:t>
      </w:r>
    </w:p>
    <w:p>
      <w:r>
        <w:t>فالسوالب المركبة يعني نقول في الجهة لا دائما التي تستلزم الموجبات تنتج بقوة تلك الموجبات</w:t>
      </w:r>
    </w:p>
    <w:p>
      <w:r>
        <w:t>يعني تنتج فالصغرى حينئذ يجوز ان تكون سالبة مركبة</w:t>
      </w:r>
    </w:p>
    <w:p>
      <w:r>
        <w:t>سالبة مركبة مع ان اه في الشرط الاساسي ان الصغرى موجبة</w:t>
      </w:r>
    </w:p>
    <w:p>
      <w:r>
        <w:t>كيف تكون سالبة? لان هذا هو</w:t>
      </w:r>
    </w:p>
    <w:p>
      <w:r>
        <w:t>دخول مقطعي</w:t>
      </w:r>
    </w:p>
    <w:p>
      <w:r>
        <w:t>دخول مقطعي لأن السالبة تستلزم وجبة</w:t>
      </w:r>
    </w:p>
    <w:p>
      <w:r>
        <w:t>الوجبة تستلزم سالبة</w:t>
      </w:r>
    </w:p>
    <w:p>
      <w:r>
        <w:t>فالصغرى حينئذ يجوز ان تكون سالب مركبة</w:t>
      </w:r>
    </w:p>
    <w:p>
      <w:r>
        <w:t>لا دائما فيضاعف الاظرب من ستة الى اتناش</w:t>
      </w:r>
    </w:p>
    <w:p>
      <w:r>
        <w:t>يعني عندنا اجابة اثنين اضربها في ستة اثنعش لان الشرط حينئذ يبقى واحدا وهو كلية احدى المقدمتين</w:t>
      </w:r>
    </w:p>
    <w:p>
      <w:r>
        <w:t>الشرط الايجابي ينتفي</w:t>
      </w:r>
    </w:p>
    <w:p>
      <w:r>
        <w:t>لماذا? لان الدخول ايجابي دخول سلبي دخول سلبي دخول ايجابي</w:t>
      </w:r>
    </w:p>
    <w:p>
      <w:r>
        <w:t>فهذا الشرط لا يتوفر</w:t>
      </w:r>
    </w:p>
    <w:p>
      <w:r>
        <w:t>نعم</w:t>
      </w:r>
    </w:p>
    <w:p>
      <w:r>
        <w:t>تبقى فقط اه يبقى الشرط الثاني</w:t>
      </w:r>
    </w:p>
    <w:p>
      <w:r>
        <w:t>كلية احدى المقدمتين ستكون الظروف الناتجة اثنا عشر ظربا</w:t>
      </w:r>
    </w:p>
    <w:p>
      <w:r>
        <w:t>نعم والبقية تأتي ان شاء الله</w:t>
      </w:r>
    </w:p>
    <w:p>
      <w:r>
        <w:t>اللهم صل على محمد وال محمد</w:t>
      </w:r>
    </w:p>
    <w:p>
      <w:r>
        <w:t>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