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 والصلاة والسلام على محمد واله الطيبين الطاهرين</w:t>
      </w:r>
    </w:p>
    <w:p>
      <w:r>
        <w:t>اللهم صل على محمد وال محمد</w:t>
      </w:r>
    </w:p>
    <w:p>
      <w:r>
        <w:t>اللهم ارزقنا التوفيق والاخلاص</w:t>
      </w:r>
    </w:p>
    <w:p>
      <w:r>
        <w:t>وصرنا معكم هذه الفقرة قال ثم الفعليات</w:t>
      </w:r>
    </w:p>
    <w:p>
      <w:r>
        <w:t>تنتج فعلية</w:t>
      </w:r>
    </w:p>
    <w:p>
      <w:r>
        <w:t>نحن الان في الشكل الثالث الذي ينتج جزئية بعظية</w:t>
      </w:r>
    </w:p>
    <w:p>
      <w:r>
        <w:t>يقول اذا كانت المقدمات مقدمة الصغرى والكبرى موجهة بجيت الفعلية النتيجة تنتج فعليا</w:t>
      </w:r>
    </w:p>
    <w:p>
      <w:r>
        <w:t>الفعلي يعني مطلق الدخول الى دار الوجود مطلق التصادق بين الموضوع المحمول</w:t>
      </w:r>
    </w:p>
    <w:p>
      <w:r>
        <w:t>بطبيعة فعلية في الصغرى فعلية في الكبرى النتيجة لا تكون الا فعلية يعني اذا تصادق الموضوع المحمول في الوجود عن دخل مطلق الوجود والحد الاوسط الموجود في الاصغر كذلك الذي هو موضوع المقدمتين لان الحد الاوسط موضوع في المقدمتين</w:t>
      </w:r>
    </w:p>
    <w:p>
      <w:r>
        <w:t>فكذلك يتصادق مع الاكبر بنحو الفعلية فالاصغر يكون مع الاكبر بنحو الفعلية دخول الوجود سهلة هادي جدا نعم قال ثم الفعليات يعني المقدمات الفعلية الصغرى والكبرى</w:t>
      </w:r>
    </w:p>
    <w:p>
      <w:r>
        <w:t>تنتج فعلي يعني تعطي النتيجة فعلية</w:t>
      </w:r>
    </w:p>
    <w:p>
      <w:r>
        <w:t>والممكنات بسيطة ومخلوطة تنتج ممكنا</w:t>
      </w:r>
    </w:p>
    <w:p>
      <w:r>
        <w:t>نعم لنا اخص المقدمتين ممكن يعني قابلية الدخول قوة الدخول الا اذا كانت الكبرى ظرورية او داء ايماء</w:t>
      </w:r>
    </w:p>
    <w:p>
      <w:r>
        <w:t>وهذه بيناها فيما سبق</w:t>
      </w:r>
    </w:p>
    <w:p>
      <w:r>
        <w:t>هنا النتيجة تتبع الكبرى</w:t>
      </w:r>
    </w:p>
    <w:p>
      <w:r>
        <w:t>تكون ظرورية او داعمية</w:t>
      </w:r>
    </w:p>
    <w:p>
      <w:r>
        <w:t>فانها تنتج مثلها يعني مثل الكبرى</w:t>
      </w:r>
    </w:p>
    <w:p>
      <w:r>
        <w:t>لما مر في الشكل الاول بينا هذه المسألة</w:t>
      </w:r>
    </w:p>
    <w:p>
      <w:r>
        <w:t>فان عكس الصورة يرد الشكل اليه</w:t>
      </w:r>
    </w:p>
    <w:p>
      <w:r>
        <w:t>يرد الشكل الثالث</w:t>
      </w:r>
    </w:p>
    <w:p>
      <w:r>
        <w:t>بهذه الكيفيات الى الشكل الأول الذي هو ظاهر الإنتاج</w:t>
      </w:r>
    </w:p>
    <w:p>
      <w:r>
        <w:t>سهل المسألة ليست صعبة مرت علينا فيما مضى فقط هناك</w:t>
      </w:r>
    </w:p>
    <w:p>
      <w:r>
        <w:t>عملت ملاحظة الممكنة اذا كانت في الصورة وكانت الكبرى ظرورية او دائمية كيف تكون النتيجة ضرورية او دائمية? لان اصل الدخول لم يكن فكيف تأتي الضرورة? بيناها هناك</w:t>
      </w:r>
    </w:p>
    <w:p>
      <w:r>
        <w:t>اقول الفعليات اذا اختلطت في هذا الشكل مطلقا انتجت فعلية</w:t>
      </w:r>
    </w:p>
    <w:p>
      <w:r>
        <w:t>يعني اه مقدمات فعل النتيجة تكون فعلية</w:t>
      </w:r>
    </w:p>
    <w:p>
      <w:r>
        <w:t>الصغرى فعلية والكبرى فعلية نتيجة فعلية</w:t>
      </w:r>
    </w:p>
    <w:p>
      <w:r>
        <w:t>كما تقول كل جيم باب الاطلاق</w:t>
      </w:r>
    </w:p>
    <w:p>
      <w:r>
        <w:t>الاطلاق هنا يعني الفعلية</w:t>
      </w:r>
    </w:p>
    <w:p>
      <w:r>
        <w:t>آآ الاطلاق هنا يعني تواجد الفعلي</w:t>
      </w:r>
    </w:p>
    <w:p>
      <w:r>
        <w:t>فجيمبا باعتبارها موجبة شرط الشكل الثالث ان تكون الصغرى موجبة</w:t>
      </w:r>
    </w:p>
    <w:p>
      <w:r>
        <w:t>واحدى المقدمة تكون اذا في تصادق فعلي تاع الأمر</w:t>
      </w:r>
    </w:p>
    <w:p>
      <w:r>
        <w:t>وكل جيم باب الإطلاق فيه تصادق</w:t>
      </w:r>
    </w:p>
    <w:p>
      <w:r>
        <w:t>اه سعري بين جيم الف</w:t>
      </w:r>
    </w:p>
    <w:p>
      <w:r>
        <w:t>نعم</w:t>
      </w:r>
    </w:p>
    <w:p>
      <w:r>
        <w:t>النتيجة بعض باء الف بالإطلاق</w:t>
      </w:r>
    </w:p>
    <w:p>
      <w:r>
        <w:t>يعني التواجد الفعلي جزئي لان الشكل الثالث ينتج جزئية</w:t>
      </w:r>
    </w:p>
    <w:p>
      <w:r>
        <w:t>لماذا? لان جيم الحد الاوسط قد يكون اوسع من دائرة الباء</w:t>
      </w:r>
    </w:p>
    <w:p>
      <w:r>
        <w:t>لحد الاوسط</w:t>
      </w:r>
    </w:p>
    <w:p>
      <w:r>
        <w:t>اذا الذي يدخل الاكبر ليس كل جيم لان جيم اعم الدائرة اعم ينطوي على الحد الاوسط في داخله</w:t>
      </w:r>
    </w:p>
    <w:p>
      <w:r>
        <w:t>فالحد الاوسط اين تواجد لا يجر جيم كاملا كل الدائرة يجر يجر مقطع الدائرة</w:t>
      </w:r>
    </w:p>
    <w:p>
      <w:r>
        <w:t>هذا هو سر انتاج الشكل الثالث الجزئية للبعضية</w:t>
      </w:r>
    </w:p>
    <w:p>
      <w:r>
        <w:t>بعض الف باء مثلا</w:t>
      </w:r>
    </w:p>
    <w:p>
      <w:r>
        <w:t>هذا هو السر? السر ان الحد الأوسط الذي يقع موضوعا في المقدمة يكون اوسع من الحد الأوسط</w:t>
      </w:r>
    </w:p>
    <w:p>
      <w:r>
        <w:t>نعم</w:t>
      </w:r>
    </w:p>
    <w:p>
      <w:r>
        <w:t>وبعكس الصغرى ليرتد الى الاول ليعود الى الاول الى الشكل الاول وينتج ما ذكرناه اعكس الصغرى كل جيم باب الاطلاق سر آآ بعض جيم بالا اطلاق بعض جيم بالاطلاق وكل جيم الف يعني الدخول باء تحت جيم آآ بالبعضية نعم كل جيم بالاطلاق تعكسها تصير بعض باء جيم ان اوسع دائرة فتقول بعض يعني بات داخل آآ جيم وكل جيم الف حد اوسط هو جيم محمول في في بنحو البعضية نعم وموضوع في الكبرى كل جيم الف باء احدث جيم تعطيك بعض باء بعضه باء الف باب الاطلاق وبعكس الصورة بين امتد الى الشكل الاول وانتج الجزئية نعم</w:t>
      </w:r>
    </w:p>
    <w:p>
      <w:r>
        <w:t>بعض باء الف يعني التصادق بين باء مع الف تصادق جزئي</w:t>
      </w:r>
    </w:p>
    <w:p>
      <w:r>
        <w:t>تصادق في دائرة</w:t>
      </w:r>
    </w:p>
    <w:p>
      <w:r>
        <w:t>تصادق مقطعي</w:t>
      </w:r>
    </w:p>
    <w:p>
      <w:r>
        <w:t>والممكنات تنتج ممكنة كذلك ايضا</w:t>
      </w:r>
    </w:p>
    <w:p>
      <w:r>
        <w:t>النتيجة تتبع اخص المقدمة صغرى ممكنة كبرى ممكنة</w:t>
      </w:r>
    </w:p>
    <w:p>
      <w:r>
        <w:t>النتيجة ماذا تكون? ممكن</w:t>
      </w:r>
    </w:p>
    <w:p>
      <w:r>
        <w:t>يعني التصادق بين الموضوع المحمول في الصورة</w:t>
      </w:r>
    </w:p>
    <w:p>
      <w:r>
        <w:t>تصادق بنحو القوة</w:t>
      </w:r>
    </w:p>
    <w:p>
      <w:r>
        <w:t>لم تدخل الى الفعلية</w:t>
      </w:r>
    </w:p>
    <w:p>
      <w:r>
        <w:t>نعم</w:t>
      </w:r>
    </w:p>
    <w:p>
      <w:r>
        <w:t>تقول كل انسان كاتب بالإمكان</w:t>
      </w:r>
    </w:p>
    <w:p>
      <w:r>
        <w:t>ما معنى؟ يعني الدخول الفعلي له قابلية التلبس العلم</w:t>
      </w:r>
    </w:p>
    <w:p>
      <w:r>
        <w:t>والمختلطات من الفعلية والممكنة تنتج ممكنة ايضا</w:t>
      </w:r>
    </w:p>
    <w:p>
      <w:r>
        <w:t>الدخول الفعلي قابلية الدخول النتيجة تتبع اخص المقدمة نتيجة تكون النتيجة تكون قابلية الدخول</w:t>
      </w:r>
    </w:p>
    <w:p>
      <w:r>
        <w:t>سهلة جدا هادي</w:t>
      </w:r>
    </w:p>
    <w:p>
      <w:r>
        <w:t>فعليات يعني التصادق الفعلي الممكنات التصادق بالقوة</w:t>
      </w:r>
    </w:p>
    <w:p>
      <w:r>
        <w:t>نعم</w:t>
      </w:r>
    </w:p>
    <w:p>
      <w:r>
        <w:t>تنتج ممكن ايضا القانون نتيجة تتبع اخص مقدمتين</w:t>
      </w:r>
    </w:p>
    <w:p>
      <w:r>
        <w:t>اذا عندنا تصادق فعلي وتصادق امكاني يعني بالقوة</w:t>
      </w:r>
    </w:p>
    <w:p>
      <w:r>
        <w:t>النتيجة تبقى تصادق بالقوة والامكان</w:t>
      </w:r>
    </w:p>
    <w:p>
      <w:r>
        <w:t>والبيان ما تقدم الا اذا كانت الكبرى ضرورية او دائمية</w:t>
      </w:r>
    </w:p>
    <w:p>
      <w:r>
        <w:t>ظرورية يعني التصادق الذي ينفك مقطعيا كان او انبساطيا</w:t>
      </w:r>
    </w:p>
    <w:p>
      <w:r>
        <w:t>بنحمد بنحو الدائمية</w:t>
      </w:r>
    </w:p>
    <w:p>
      <w:r>
        <w:t>والدائمية ما في تصادق ضروري</w:t>
      </w:r>
    </w:p>
    <w:p>
      <w:r>
        <w:t>تصاد غير ضروري الى انهم ممتد دائمي</w:t>
      </w:r>
    </w:p>
    <w:p>
      <w:r>
        <w:t>فان النتيجة ضرورية او دائمة</w:t>
      </w:r>
    </w:p>
    <w:p>
      <w:r>
        <w:t>لان نعكس الصغرى الممكنة ليرتدوا الى الاول يعني الشكل الاول</w:t>
      </w:r>
    </w:p>
    <w:p>
      <w:r>
        <w:t>وينتج ذلك كما بينا في الشكل هنا انا في قلبي شيء يعني اذا كانت احدى المقدمات الممكنة والثانية ضرورية ان كان يعني قابلية الدخول والضرورة لها دخول عدم دخول وعدم انفكاك في التصادق</w:t>
      </w:r>
    </w:p>
    <w:p>
      <w:r>
        <w:t>يعني لا يمكن ان ينفك المحمول عن الموضوع في التصادق</w:t>
      </w:r>
    </w:p>
    <w:p>
      <w:r>
        <w:t>على الأقل في مقطعين</w:t>
      </w:r>
    </w:p>
    <w:p>
      <w:r>
        <w:t>اذا لم نقل عدم الإنفكاك الإنبساطي يعني الضرورة الدائمية</w:t>
      </w:r>
    </w:p>
    <w:p>
      <w:r>
        <w:t>نقول الضرورة المقطعية</w:t>
      </w:r>
    </w:p>
    <w:p>
      <w:r>
        <w:t>هناك عدم الانفكاك</w:t>
      </w:r>
    </w:p>
    <w:p>
      <w:r>
        <w:t>احدى المقدمات قابلية الدخول</w:t>
      </w:r>
    </w:p>
    <w:p>
      <w:r>
        <w:t>نعم</w:t>
      </w:r>
    </w:p>
    <w:p>
      <w:r>
        <w:t>الا اذا قلت ممكن قبيلة الدخول على فرض الدخول كما بينا فيما سبق</w:t>
      </w:r>
    </w:p>
    <w:p>
      <w:r>
        <w:t>على فرض الدخول لأن الإمكان الدخول وعدم الدخول يعني قابلية الدخول قابلية عمل عدم الدخول</w:t>
      </w:r>
    </w:p>
    <w:p>
      <w:r>
        <w:t>تقول كل انسان كاتب بالإمكان بالإمكان العام او الإمكان الخاص</w:t>
      </w:r>
    </w:p>
    <w:p>
      <w:r>
        <w:t>الدخول غير متحقق قابلية الدخول تقول ليس على الإنسان بمستحيل ان يكتب</w:t>
      </w:r>
    </w:p>
    <w:p>
      <w:r>
        <w:t>العام او تقول متساو النسبة ان يكتب او لا يكتب بعد مثلا لم يكتب</w:t>
      </w:r>
    </w:p>
    <w:p>
      <w:r>
        <w:t>اذا اذا بنينا على الدخول الفعلي نعم النتيجة تكون ظرورية</w:t>
      </w:r>
    </w:p>
    <w:p>
      <w:r>
        <w:t>لماذا? لان الحد الاوسط يجره الاصغر الى الاكبر بالظرورة</w:t>
      </w:r>
    </w:p>
    <w:p>
      <w:r>
        <w:t>يعني كل من يدخل في الكبرى يكون ظروريا</w:t>
      </w:r>
    </w:p>
    <w:p>
      <w:r>
        <w:t>نعم</w:t>
      </w:r>
    </w:p>
    <w:p>
      <w:r>
        <w:t>وكذلك الدائمية اذا كانت الكبرى الدائمية من يدخل تحتها ويندرج تحتها</w:t>
      </w:r>
    </w:p>
    <w:p>
      <w:r>
        <w:t>يعني الحد الاوسط وجر الاوسط فيكون دائميا والا يلزم اجتماع النقيدة الكبرى دائمية وليست دائمية</w:t>
      </w:r>
    </w:p>
    <w:p>
      <w:r>
        <w:t>هذه بيناها بالتفصيل</w:t>
      </w:r>
    </w:p>
    <w:p>
      <w:r>
        <w:t>قال والوصفيات المختلطة بغيرها تنتج بحسب الذات</w:t>
      </w:r>
    </w:p>
    <w:p>
      <w:r>
        <w:t>يعني ثبوت المحمولين موضوع ببركة الوصف ليس ببركة الذات</w:t>
      </w:r>
    </w:p>
    <w:p>
      <w:r>
        <w:t>كانت النسبة ضرورية او كانت دائمية كانت مقطعية او كانت ما كانت</w:t>
      </w:r>
    </w:p>
    <w:p>
      <w:r>
        <w:t>المحمول يثبت الموضوع ببركة الوصف</w:t>
      </w:r>
    </w:p>
    <w:p>
      <w:r>
        <w:t>ليس ببركات الذات</w:t>
      </w:r>
    </w:p>
    <w:p>
      <w:r>
        <w:t>يقول تنتج بحسب الذات</w:t>
      </w:r>
    </w:p>
    <w:p>
      <w:r>
        <w:t>المختلطة تنتج بحسب الذات</w:t>
      </w:r>
    </w:p>
    <w:p>
      <w:r>
        <w:t>يعني الوصف يختفي</w:t>
      </w:r>
    </w:p>
    <w:p>
      <w:r>
        <w:t>سر سر المحمول اما آآ ضروريا ضروري لي ببركة الذات</w:t>
      </w:r>
    </w:p>
    <w:p>
      <w:r>
        <w:t>واما يكونوا دائمين ببركة الذات</w:t>
      </w:r>
    </w:p>
    <w:p>
      <w:r>
        <w:t>هذا ما معناه بحسب الذات</w:t>
      </w:r>
    </w:p>
    <w:p>
      <w:r>
        <w:t>وكذلك البسيطة التي لا تستلزم الدوام</w:t>
      </w:r>
    </w:p>
    <w:p>
      <w:r>
        <w:t>مختلفة في مقابل بسيط</w:t>
      </w:r>
    </w:p>
    <w:p>
      <w:r>
        <w:t>مختلطة ان تقول اه كل الف باء ما دام اه الف وتسكت هذه البسيطة</w:t>
      </w:r>
    </w:p>
    <w:p>
      <w:r>
        <w:t>المركبة تقول كل الف باء ما دام الف لا دائما يعني الدخول المقطعي</w:t>
      </w:r>
    </w:p>
    <w:p>
      <w:r>
        <w:t>الدخول المقطعي</w:t>
      </w:r>
    </w:p>
    <w:p>
      <w:r>
        <w:t>اما المستلزم له فلا ستنتج وصفية</w:t>
      </w:r>
    </w:p>
    <w:p>
      <w:r>
        <w:t>نعم</w:t>
      </w:r>
    </w:p>
    <w:p>
      <w:r>
        <w:t>في البسيطة</w:t>
      </w:r>
    </w:p>
    <w:p>
      <w:r>
        <w:t>لكنها تكن مطلقة ها هنا</w:t>
      </w:r>
    </w:p>
    <w:p>
      <w:r>
        <w:t>فان الكاتب يقظان الكاتب يعني موظف لارادته</w:t>
      </w:r>
    </w:p>
    <w:p>
      <w:r>
        <w:t>والارادة لا توظف الا بوعي وهذا يقبل</w:t>
      </w:r>
    </w:p>
    <w:p>
      <w:r>
        <w:t>فالانسان الذي يحرك يده وهو نائم هذا ليس فعلا اراديا</w:t>
      </w:r>
    </w:p>
    <w:p>
      <w:r>
        <w:t>في حركة ما في ارادة</w:t>
      </w:r>
    </w:p>
    <w:p>
      <w:r>
        <w:t>الارادة لفعل الارادي دائما يكون بوعي</w:t>
      </w:r>
    </w:p>
    <w:p>
      <w:r>
        <w:t>نعم</w:t>
      </w:r>
    </w:p>
    <w:p>
      <w:r>
        <w:t>ولهذا يقول يقضان</w:t>
      </w:r>
    </w:p>
    <w:p>
      <w:r>
        <w:t>فان الكاتب يقذر يعني اذا كان عندنا مصداق متلبس بالكتابة يتلبس باليقظة يعني بالوعي</w:t>
      </w:r>
    </w:p>
    <w:p>
      <w:r>
        <w:t>تصادق الوجود بين الكاتب واليقظة</w:t>
      </w:r>
    </w:p>
    <w:p>
      <w:r>
        <w:t>نعم</w:t>
      </w:r>
    </w:p>
    <w:p>
      <w:r>
        <w:t>فان ان الكاتب يقضان ويحرك القلم ما دام كاتبا</w:t>
      </w:r>
    </w:p>
    <w:p>
      <w:r>
        <w:t>ولا يجب منه كون بعض اليقظة محرك للقلم ما دام يقظان لا</w:t>
      </w:r>
    </w:p>
    <w:p>
      <w:r>
        <w:t>ليس بالظرورة قد يكون في حالة يقظة ولا يحرك القلم</w:t>
      </w:r>
    </w:p>
    <w:p>
      <w:r>
        <w:t>بل ببعظ بعظ اوقاته في بعظ اوقات يقظته</w:t>
      </w:r>
    </w:p>
    <w:p>
      <w:r>
        <w:t>متى? اذا كتب</w:t>
      </w:r>
    </w:p>
    <w:p>
      <w:r>
        <w:t>اقول الوصفيات اذا اختلطت بغيرها بان تكون احدى المقدمتين وصفية</w:t>
      </w:r>
    </w:p>
    <w:p>
      <w:r>
        <w:t>يعني النسبة ببركة الوصف والاخرى ذاتية النسبة ببركة الذات ليس الوصف</w:t>
      </w:r>
    </w:p>
    <w:p>
      <w:r>
        <w:t>فان النتيجة ذاتية ويسقط اعتبار الوصف</w:t>
      </w:r>
    </w:p>
    <w:p>
      <w:r>
        <w:t>لماذا? لان النتيجة تتبع اخص مقدمته</w:t>
      </w:r>
    </w:p>
    <w:p>
      <w:r>
        <w:t>كما تقول كل جيم باء</w:t>
      </w:r>
    </w:p>
    <w:p>
      <w:r>
        <w:t>اين الوصف? مدام اجيم</w:t>
      </w:r>
    </w:p>
    <w:p>
      <w:r>
        <w:t>هذا هو رمز الوصفية</w:t>
      </w:r>
    </w:p>
    <w:p>
      <w:r>
        <w:t>ما دام جيم</w:t>
      </w:r>
    </w:p>
    <w:p>
      <w:r>
        <w:t>نعم</w:t>
      </w:r>
    </w:p>
    <w:p>
      <w:r>
        <w:t>يعني جيم وتشكل من آآ رمزين</w:t>
      </w:r>
    </w:p>
    <w:p>
      <w:r>
        <w:t>ميم والوصف</w:t>
      </w:r>
    </w:p>
    <w:p>
      <w:r>
        <w:t>ميم هي الذات وعين هي الوصف ميم عين الكل سميها جيم وصفية</w:t>
      </w:r>
    </w:p>
    <w:p>
      <w:r>
        <w:t>كل جيم باء مادام جيم يعني التصادق في دار الوجود يكون ببركة الوصف</w:t>
      </w:r>
    </w:p>
    <w:p>
      <w:r>
        <w:t>يختفي الوصف التصادق يرتفع</w:t>
      </w:r>
    </w:p>
    <w:p>
      <w:r>
        <w:t>وكل جيم الف بالاطلاق كل جيم الف بالاطلاق يعني تسابق فقط</w:t>
      </w:r>
    </w:p>
    <w:p>
      <w:r>
        <w:t>تصادق الفعل يعني ببركة الموضوع ياتي المحمول الى انه الدخول الفعلي فقط</w:t>
      </w:r>
    </w:p>
    <w:p>
      <w:r>
        <w:t>نعم</w:t>
      </w:r>
    </w:p>
    <w:p>
      <w:r>
        <w:t>فانه ينتج آآ ينتج بعض لان الشكل الثالث ينتج دائما جزئية</w:t>
      </w:r>
    </w:p>
    <w:p>
      <w:r>
        <w:t>السر بيناه الحد الاوسط نعم يكون اعم من آآ الحد الاوسط اعم الحد الأصغر</w:t>
      </w:r>
    </w:p>
    <w:p>
      <w:r>
        <w:t>نعم</w:t>
      </w:r>
    </w:p>
    <w:p>
      <w:r>
        <w:t>اذا كان اعم من الحد الأصغر ودخل الأوسط في الأكبر</w:t>
      </w:r>
    </w:p>
    <w:p>
      <w:r>
        <w:t>لا يمكن ان يدخل الأصغر بنحو الكلية في الأكبر</w:t>
      </w:r>
    </w:p>
    <w:p>
      <w:r>
        <w:t>يدخل بمقداره</w:t>
      </w:r>
    </w:p>
    <w:p>
      <w:r>
        <w:t>نعم</w:t>
      </w:r>
    </w:p>
    <w:p>
      <w:r>
        <w:t>فتكون جزئيا</w:t>
      </w:r>
    </w:p>
    <w:p>
      <w:r>
        <w:t>نعم فانه ينتج بعض باء الف بالاطلاق يعني النتيجة تتبع اخص المقدمتين يعني الذي هو المؤمن هو الفعلية فقط</w:t>
      </w:r>
    </w:p>
    <w:p>
      <w:r>
        <w:t>هو الفعل اللي هي نعم لان الوصفة تعلن لان الوصفة تعلق بالاوسط وهو ساقط في النتيجة</w:t>
      </w:r>
    </w:p>
    <w:p>
      <w:r>
        <w:t>فيسقط ما يتعلق بهما</w:t>
      </w:r>
    </w:p>
    <w:p>
      <w:r>
        <w:t>نعم اذا عندنا دخول دخول في الوجود يعني التصادق بين جيم وباء بين الحد الاوسط والاصغر</w:t>
      </w:r>
    </w:p>
    <w:p>
      <w:r>
        <w:t>جيم هو الحد الاوسط با الحد الاصغر</w:t>
      </w:r>
    </w:p>
    <w:p>
      <w:r>
        <w:t>تداخل الدخول بشرط الوصف</w:t>
      </w:r>
    </w:p>
    <w:p>
      <w:r>
        <w:t>وعندنا تصادق بين الجيم والف للذات فقط ما في وصف</w:t>
      </w:r>
    </w:p>
    <w:p>
      <w:r>
        <w:t>فلا تنتظر ان باء يدخل تحت الف ببركة الوصف</w:t>
      </w:r>
    </w:p>
    <w:p>
      <w:r>
        <w:t>لان الاكبر آآ حتما هو آآ عم من من الحد الاوسط يشير الى الدخول الفعلي فقط فالذي هو يؤمن ماذا? دخول الحد الاصغر الذي هو باء تحت الحد الاكبر الذي هو الف مقطعيا جزئيا فقط الوصف يختفي</w:t>
      </w:r>
    </w:p>
    <w:p>
      <w:r>
        <w:t>وكذلك الوصفيات البسيطة التي لا تستلزم الدوام بحسب الوصف البسيطة يعني ما عندنا هذا اللا دائمين</w:t>
      </w:r>
    </w:p>
    <w:p>
      <w:r>
        <w:t>اذا اختلط بعضها ببعض فان النتيجة ذاتية ايضا</w:t>
      </w:r>
    </w:p>
    <w:p>
      <w:r>
        <w:t>وذلك في الممكن الوصفية والمطلقة الوصفية</w:t>
      </w:r>
    </w:p>
    <w:p>
      <w:r>
        <w:t>الممكنة الوصفية نعم يعني اه الشيء يكون بالقوة قابل للدخول وليس لعيون ذاته لعيون الوصف</w:t>
      </w:r>
    </w:p>
    <w:p>
      <w:r>
        <w:t>هذه هي الممكنة الوصفية</w:t>
      </w:r>
    </w:p>
    <w:p>
      <w:r>
        <w:t>يعني المحمول يثبت ليس لذات الموضوع لذات الموضوع بوصف بالامكان</w:t>
      </w:r>
    </w:p>
    <w:p>
      <w:r>
        <w:t>قابلية ان نعم</w:t>
      </w:r>
    </w:p>
    <w:p>
      <w:r>
        <w:t>ان يدخل درن وجود</w:t>
      </w:r>
    </w:p>
    <w:p>
      <w:r>
        <w:t>نعم</w:t>
      </w:r>
    </w:p>
    <w:p>
      <w:r>
        <w:t>في المثال العرفي النازل النازل</w:t>
      </w:r>
    </w:p>
    <w:p>
      <w:r>
        <w:t>يعطون مساعدات لطالب الحوزة</w:t>
      </w:r>
    </w:p>
    <w:p>
      <w:r>
        <w:t>لنفرض مثلا يعطون ثلاجات</w:t>
      </w:r>
    </w:p>
    <w:p>
      <w:r>
        <w:t>خدمة حتى يتفرغ للدراسة والابداع والانتاج لانه الطالب اذا تشوش ذهنه بهذه الماديات لا يستطيع ان يدرس يعني يدرس هكذا بالحمل الاولي يدرس صوريا واما حاء حقيقيا فلا مشوش الدين</w:t>
      </w:r>
    </w:p>
    <w:p>
      <w:r>
        <w:t>نعم تأتي جماعة من الخيرين</w:t>
      </w:r>
    </w:p>
    <w:p>
      <w:r>
        <w:t>وتقول يعني الثلاجة للطلاب</w:t>
      </w:r>
    </w:p>
    <w:p>
      <w:r>
        <w:t>توزع للطلاب</w:t>
      </w:r>
    </w:p>
    <w:p>
      <w:r>
        <w:t>فيأتي اعزب غير متزوج ما عنده بيت ما عنده دار</w:t>
      </w:r>
    </w:p>
    <w:p>
      <w:r>
        <w:t>يقول له لا تغيير مشمول</w:t>
      </w:r>
    </w:p>
    <w:p>
      <w:r>
        <w:t>لماذا? لان الوصف غير موجود وهو المتزوج</w:t>
      </w:r>
    </w:p>
    <w:p>
      <w:r>
        <w:t>فهم يحطون لافتة</w:t>
      </w:r>
    </w:p>
    <w:p>
      <w:r>
        <w:t>كل متزوج يستحق الثلاجة بالامكان</w:t>
      </w:r>
    </w:p>
    <w:p>
      <w:r>
        <w:t>انا استحقاق الثلاجة ببركة الوصف هو الزواج</w:t>
      </w:r>
    </w:p>
    <w:p>
      <w:r>
        <w:t>صحيح? بالامكان متى يصير فعليا? يأتيهم بوثيقة انه متأهل بقول الايرانيين متزوج بقول العرب فهذه الوثيقة رسمية سلموا له الثلاجة الثلاجة بالافيال</w:t>
      </w:r>
    </w:p>
    <w:p>
      <w:r>
        <w:t>يعني له بالفعل</w:t>
      </w:r>
    </w:p>
    <w:p>
      <w:r>
        <w:t>نعم</w:t>
      </w:r>
    </w:p>
    <w:p>
      <w:r>
        <w:t>وكذلك الوصفيات البسيطة التي لا تستلزم الدوام</w:t>
      </w:r>
    </w:p>
    <w:p>
      <w:r>
        <w:t>يعني ما في قيد اللا دائمية بحسب الوصف</w:t>
      </w:r>
    </w:p>
    <w:p>
      <w:r>
        <w:t>اذا اختلط بعضها ببعض فان النتيجة ذاتية ايضا</w:t>
      </w:r>
    </w:p>
    <w:p>
      <w:r>
        <w:t>الوصف يختفي يصير المحمول ببركة الموضوع</w:t>
      </w:r>
    </w:p>
    <w:p>
      <w:r>
        <w:t>نعم</w:t>
      </w:r>
    </w:p>
    <w:p>
      <w:r>
        <w:t>وذلك في الممكن الوصفية بيناها ومثلنا لها بالثلاجة</w:t>
      </w:r>
    </w:p>
    <w:p>
      <w:r>
        <w:t>والمطلقة الوصفية</w:t>
      </w:r>
    </w:p>
    <w:p>
      <w:r>
        <w:t>المطلقة الوصفية يعني الدخول الفعلي ببركة الوصف</w:t>
      </w:r>
    </w:p>
    <w:p>
      <w:r>
        <w:t>ببركة الوصف</w:t>
      </w:r>
    </w:p>
    <w:p>
      <w:r>
        <w:t>نعم</w:t>
      </w:r>
    </w:p>
    <w:p>
      <w:r>
        <w:t>سواء كان من جنس واحد كالمطلقة او من جنس كالمطلقة مع الممكنة</w:t>
      </w:r>
    </w:p>
    <w:p>
      <w:r>
        <w:t>كما تقول كل جيم باب الامكان اين هو جيم مثلت لكم بالثلاجة والمت والاعزب</w:t>
      </w:r>
    </w:p>
    <w:p>
      <w:r>
        <w:t>كل جيم بالامكان حين هو جيم</w:t>
      </w:r>
    </w:p>
    <w:p>
      <w:r>
        <w:t>يعني باء يثبت لجيم ببركة الوصف</w:t>
      </w:r>
    </w:p>
    <w:p>
      <w:r>
        <w:t>يعني جيم ينطوي على الوصف</w:t>
      </w:r>
    </w:p>
    <w:p>
      <w:r>
        <w:t>يعني ميم عين</w:t>
      </w:r>
    </w:p>
    <w:p>
      <w:r>
        <w:t>ميم عين سميه جيم</w:t>
      </w:r>
    </w:p>
    <w:p>
      <w:r>
        <w:t>ميم هو ذات علم هو الوصف جيم تقول كل جيم بالامكان حين واجب</w:t>
      </w:r>
    </w:p>
    <w:p>
      <w:r>
        <w:t>اذا يستحق الموضوع المحمول بالامكان قادر ان يتلبس به</w:t>
      </w:r>
    </w:p>
    <w:p>
      <w:r>
        <w:t>لكن بشرط الوصف</w:t>
      </w:r>
    </w:p>
    <w:p>
      <w:r>
        <w:t>هذه هي الوصفية اه الممكنة الوصف وكل جيم الف حين هو جيم كذلك تصادق الوصف ينتج بعض باء الف بالاطلاق العام</w:t>
      </w:r>
    </w:p>
    <w:p>
      <w:r>
        <w:t>نعم</w:t>
      </w:r>
    </w:p>
    <w:p>
      <w:r>
        <w:t>كل دين بالامكان حين هو وكل جيم الف حين هو جيم ينتج بعض الف بالاطلاق العام</w:t>
      </w:r>
    </w:p>
    <w:p>
      <w:r>
        <w:t>ولا ينتج وصية لما تقدم</w:t>
      </w:r>
    </w:p>
    <w:p>
      <w:r>
        <w:t>اه لان الوصف اه له علاقة بالحد الاوسط</w:t>
      </w:r>
    </w:p>
    <w:p>
      <w:r>
        <w:t>واحد الأوسط يختفي في النتيجة فيختفي بجميع حيثياته</w:t>
      </w:r>
    </w:p>
    <w:p>
      <w:r>
        <w:t>من حيثياته الوصف</w:t>
      </w:r>
    </w:p>
    <w:p>
      <w:r>
        <w:t>نعم</w:t>
      </w:r>
    </w:p>
    <w:p>
      <w:r>
        <w:t>نعم دقق في في المثال كل جيم باب الإمكان حين هو جيم</w:t>
      </w:r>
    </w:p>
    <w:p>
      <w:r>
        <w:t>الوصل وين تابع تابع له الحد الأوسط</w:t>
      </w:r>
    </w:p>
    <w:p>
      <w:r>
        <w:t>في الصغرى وكل جيم الف حين هو جيم الوصل تابع له الحد الاوسط</w:t>
      </w:r>
    </w:p>
    <w:p>
      <w:r>
        <w:t>وفي النتيجة الحد الاوسط يختفي</w:t>
      </w:r>
    </w:p>
    <w:p>
      <w:r>
        <w:t>اذا اختفى الحد الاوسط شؤوناته شؤوناته تختفي معه</w:t>
      </w:r>
    </w:p>
    <w:p>
      <w:r>
        <w:t>خصوصياته تنتفي معه من هنا الوصف</w:t>
      </w:r>
    </w:p>
    <w:p>
      <w:r>
        <w:t>فلا تجد الوصف في النتيجة، لان الوصف تابع للحد الاوسط لا يعطيه لا للأصغر ولا للأكبر</w:t>
      </w:r>
    </w:p>
    <w:p>
      <w:r>
        <w:t>ولهذا قال بعض باء الف بالاطلاق العام يعني الفعلية</w:t>
      </w:r>
    </w:p>
    <w:p>
      <w:r>
        <w:t>نعم</w:t>
      </w:r>
    </w:p>
    <w:p>
      <w:r>
        <w:t>ولا ينتج وصفية لما تقدم اكتب تحتها</w:t>
      </w:r>
    </w:p>
    <w:p>
      <w:r>
        <w:t>اه لأن الوصف تابع لل الاوسط يختفي باختفائه</w:t>
      </w:r>
    </w:p>
    <w:p>
      <w:r>
        <w:t>اما الوصفيات المستلزمة اما الوصفيات المستلزمة للدواب بحسب الوصف يعني فيها قيد اللا دائمية</w:t>
      </w:r>
    </w:p>
    <w:p>
      <w:r>
        <w:t>نعم</w:t>
      </w:r>
    </w:p>
    <w:p>
      <w:r>
        <w:t>كالعرفيات العرفيات والمشروطات طبعا هنا العرفية الخاصة والمشروطة الخاصة</w:t>
      </w:r>
    </w:p>
    <w:p>
      <w:r>
        <w:t>العرفية الخاصة اه ثبوت النسبة ببركة الوصف مقطعيا</w:t>
      </w:r>
    </w:p>
    <w:p>
      <w:r>
        <w:t>المشروطة الخاص ظرورة النسبة مقطعية</w:t>
      </w:r>
    </w:p>
    <w:p>
      <w:r>
        <w:t>ببركة الوصف</w:t>
      </w:r>
    </w:p>
    <w:p>
      <w:r>
        <w:t>اذا اختلطت بعضها مع بعض فان النتيجة تكون وصفية موطأ نعم</w:t>
      </w:r>
    </w:p>
    <w:p>
      <w:r>
        <w:t>لا مقيدة بالدوام الذاتي الوصف</w:t>
      </w:r>
    </w:p>
    <w:p>
      <w:r>
        <w:t>نعم لان لانها مركبة في دخول مقطعي وخروج مقطعي</w:t>
      </w:r>
    </w:p>
    <w:p>
      <w:r>
        <w:t>اجاب وسلب كما تقول كل كاتب يقظان ما دام كاتبا يعني مادام وصف الكتابة فيه الكتابة طبعا هنا الكتابة الفعلية</w:t>
      </w:r>
    </w:p>
    <w:p>
      <w:r>
        <w:t>يعني يكتب كل كاتب يقظان ما دام كاتبا</w:t>
      </w:r>
    </w:p>
    <w:p>
      <w:r>
        <w:t>نعم</w:t>
      </w:r>
    </w:p>
    <w:p>
      <w:r>
        <w:t>واضح جدا</w:t>
      </w:r>
    </w:p>
    <w:p>
      <w:r>
        <w:t>نعم</w:t>
      </w:r>
    </w:p>
    <w:p>
      <w:r>
        <w:t>الكاتب هنا الحد الاوسط</w:t>
      </w:r>
    </w:p>
    <w:p>
      <w:r>
        <w:t>ما دام هو متلبس الكتابة له وعيه يعني يقبل</w:t>
      </w:r>
    </w:p>
    <w:p>
      <w:r>
        <w:t>وكل كاتب يحرك يده ما دام كاتبا</w:t>
      </w:r>
    </w:p>
    <w:p>
      <w:r>
        <w:t>صحيح</w:t>
      </w:r>
    </w:p>
    <w:p>
      <w:r>
        <w:t>اذا الحد الاوسط ما هو? كاتب</w:t>
      </w:r>
    </w:p>
    <w:p>
      <w:r>
        <w:t>نعم</w:t>
      </w:r>
    </w:p>
    <w:p>
      <w:r>
        <w:t>ولا ينتج بعض يقضى يحرك يده ما دام يقظان ابدا</w:t>
      </w:r>
    </w:p>
    <w:p>
      <w:r>
        <w:t>لان اليقظة بشرط قد يكتب وقد لا يكتب لا بشرط</w:t>
      </w:r>
    </w:p>
    <w:p>
      <w:r>
        <w:t>يعني ليقظن حالة اعم من من الكتاب او لا كاتبة</w:t>
      </w:r>
    </w:p>
    <w:p>
      <w:r>
        <w:t>قد يكتب في دائرة وقد لا يكتب في دائرة</w:t>
      </w:r>
    </w:p>
    <w:p>
      <w:r>
        <w:t>يعني ليقظان بما هو يقظان لا يجر الكتابة بالظرورة</w:t>
      </w:r>
    </w:p>
    <w:p>
      <w:r>
        <w:t>نعم</w:t>
      </w:r>
    </w:p>
    <w:p>
      <w:r>
        <w:t>فلا ينتج بعض اليقظة محرك يده ما دام يقظان لا لا لا</w:t>
      </w:r>
    </w:p>
    <w:p>
      <w:r>
        <w:t>يعني وصف الوعي لا يجوز الكتاب نعم بل حين هو يقضان</w:t>
      </w:r>
    </w:p>
    <w:p>
      <w:r>
        <w:t>نعم</w:t>
      </w:r>
    </w:p>
    <w:p>
      <w:r>
        <w:t>يعني بعض اليقظان يحرك يده آآ حين هو يقضى</w:t>
      </w:r>
    </w:p>
    <w:p>
      <w:r>
        <w:t>اي في بعض اوقات يقظته</w:t>
      </w:r>
    </w:p>
    <w:p>
      <w:r>
        <w:t>حين يعني اه ما في ديمومة بعض اليقظان يحرك يده ما دام يقظان لا لا ملازمة بين الوعي وتحرك اه تحرك اليد</w:t>
      </w:r>
    </w:p>
    <w:p>
      <w:r>
        <w:t>انا في وعي بقول الاعلام الحلي الوعي يعني اليقظة</w:t>
      </w:r>
    </w:p>
    <w:p>
      <w:r>
        <w:t>هل احرك يدينا? ثم احركه</w:t>
      </w:r>
    </w:p>
    <w:p>
      <w:r>
        <w:t>نعم</w:t>
      </w:r>
    </w:p>
    <w:p>
      <w:r>
        <w:t>اذا اليقظان عنوان اعم</w:t>
      </w:r>
    </w:p>
    <w:p>
      <w:r>
        <w:t>لا بشرط</w:t>
      </w:r>
    </w:p>
    <w:p>
      <w:r>
        <w:t>قد مع الحركة وفي مقطع لا ينسجم</w:t>
      </w:r>
    </w:p>
    <w:p>
      <w:r>
        <w:t>اذا النتيجة حين</w:t>
      </w:r>
    </w:p>
    <w:p>
      <w:r>
        <w:t>نعم حين</w:t>
      </w:r>
    </w:p>
    <w:p>
      <w:r>
        <w:t>في في مقطع نماء</w:t>
      </w:r>
    </w:p>
    <w:p>
      <w:r>
        <w:t>نعم</w:t>
      </w:r>
    </w:p>
    <w:p>
      <w:r>
        <w:t>بل حين ويقضان اي في بعض اوقاته يقظته</w:t>
      </w:r>
    </w:p>
    <w:p>
      <w:r>
        <w:t>نعم واضحة جدا هذه المسألة</w:t>
      </w:r>
    </w:p>
    <w:p>
      <w:r>
        <w:t>قال والصغرى الدائمة او الضرورية فيه يعني في هذا الشكل لا تناقض الكبرى العور في او المشروطة الخاصة العرفية او المشروطة الخاصتين</w:t>
      </w:r>
    </w:p>
    <w:p>
      <w:r>
        <w:t>نعم</w:t>
      </w:r>
    </w:p>
    <w:p>
      <w:r>
        <w:t>الصغرى الدائمة يعني النسبة او التصادق</w:t>
      </w:r>
    </w:p>
    <w:p>
      <w:r>
        <w:t>الواقعي الدائمي</w:t>
      </w:r>
    </w:p>
    <w:p>
      <w:r>
        <w:t>اه</w:t>
      </w:r>
    </w:p>
    <w:p>
      <w:r>
        <w:t>او ظروري عدم الانفكاك</w:t>
      </w:r>
    </w:p>
    <w:p>
      <w:r>
        <w:t>هادي هي الصورة</w:t>
      </w:r>
    </w:p>
    <w:p>
      <w:r>
        <w:t>يقول الصورة الدائمية او الضرورية</w:t>
      </w:r>
    </w:p>
    <w:p>
      <w:r>
        <w:t>في في هذا الشكل لا تناقض الكبرى والعرفية</w:t>
      </w:r>
    </w:p>
    <w:p>
      <w:r>
        <w:t>لا تناقض الكبرى العرفية او الكبرى الخاصتين</w:t>
      </w:r>
    </w:p>
    <w:p>
      <w:r>
        <w:t>يعني عندنا كبرى عرفية خاصة وعندنا كبرى مشروطة خاصة</w:t>
      </w:r>
    </w:p>
    <w:p>
      <w:r>
        <w:t>بمعنى الدخول المقطعي الضروري والدخول المقطعي غير الضروري</w:t>
      </w:r>
    </w:p>
    <w:p>
      <w:r>
        <w:t>لا ما فيها اه يقول لا تناقضوا نعم لا تناقضوا لماذا? لان الكبرى العرفية الخاصة او الكبرى العرفية اه الكبرى المشروطة الخاصة في هذا القيد اللا دائمي</w:t>
      </w:r>
    </w:p>
    <w:p>
      <w:r>
        <w:t>تقول لا دائما</w:t>
      </w:r>
    </w:p>
    <w:p>
      <w:r>
        <w:t>يعني دخول المقطعي</w:t>
      </w:r>
    </w:p>
    <w:p>
      <w:r>
        <w:t>دخول مقطعي دائما يعطي المجال لعدم الدخول المقطعي</w:t>
      </w:r>
    </w:p>
    <w:p>
      <w:r>
        <w:t>المدير موجود في المدرسة</w:t>
      </w:r>
    </w:p>
    <w:p>
      <w:r>
        <w:t>ما دام موجود في المدرسة في ساعتين هذا الدخول المقطعي</w:t>
      </w:r>
    </w:p>
    <w:p>
      <w:r>
        <w:t>ضروري غير ظروري له</w:t>
      </w:r>
    </w:p>
    <w:p>
      <w:r>
        <w:t>اذا ما معناه? يعطي مجالا لعدم الحظور من العشرة الى فوق</w:t>
      </w:r>
    </w:p>
    <w:p>
      <w:r>
        <w:t>سلبية</w:t>
      </w:r>
    </w:p>
    <w:p>
      <w:r>
        <w:t>وتأتي صغرى دائمية</w:t>
      </w:r>
    </w:p>
    <w:p>
      <w:r>
        <w:t>او ضرورية ما فيه ما فيه تناقض</w:t>
      </w:r>
    </w:p>
    <w:p>
      <w:r>
        <w:t>ما في تناقض</w:t>
      </w:r>
    </w:p>
    <w:p>
      <w:r>
        <w:t>ابدا</w:t>
      </w:r>
    </w:p>
    <w:p>
      <w:r>
        <w:t>لماذا? لان الدائمية اذا دخلت بن الايجاب تنسجم مع الايجابية المقطعية</w:t>
      </w:r>
    </w:p>
    <w:p>
      <w:r>
        <w:t>واذا دخلت سلبية تنسجم مع السلبية الماقة</w:t>
      </w:r>
    </w:p>
    <w:p>
      <w:r>
        <w:t>كنا في الدائمية الضرورية او الدائمية غير الضرورية</w:t>
      </w:r>
    </w:p>
    <w:p>
      <w:r>
        <w:t>يعني العرفية العامة</w:t>
      </w:r>
    </w:p>
    <w:p>
      <w:r>
        <w:t>هذا هو يعني في مناورة فيه مناورة</w:t>
      </w:r>
    </w:p>
    <w:p>
      <w:r>
        <w:t>نعم</w:t>
      </w:r>
    </w:p>
    <w:p>
      <w:r>
        <w:t>بخلاف الشكل الأول لصدق قولنا</w:t>
      </w:r>
    </w:p>
    <w:p>
      <w:r>
        <w:t>دقق جيدا</w:t>
      </w:r>
    </w:p>
    <w:p>
      <w:r>
        <w:t>كل نائم حيوان بالضرورة</w:t>
      </w:r>
    </w:p>
    <w:p>
      <w:r>
        <w:t>وساكن ما دام نائما دائما كل نائم حيوان بالضرورة</w:t>
      </w:r>
    </w:p>
    <w:p>
      <w:r>
        <w:t>لان النائم من النوم حالة حيوانية</w:t>
      </w:r>
    </w:p>
    <w:p>
      <w:r>
        <w:t>كانك قلت كل حيوان حيوان</w:t>
      </w:r>
    </w:p>
    <w:p>
      <w:r>
        <w:t>مبدأ الهوية بالضرورة</w:t>
      </w:r>
    </w:p>
    <w:p>
      <w:r>
        <w:t>في مبدأ الهوية ما نحتاجه يتبخر كانك قلت الحيوان حيوان لانه من ينام الحيوان</w:t>
      </w:r>
    </w:p>
    <w:p>
      <w:r>
        <w:t>من كانت له الهوية الحيوانية</w:t>
      </w:r>
    </w:p>
    <w:p>
      <w:r>
        <w:t>انه نعم غياب الوعي</w:t>
      </w:r>
    </w:p>
    <w:p>
      <w:r>
        <w:t>من هو? الحيوان</w:t>
      </w:r>
    </w:p>
    <w:p>
      <w:r>
        <w:t>كانك قلت كل حيوان تعين من نوم حيوان</w:t>
      </w:r>
    </w:p>
    <w:p>
      <w:r>
        <w:t>نعم حيوان</w:t>
      </w:r>
    </w:p>
    <w:p>
      <w:r>
        <w:t>ضرورة سميها انت ضرورة اه من باب الحمل الاولي</w:t>
      </w:r>
    </w:p>
    <w:p>
      <w:r>
        <w:t>والساكن ما دام نائما</w:t>
      </w:r>
    </w:p>
    <w:p>
      <w:r>
        <w:t>يعني الحيوان لطبيعته الحركة في فصل الحركة</w:t>
      </w:r>
    </w:p>
    <w:p>
      <w:r>
        <w:t>يكون ساكنا</w:t>
      </w:r>
    </w:p>
    <w:p>
      <w:r>
        <w:t>يعني لا يتحرك ما دامنا لا دائما شوف لا دائما يعني اذا راح النوم يتحرك بل تنتجان الوجودية الوجود يعني الدخول المقطعي غير الضروري</w:t>
      </w:r>
    </w:p>
    <w:p>
      <w:r>
        <w:t>نعم غير الضروري</w:t>
      </w:r>
    </w:p>
    <w:p>
      <w:r>
        <w:t>اقول انتهى الوقت ان شاء في الحصة الاتية نكمل التطبيق</w:t>
      </w:r>
    </w:p>
    <w:p>
      <w:r>
        <w:t>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