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يا الله 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اقول قد بينا فيما تقدم حسب هذا الكتاب آآ صفحة مية وثلاثة وخمسين</w:t>
      </w:r>
    </w:p>
    <w:p>
      <w:r>
        <w:t>ان الصورة الضرورية او الدائمية لا ينتظم منها ومن الكبرى العرفية والمشروطة الخاصتين في الشكل الاول قياس صادق المقدمات</w:t>
      </w:r>
    </w:p>
    <w:p>
      <w:r>
        <w:t>فها هنا يمكن انتظامهما وتنتج وجوديا</w:t>
      </w:r>
    </w:p>
    <w:p>
      <w:r>
        <w:t>يعني الوجودية الدخول غير الدخول المقطع غير الضروري</w:t>
      </w:r>
    </w:p>
    <w:p>
      <w:r>
        <w:t>يعني التواجد الفعلي</w:t>
      </w:r>
    </w:p>
    <w:p>
      <w:r>
        <w:t>كما يصدق قولنا كل نائم حيوان بالضرورة</w:t>
      </w:r>
    </w:p>
    <w:p>
      <w:r>
        <w:t>هذه الضرورة تؤمنها الهوية</w:t>
      </w:r>
    </w:p>
    <w:p>
      <w:r>
        <w:t>يعني مبدأ الهوية</w:t>
      </w:r>
    </w:p>
    <w:p>
      <w:r>
        <w:t>النائم من? حيوان</w:t>
      </w:r>
    </w:p>
    <w:p>
      <w:r>
        <w:t>حيوان بنحو حيوان بنحو حيوان</w:t>
      </w:r>
    </w:p>
    <w:p>
      <w:r>
        <w:t>نعم</w:t>
      </w:r>
    </w:p>
    <w:p>
      <w:r>
        <w:t>هذه الضرورة تؤمنها يؤمنها مبدأ الهوية</w:t>
      </w:r>
    </w:p>
    <w:p>
      <w:r>
        <w:t>كل نائم حيوان بالضرورة</w:t>
      </w:r>
    </w:p>
    <w:p>
      <w:r>
        <w:t>كأنك قلت كل حيوان بالنوم حيوان من المحيز بالنوم? حيوان حيوان</w:t>
      </w:r>
    </w:p>
    <w:p>
      <w:r>
        <w:t>نعم</w:t>
      </w:r>
    </w:p>
    <w:p>
      <w:r>
        <w:t>كل نائم حيوان بالضرورة</w:t>
      </w:r>
    </w:p>
    <w:p>
      <w:r>
        <w:t>نعم</w:t>
      </w:r>
    </w:p>
    <w:p>
      <w:r>
        <w:t>وكل نائم ساك ساكن ساكن الاعضاء ساكنوا الجوارح ما دام نائما لا دائما</w:t>
      </w:r>
    </w:p>
    <w:p>
      <w:r>
        <w:t>يعني اذا استيقظ لا يكون ساكنا</w:t>
      </w:r>
    </w:p>
    <w:p>
      <w:r>
        <w:t>اذا السكون يثبت ليس لا دائما ما دام النوم</w:t>
      </w:r>
    </w:p>
    <w:p>
      <w:r>
        <w:t>وهاتان قضيتان صادقتان وتنتج بعض الحيوان</w:t>
      </w:r>
    </w:p>
    <w:p>
      <w:r>
        <w:t>ساكن لا دائما</w:t>
      </w:r>
    </w:p>
    <w:p>
      <w:r>
        <w:t>بعض الحيوان من? النائم</w:t>
      </w:r>
    </w:p>
    <w:p>
      <w:r>
        <w:t>النائم</w:t>
      </w:r>
    </w:p>
    <w:p>
      <w:r>
        <w:t>دقق جيدا في في القياس</w:t>
      </w:r>
    </w:p>
    <w:p>
      <w:r>
        <w:t>الحد الاوسط هو النائم</w:t>
      </w:r>
    </w:p>
    <w:p>
      <w:r>
        <w:t>يختفي في النتيجة</w:t>
      </w:r>
    </w:p>
    <w:p>
      <w:r>
        <w:t>كل نائم حيوان بالضرورة يعني في تصادق ظروري في دار الوجود بين النائم والحيوان</w:t>
      </w:r>
    </w:p>
    <w:p>
      <w:r>
        <w:t>لماذا? لان النائم هو عين الحيوان</w:t>
      </w:r>
    </w:p>
    <w:p>
      <w:r>
        <w:t>مبدأ الهوية</w:t>
      </w:r>
    </w:p>
    <w:p>
      <w:r>
        <w:t>اذا قلت كل نائم ليس بحيوان</w:t>
      </w:r>
    </w:p>
    <w:p>
      <w:r>
        <w:t>هذه تقع في التناقض</w:t>
      </w:r>
    </w:p>
    <w:p>
      <w:r>
        <w:t>لان التناقض يحمي مبدأ الهوية</w:t>
      </w:r>
    </w:p>
    <w:p>
      <w:r>
        <w:t>وكل نائم انظروا النائم حد اوسط</w:t>
      </w:r>
    </w:p>
    <w:p>
      <w:r>
        <w:t>الشكل الثالث لان الحد الاوسط موضوع في المقدمتين</w:t>
      </w:r>
    </w:p>
    <w:p>
      <w:r>
        <w:t>النتيجة يجب ان يختفي</w:t>
      </w:r>
    </w:p>
    <w:p>
      <w:r>
        <w:t>وكل نائب ساكن ما دام نائما لا دائما واضحة جدا</w:t>
      </w:r>
    </w:p>
    <w:p>
      <w:r>
        <w:t>عن النائم هذا الحيوان المحايد بالنوم متى يسكن في حالة النوم ليس دائما</w:t>
      </w:r>
    </w:p>
    <w:p>
      <w:r>
        <w:t>اذا اختفى النوم يتحرك</w:t>
      </w:r>
    </w:p>
    <w:p>
      <w:r>
        <w:t>وهنا قضيتان صادقتان نعم وتنتج بعض الحيوان ساكن لا دائما</w:t>
      </w:r>
    </w:p>
    <w:p>
      <w:r>
        <w:t>هذا هو الدخول الوجودي غير الضروري</w:t>
      </w:r>
    </w:p>
    <w:p>
      <w:r>
        <w:t>عن الحيوان يسكن بعض الحيوان</w:t>
      </w:r>
    </w:p>
    <w:p>
      <w:r>
        <w:t>يسكن لان النتيجة جزئية</w:t>
      </w:r>
    </w:p>
    <w:p>
      <w:r>
        <w:t>يسكن في دار الوجود</w:t>
      </w:r>
    </w:p>
    <w:p>
      <w:r>
        <w:t>ضروري? لا ابدا</w:t>
      </w:r>
    </w:p>
    <w:p>
      <w:r>
        <w:t>قد يتحرك</w:t>
      </w:r>
    </w:p>
    <w:p>
      <w:r>
        <w:t>نعم</w:t>
      </w:r>
    </w:p>
    <w:p>
      <w:r>
        <w:t>ولهذا يقول وجودية يعني الدخول غير الضروري</w:t>
      </w:r>
    </w:p>
    <w:p>
      <w:r>
        <w:t>الدخول المقطعي غير الضروري</w:t>
      </w:r>
    </w:p>
    <w:p>
      <w:r>
        <w:t>نعم</w:t>
      </w:r>
    </w:p>
    <w:p>
      <w:r>
        <w:t>مرة تجد الاسد بعدما ينقض على فريسته يأكل ويشبع ثم ينام</w:t>
      </w:r>
    </w:p>
    <w:p>
      <w:r>
        <w:t>ينام</w:t>
      </w:r>
    </w:p>
    <w:p>
      <w:r>
        <w:t>نعم</w:t>
      </w:r>
    </w:p>
    <w:p>
      <w:r>
        <w:t>هذا هو بعض الحيوان</w:t>
      </w:r>
    </w:p>
    <w:p>
      <w:r>
        <w:t>ساكن لا داعم بمجرد ان تحركوا الغريزة غريزة الجوع يستيقظ ويبحث عن فريسته</w:t>
      </w:r>
    </w:p>
    <w:p>
      <w:r>
        <w:t>وقد ظهر مما تقدم ان حكم هذا الشكل حكم الشكل الاول الا في موضعين</w:t>
      </w:r>
    </w:p>
    <w:p>
      <w:r>
        <w:t>احدهما هذا الموضع الشكل الاول لا ينتج</w:t>
      </w:r>
    </w:p>
    <w:p>
      <w:r>
        <w:t>هنا في انتاج</w:t>
      </w:r>
    </w:p>
    <w:p>
      <w:r>
        <w:t>والثاني ان الدائمتين بحسب الوصف لا تنتجان دائمة وصفية</w:t>
      </w:r>
    </w:p>
    <w:p>
      <w:r>
        <w:t>بل مطلقة وصفي عن الدخول المقطع الوصفي على ما تقدم</w:t>
      </w:r>
    </w:p>
    <w:p>
      <w:r>
        <w:t>نعم</w:t>
      </w:r>
    </w:p>
    <w:p>
      <w:r>
        <w:t>السر ما هو؟ السر هذا هو ان الصغرى دائما تفسح المجال الى الوجوب والسلب</w:t>
      </w:r>
    </w:p>
    <w:p>
      <w:r>
        <w:t>يعني الوجود والعدم</w:t>
      </w:r>
    </w:p>
    <w:p>
      <w:r>
        <w:t>وجود العدم لسان انطولوجي اه الإيجاب والسلب اللسان معرفي نظمو منطقي</w:t>
      </w:r>
    </w:p>
    <w:p>
      <w:r>
        <w:t>نعم</w:t>
      </w:r>
    </w:p>
    <w:p>
      <w:r>
        <w:t>فالدائمية الإيجابية تنسجم مع المقطعية الإيجابية</w:t>
      </w:r>
    </w:p>
    <w:p>
      <w:r>
        <w:t>الدائم السالمة تنسجم مع السالبة المقطعية</w:t>
      </w:r>
    </w:p>
    <w:p>
      <w:r>
        <w:t>او تقول العكس دائما ايجابية تنسجم مع اه السالبة</w:t>
      </w:r>
    </w:p>
    <w:p>
      <w:r>
        <w:t>لان اه المهم ان تكون الصغرى موجبة اين تضعها الصغرى? انت حر اي مقدمة يمكن لك ان تضعها صورة</w:t>
      </w:r>
    </w:p>
    <w:p>
      <w:r>
        <w:t>اذا اللا دائمية تفسح المجال الى مقابلها</w:t>
      </w:r>
    </w:p>
    <w:p>
      <w:r>
        <w:t>دخول مقطعي ضروري دخول مقطعي غير ضروري آآ عرفية خاصة</w:t>
      </w:r>
    </w:p>
    <w:p>
      <w:r>
        <w:t>ثم انت اعملها مع الدائمية ضرورية او الغير ظرورية لا في انتاج ليس كشكل الاول</w:t>
      </w:r>
    </w:p>
    <w:p>
      <w:r>
        <w:t>انتهى الشكل الثالث نأتي الى الشكل الرابع شرائط الإنتاج في الشكل الرابع هذا العنوان وما ينطوي عليه من بحوث نظرية فقط انا لم ارى الى الآن في الحقول المعرفية غير المنطق ونستخدم الشكل والرابع يمكن استخدامه يمكن استخدامه</w:t>
      </w:r>
    </w:p>
    <w:p>
      <w:r>
        <w:t>الاستخدام الفعلي غير موجود</w:t>
      </w:r>
    </w:p>
    <w:p>
      <w:r>
        <w:t>انا لم ارى عالما استخدم الشكل الرابع</w:t>
      </w:r>
    </w:p>
    <w:p>
      <w:r>
        <w:t>استخدام الفعلي استخدام بالقوة يمكن</w:t>
      </w:r>
    </w:p>
    <w:p>
      <w:r>
        <w:t>في موارد استخدام الفعل انا لا لم ارى له في علم الكلام لا في الفلسفة ولا في في علم الاصول ولا في اي حقل معرفي اخر</w:t>
      </w:r>
    </w:p>
    <w:p>
      <w:r>
        <w:t>اذا هذا بحث نظري اه يقوي الذهن ومعلومات جميلة</w:t>
      </w:r>
    </w:p>
    <w:p>
      <w:r>
        <w:t>اما الاستخدام العملي فلا</w:t>
      </w:r>
    </w:p>
    <w:p>
      <w:r>
        <w:t>الشكل الاول يغني الثاني يغني الشكل الثالث يغني وعموما الشكل الأول والشكل الثاني</w:t>
      </w:r>
    </w:p>
    <w:p>
      <w:r>
        <w:t>لهذا الشكل الأول ينتج جميع الظروف</w:t>
      </w:r>
    </w:p>
    <w:p>
      <w:r>
        <w:t>يعني ينتج الموجبة الجزئية السالبة الجزئية الموجبة الكلية والموجبة</w:t>
      </w:r>
    </w:p>
    <w:p>
      <w:r>
        <w:t>والسالبة الكلية</w:t>
      </w:r>
    </w:p>
    <w:p>
      <w:r>
        <w:t>قال الشكل الرابع ان كانت مقدمتاه سالبتين</w:t>
      </w:r>
    </w:p>
    <w:p>
      <w:r>
        <w:t>لم تلزم منه موجبا</w:t>
      </w:r>
    </w:p>
    <w:p>
      <w:r>
        <w:t>نعم</w:t>
      </w:r>
    </w:p>
    <w:p>
      <w:r>
        <w:t>اه لم تلزم منه جباء ليس آآ ليس هو اللازم يعني التالي ان شرطية لم تلزم منه موجبة ليس هو التالي التالي لم يعرف</w:t>
      </w:r>
    </w:p>
    <w:p>
      <w:r>
        <w:t>يعني هكذا العبارة</w:t>
      </w:r>
    </w:p>
    <w:p>
      <w:r>
        <w:t>الشكر الرابع ان كانت ان كانت مقدمتا سالبتين</w:t>
      </w:r>
    </w:p>
    <w:p>
      <w:r>
        <w:t>يعني سالبة والكبرى سالبة</w:t>
      </w:r>
    </w:p>
    <w:p>
      <w:r>
        <w:t>لم تلزم منها موجبة يعني لا تتصادق معها موجبة</w:t>
      </w:r>
    </w:p>
    <w:p>
      <w:r>
        <w:t>ما معنى هذا الكلام? بيناه واكرره</w:t>
      </w:r>
    </w:p>
    <w:p>
      <w:r>
        <w:t>مرة تكون عندك قضية اه موجبة</w:t>
      </w:r>
    </w:p>
    <w:p>
      <w:r>
        <w:t>لنقل سالبة حسب المتن</w:t>
      </w:r>
    </w:p>
    <w:p>
      <w:r>
        <w:t>سالبة ما معناه؟ تشير الى عدم التصادق في الواقع الخارجي</w:t>
      </w:r>
    </w:p>
    <w:p>
      <w:r>
        <w:t>هادي هي السالبة</w:t>
      </w:r>
    </w:p>
    <w:p>
      <w:r>
        <w:t>تقول لا شيئا من الانسان بحجر ما في تصادق</w:t>
      </w:r>
    </w:p>
    <w:p>
      <w:r>
        <w:t>في الواقع</w:t>
      </w:r>
    </w:p>
    <w:p>
      <w:r>
        <w:t>يعني لا تجد مصداقا انسانيا هو الحجر</w:t>
      </w:r>
    </w:p>
    <w:p>
      <w:r>
        <w:t>لا شيء من الانسان بحجر</w:t>
      </w:r>
    </w:p>
    <w:p>
      <w:r>
        <w:t>تلازمها ماذا? قضية موجبة</w:t>
      </w:r>
    </w:p>
    <w:p>
      <w:r>
        <w:t>ما معناه? يعني في قضية موجبة تحكي الواقع آآ آآ نفسه</w:t>
      </w:r>
    </w:p>
    <w:p>
      <w:r>
        <w:t>يمكن هذا هو التلازم هذا هو التلازم وهنا التلازم مع التلازم الصدقي</w:t>
      </w:r>
    </w:p>
    <w:p>
      <w:r>
        <w:t>التلازم الصدقي</w:t>
      </w:r>
    </w:p>
    <w:p>
      <w:r>
        <w:t>يقول الشكر الرابع ان كانت مقدمته سالبتين</w:t>
      </w:r>
    </w:p>
    <w:p>
      <w:r>
        <w:t>لانتاج مين? سلبتين</w:t>
      </w:r>
    </w:p>
    <w:p>
      <w:r>
        <w:t>هذه قاعدة اساسية في جميع الاشكال</w:t>
      </w:r>
    </w:p>
    <w:p>
      <w:r>
        <w:t>لم تلزم منها موجبة</w:t>
      </w:r>
    </w:p>
    <w:p>
      <w:r>
        <w:t>يعني ما عندنا قضية موجبة تلازم سالبة من السالبتين</w:t>
      </w:r>
    </w:p>
    <w:p>
      <w:r>
        <w:t>اما على مستوى الصغرى او على مستوى الكبرى</w:t>
      </w:r>
    </w:p>
    <w:p>
      <w:r>
        <w:t>لماذا? لانه يمكن ان نأتي بهذه الموجبة في مكان السالبة</w:t>
      </w:r>
    </w:p>
    <w:p>
      <w:r>
        <w:t>فيصير القياس من موج هو سالبة</w:t>
      </w:r>
    </w:p>
    <w:p>
      <w:r>
        <w:t>هذا هو المغزى</w:t>
      </w:r>
    </w:p>
    <w:p>
      <w:r>
        <w:t>لم يعرف حال الحدين</w:t>
      </w:r>
    </w:p>
    <w:p>
      <w:r>
        <w:t>امتلاقيان خارج الاوسط? ام متباينة? نعم</w:t>
      </w:r>
    </w:p>
    <w:p>
      <w:r>
        <w:t>يعني انت عندك التباين بين الاصغر والاوسط</w:t>
      </w:r>
    </w:p>
    <w:p>
      <w:r>
        <w:t>وعندك تباين بين الاوسط والاكبر</w:t>
      </w:r>
    </w:p>
    <w:p>
      <w:r>
        <w:t>يعني الاوسط لا يمكن ان يجمع بين الاصغر والاكبر</w:t>
      </w:r>
    </w:p>
    <w:p>
      <w:r>
        <w:t>ما هي الفتوى? تقول لا علاقة مطلقا للاكبر بالاصغر خطأ</w:t>
      </w:r>
    </w:p>
    <w:p>
      <w:r>
        <w:t>تقول في علاقة مطلقة خطأ ما معروف لم يعرف غير معروف قد يتلاقى يتلقيان وقد لا يتلاقيان اقول قد بينا ان شرائط انتاج هذا الشكل خمسة احدها ايجاب احدى المقدمتين من شروطه</w:t>
      </w:r>
    </w:p>
    <w:p>
      <w:r>
        <w:t>يجب ان تكون مقدمة ايجابية</w:t>
      </w:r>
    </w:p>
    <w:p>
      <w:r>
        <w:t>من سالبتين لا انتاج</w:t>
      </w:r>
    </w:p>
    <w:p>
      <w:r>
        <w:t>لانهما لو كانتا سالبتين صغرى سالبة والكبرى سالبة</w:t>
      </w:r>
    </w:p>
    <w:p>
      <w:r>
        <w:t>الحد الاوسط لا يمكن ان يجمع</w:t>
      </w:r>
    </w:p>
    <w:p>
      <w:r>
        <w:t>لا يمكن ان بينها الاكبر والاصغر</w:t>
      </w:r>
    </w:p>
    <w:p>
      <w:r>
        <w:t>تقل ما في اجتماع لا سكوت</w:t>
      </w:r>
    </w:p>
    <w:p>
      <w:r>
        <w:t>ما نعرف</w:t>
      </w:r>
    </w:p>
    <w:p>
      <w:r>
        <w:t>ما في اجتماع يعني ما في تساقط تصادق مسألة لا نعرف مسألة</w:t>
      </w:r>
    </w:p>
    <w:p>
      <w:r>
        <w:t>يعني مسألة لان الاقيس معرفة</w:t>
      </w:r>
    </w:p>
    <w:p>
      <w:r>
        <w:t>لا ندري في الواقع قد يكون هناك تصادق</w:t>
      </w:r>
    </w:p>
    <w:p>
      <w:r>
        <w:t>لانهما يعني المقدمتين في هذا الشكل</w:t>
      </w:r>
    </w:p>
    <w:p>
      <w:r>
        <w:t>لو كانتا سالبتين يعني في الصورة بينونة بين الحد الاوسط والاصغر في الكبرى</w:t>
      </w:r>
    </w:p>
    <w:p>
      <w:r>
        <w:t>بينونة بين الحد الاوسط والراك باسطتين ما فيهم هذا قيد اللادأمية حصل الاختلاف بين من? الاختلاف بين اه الاصغر والاكبر</w:t>
      </w:r>
    </w:p>
    <w:p>
      <w:r>
        <w:t>الموجب حصل الاختلاف الموجب للعقم</w:t>
      </w:r>
    </w:p>
    <w:p>
      <w:r>
        <w:t>ما في انتاج فانه لا يعرف حال الحد لا يعرف بعد قد يكون هناك تصادق لكن للوصول اليه لا يمكن</w:t>
      </w:r>
    </w:p>
    <w:p>
      <w:r>
        <w:t>نعم</w:t>
      </w:r>
    </w:p>
    <w:p>
      <w:r>
        <w:t>فانه لا يعرف حال متلاقيان خارج الاوسط</w:t>
      </w:r>
    </w:p>
    <w:p>
      <w:r>
        <w:t>ام متبائنا? خليني خليني نبين لك المسألة بالعرف</w:t>
      </w:r>
    </w:p>
    <w:p>
      <w:r>
        <w:t>العرف النازل</w:t>
      </w:r>
    </w:p>
    <w:p>
      <w:r>
        <w:t>لان هذا العرف النازل قد يضيء المطلب</w:t>
      </w:r>
    </w:p>
    <w:p>
      <w:r>
        <w:t>عندك انت شخصان بينهما تخاصم شديد</w:t>
      </w:r>
    </w:p>
    <w:p>
      <w:r>
        <w:t>عدم الالتقاء</w:t>
      </w:r>
    </w:p>
    <w:p>
      <w:r>
        <w:t>احدهما متخاصم</w:t>
      </w:r>
    </w:p>
    <w:p>
      <w:r>
        <w:t>خصومة شديدة مع ثالث</w:t>
      </w:r>
    </w:p>
    <w:p>
      <w:r>
        <w:t>يعني هذا الاوسط هذا الشخص متخاصم مع الشخصين</w:t>
      </w:r>
    </w:p>
    <w:p>
      <w:r>
        <w:t>شخص الف شخص باء</w:t>
      </w:r>
    </w:p>
    <w:p>
      <w:r>
        <w:t>هنا اسألك ما هي الفتوى? صديقان من اين تحرز هذا? متخاصمان</w:t>
      </w:r>
    </w:p>
    <w:p>
      <w:r>
        <w:t>اينا من تحرز هذا ما تعرف</w:t>
      </w:r>
    </w:p>
    <w:p>
      <w:r>
        <w:t>صحيح هذا الشخص متخاصم مع الطرفين يعني لا يلتقي مع احدهما</w:t>
      </w:r>
    </w:p>
    <w:p>
      <w:r>
        <w:t>خصومة شديدة</w:t>
      </w:r>
    </w:p>
    <w:p>
      <w:r>
        <w:t>يعني تستطيع ان تفتي انت الشخص الأول</w:t>
      </w:r>
    </w:p>
    <w:p>
      <w:r>
        <w:t>والشخص الثاني اه صديقان لا ممكن ما يعرفه اصلا متخاصما لا ممكن لا يعرفه اصلا حتى يتخاصم معه ممكن صديقه عزيز ما نعرف هذا هو السر هذا هو اقول اه هادي بيناها</w:t>
      </w:r>
    </w:p>
    <w:p>
      <w:r>
        <w:t>اما توافق الطرفين يعني يعطيك احتمال الصداقة</w:t>
      </w:r>
    </w:p>
    <w:p>
      <w:r>
        <w:t>ويعطيك احتمال عدم الصداقة</w:t>
      </w:r>
    </w:p>
    <w:p>
      <w:r>
        <w:t>اما توافق الطرفين طرفا هما الحد الاصغر والحد الاوسط يعني السابق اللذان اختصما معهما شخص ثالث حالة التوافق يعني لا في الواقع هما صديقان في الواقع هما غير ذلك اما توافق الطرفين طرفان هنا يعني الحد الاصغر والحد الاكبر كقولنا لا شيء من الإنسان بفرس</w:t>
      </w:r>
    </w:p>
    <w:p>
      <w:r>
        <w:t>بينونة مطلقة بين الهوية الانسانية والهوية الفرنسية</w:t>
      </w:r>
    </w:p>
    <w:p>
      <w:r>
        <w:t>نعم</w:t>
      </w:r>
    </w:p>
    <w:p>
      <w:r>
        <w:t>من يعطينا هذه القضية? مبدأ الهوية</w:t>
      </w:r>
    </w:p>
    <w:p>
      <w:r>
        <w:t>لا تجربة ولا معاينة ولا شهود</w:t>
      </w:r>
    </w:p>
    <w:p>
      <w:r>
        <w:t>ما تحتاج حتى تشاهد الحقيقة الانسانية في طه ولا الحقيقة الانسانية في فرس من الحيوانات</w:t>
      </w:r>
    </w:p>
    <w:p>
      <w:r>
        <w:t>ابدا يعني العقل يقول هوية الانسان غير هوية الفرس نعم بينونة في الهوية</w:t>
      </w:r>
    </w:p>
    <w:p>
      <w:r>
        <w:t>لا شيء من الانسان بفرس ولا شيء من الفرس بانسان</w:t>
      </w:r>
    </w:p>
    <w:p>
      <w:r>
        <w:t>مبنى الهوية يكفي</w:t>
      </w:r>
    </w:p>
    <w:p>
      <w:r>
        <w:t>نعم</w:t>
      </w:r>
    </w:p>
    <w:p>
      <w:r>
        <w:t>قبل الذهاب الى الوجود</w:t>
      </w:r>
    </w:p>
    <w:p>
      <w:r>
        <w:t>نعم</w:t>
      </w:r>
    </w:p>
    <w:p>
      <w:r>
        <w:t>ولا شيء من الصهل بانسان</w:t>
      </w:r>
    </w:p>
    <w:p>
      <w:r>
        <w:t>لا شيء من الايصال بانسان</w:t>
      </w:r>
    </w:p>
    <w:p>
      <w:r>
        <w:t>نعم</w:t>
      </w:r>
    </w:p>
    <w:p>
      <w:r>
        <w:t>الحد الاوسط هنا اه الانسان موضوع في الصغرى ومحمول في الكبرى</w:t>
      </w:r>
    </w:p>
    <w:p>
      <w:r>
        <w:t>قلنا هو عكس الشكل الاول تماما</w:t>
      </w:r>
    </w:p>
    <w:p>
      <w:r>
        <w:t>يختفي الانسان نعم</w:t>
      </w:r>
    </w:p>
    <w:p>
      <w:r>
        <w:t>يختفي الا يعني من حقك تقول لا شيء من من الفرس بصهل لا لان الصاهل فصل الفرس مكون اساسي للفرس مميز الفرس الفرس حيوان صاهر</w:t>
      </w:r>
    </w:p>
    <w:p>
      <w:r>
        <w:t>ما عندك قل لا شيء من فرس بصعب ابدا الحق ما هو? كل فرس سهل على التوافق</w:t>
      </w:r>
    </w:p>
    <w:p>
      <w:r>
        <w:t>هذا التوافق</w:t>
      </w:r>
    </w:p>
    <w:p>
      <w:r>
        <w:t>اما التباين فكما لو بدلنا الكبرى بقولنا لا شيء من الجماد بانسان</w:t>
      </w:r>
    </w:p>
    <w:p>
      <w:r>
        <w:t>لا شيء من الجماد بالانسان</w:t>
      </w:r>
    </w:p>
    <w:p>
      <w:r>
        <w:t>نعم</w:t>
      </w:r>
    </w:p>
    <w:p>
      <w:r>
        <w:t>ولا شيء اه ماذا غيرنا? اه الكبرى</w:t>
      </w:r>
    </w:p>
    <w:p>
      <w:r>
        <w:t>لا شيء من الانسان بفرس تبقى وناتي بكبرى لا شيء الجهة الجماد بإنسان</w:t>
      </w:r>
    </w:p>
    <w:p>
      <w:r>
        <w:t>احذف الإنسان الحد الأوسط</w:t>
      </w:r>
    </w:p>
    <w:p>
      <w:r>
        <w:t>نعم</w:t>
      </w:r>
    </w:p>
    <w:p>
      <w:r>
        <w:t>اه تقول لا شيء من الفرس بجماد</w:t>
      </w:r>
    </w:p>
    <w:p>
      <w:r>
        <w:t>ومع الإختلاف الإنتاج</w:t>
      </w:r>
    </w:p>
    <w:p>
      <w:r>
        <w:t>لاحظت? اذا بين لك العلامة الحلي</w:t>
      </w:r>
    </w:p>
    <w:p>
      <w:r>
        <w:t>اذا تبرأ الاوسط من الاصغر وتبرأ الاكبر من الاوسط لا يعني عدم الانتقاء ولا يعني عدم لا يعني عدم الانتقاء ولا يعني الالتقاء</w:t>
      </w:r>
    </w:p>
    <w:p>
      <w:r>
        <w:t>وبالتالي لا نعرف في مقام الاثبات في النظم المنطقي لا نعلم فنقول العقم</w:t>
      </w:r>
    </w:p>
    <w:p>
      <w:r>
        <w:t>لا انت جيد قال وان كانتا جزئيتين لم يعرف آآ هل اتحد البعض المحكوم عليه والبعض المحكوم به من الاوساط حتى يكون مورد الحدين واحدا ام لا? نعم لان انتاج من جزئيتين</w:t>
      </w:r>
    </w:p>
    <w:p>
      <w:r>
        <w:t>لا انتاج من جزئيتين</w:t>
      </w:r>
    </w:p>
    <w:p>
      <w:r>
        <w:t>نعم</w:t>
      </w:r>
    </w:p>
    <w:p>
      <w:r>
        <w:t>الحد الاوسط يتقاطع مع الاصغر</w:t>
      </w:r>
    </w:p>
    <w:p>
      <w:r>
        <w:t>جزئيا</w:t>
      </w:r>
    </w:p>
    <w:p>
      <w:r>
        <w:t>لا يتماهى فيه مطلقا</w:t>
      </w:r>
    </w:p>
    <w:p>
      <w:r>
        <w:t>يتقاطع معه</w:t>
      </w:r>
    </w:p>
    <w:p>
      <w:r>
        <w:t>ويتقاطع مع الاكبر نعم ليس بالظرورة ان الحد الاصغر يتقاطع مع الحد الاكبر لا ابدا</w:t>
      </w:r>
    </w:p>
    <w:p>
      <w:r>
        <w:t>ابدا</w:t>
      </w:r>
    </w:p>
    <w:p>
      <w:r>
        <w:t>ليس بالظرورة</w:t>
      </w:r>
    </w:p>
    <w:p>
      <w:r>
        <w:t>هذا هو عدم الاندراج</w:t>
      </w:r>
    </w:p>
    <w:p>
      <w:r>
        <w:t>الكلية تؤمن الاندراج ببركة اذا كانت الكلية جزئية فهي تستقبل الحد الاوسط في بعض دوائرها</w:t>
      </w:r>
    </w:p>
    <w:p>
      <w:r>
        <w:t>يعني تستقبل جوز الحد الاوسط</w:t>
      </w:r>
    </w:p>
    <w:p>
      <w:r>
        <w:t>يعني غير مؤمن ان الاوسط آآ داخل بتمامه قد يخرج بتمامه</w:t>
      </w:r>
    </w:p>
    <w:p>
      <w:r>
        <w:t>لانها هي جزئية</w:t>
      </w:r>
    </w:p>
    <w:p>
      <w:r>
        <w:t>يعني فيه دائرة ايجابية فيه دائرة سلبية</w:t>
      </w:r>
    </w:p>
    <w:p>
      <w:r>
        <w:t>الحد الاوسط كما يحتمل ان يكون في الدائرة الايجابية يحتمل ان يكون في الدائرة السلبية</w:t>
      </w:r>
    </w:p>
    <w:p>
      <w:r>
        <w:t>ومن هنا العقم فنحتاج الى آآ الى كلية في القياس نعم</w:t>
      </w:r>
    </w:p>
    <w:p>
      <w:r>
        <w:t>اقول هذا هو الشرط الثاني وهو كلية احدى المقدمتين</w:t>
      </w:r>
    </w:p>
    <w:p>
      <w:r>
        <w:t>هذه قاعدة كلية في الاقساء الاورستية</w:t>
      </w:r>
    </w:p>
    <w:p>
      <w:r>
        <w:t>نعم</w:t>
      </w:r>
    </w:p>
    <w:p>
      <w:r>
        <w:t>للاندراج</w:t>
      </w:r>
    </w:p>
    <w:p>
      <w:r>
        <w:t>اكتب لقانون الاندراج</w:t>
      </w:r>
    </w:p>
    <w:p>
      <w:r>
        <w:t>او قانون التضمن</w:t>
      </w:r>
    </w:p>
    <w:p>
      <w:r>
        <w:t>كما يسمى الان</w:t>
      </w:r>
    </w:p>
    <w:p>
      <w:r>
        <w:t>اقول هذا هو الشرط الثاني وهو كلية احدى المقدمتين</w:t>
      </w:r>
    </w:p>
    <w:p>
      <w:r>
        <w:t>اذا الشرط الشرط الاول آآ آآ ايجاب احدى المقدم الشرط الثاني كلية احدى المقدمة</w:t>
      </w:r>
    </w:p>
    <w:p>
      <w:r>
        <w:t>فانهما لو كانتا الجزئيتين حصل الاختلاف الموجب للعقم</w:t>
      </w:r>
    </w:p>
    <w:p>
      <w:r>
        <w:t>يعني عدم الاندراج</w:t>
      </w:r>
    </w:p>
    <w:p>
      <w:r>
        <w:t>عدم الاندراج</w:t>
      </w:r>
    </w:p>
    <w:p>
      <w:r>
        <w:t>خلينا انا امثل لك بمث السطحي مثال نازل امثلة جميلة</w:t>
      </w:r>
    </w:p>
    <w:p>
      <w:r>
        <w:t>نعم</w:t>
      </w:r>
    </w:p>
    <w:p>
      <w:r>
        <w:t>كتبوا لافتة في الجامعة</w:t>
      </w:r>
    </w:p>
    <w:p>
      <w:r>
        <w:t>بعض الطلاب يستحقوا مساعدة مالية في الجامعة</w:t>
      </w:r>
    </w:p>
    <w:p>
      <w:r>
        <w:t>هدية من من الرئيس زار الجامعة والتقى مع الادارة ومع العميد الجامعة والقى محاضرة امام الطلاب اكراما للطلاب خلى لكل طالب آآ خلى لبعض اه متفوقين جائزة ماليا</w:t>
      </w:r>
    </w:p>
    <w:p>
      <w:r>
        <w:t>فأعلنت الإدارة بعض الطلاب ما قالت المتفوقون ولا بعض الطلاب له جائز ماديا يعني مالية</w:t>
      </w:r>
    </w:p>
    <w:p>
      <w:r>
        <w:t>فيأتي هذا الطالب نعم يقول اعطوني الجائزة</w:t>
      </w:r>
    </w:p>
    <w:p>
      <w:r>
        <w:t>بعض الطالب وعند المتفوقون دائرة وعدم توافقه</w:t>
      </w:r>
    </w:p>
    <w:p>
      <w:r>
        <w:t>يعني بعض الطلاب متفوقون</w:t>
      </w:r>
    </w:p>
    <w:p>
      <w:r>
        <w:t>بعضهم لا</w:t>
      </w:r>
    </w:p>
    <w:p>
      <w:r>
        <w:t>هذا يأتي باء ما عنده اي علامة على انه موفق</w:t>
      </w:r>
    </w:p>
    <w:p>
      <w:r>
        <w:t>ما في</w:t>
      </w:r>
    </w:p>
    <w:p>
      <w:r>
        <w:t>الا ورقة ولا بي هذا الذي يشتغل على جهاز الحاسوب</w:t>
      </w:r>
    </w:p>
    <w:p>
      <w:r>
        <w:t>نعم</w:t>
      </w:r>
    </w:p>
    <w:p>
      <w:r>
        <w:t>تخرج القائمة طلب الطلاب الموفقون</w:t>
      </w:r>
    </w:p>
    <w:p>
      <w:r>
        <w:t>هذا ما عنده اي علامة</w:t>
      </w:r>
    </w:p>
    <w:p>
      <w:r>
        <w:t>فهذا الذي يسلم الهدية</w:t>
      </w:r>
    </w:p>
    <w:p>
      <w:r>
        <w:t>يحتمل ذهن انه من المتوفق متفوقين ويحتمل انه ليس من المتفوقين ما عنده اي علامة</w:t>
      </w:r>
    </w:p>
    <w:p>
      <w:r>
        <w:t>يدرج تحت اصحاب الجائزة له</w:t>
      </w:r>
    </w:p>
    <w:p>
      <w:r>
        <w:t>نعم</w:t>
      </w:r>
    </w:p>
    <w:p>
      <w:r>
        <w:t>اذا اعطى بيانا قالها انا عندي هذه البطاقة التي سلمت كبيان التفوق حتى ناخذ الجائزة</w:t>
      </w:r>
    </w:p>
    <w:p>
      <w:r>
        <w:t>فينتمي الى المتفوقين اللي هي بعظية</w:t>
      </w:r>
    </w:p>
    <w:p>
      <w:r>
        <w:t>يعطيه الجائزة</w:t>
      </w:r>
    </w:p>
    <w:p>
      <w:r>
        <w:t>اما اذا لم يأتي يحتمل انه يكون من الدائرة المتفوقين وهذا</w:t>
      </w:r>
    </w:p>
    <w:p>
      <w:r>
        <w:t>فما يعطيه الجائزة</w:t>
      </w:r>
    </w:p>
    <w:p>
      <w:r>
        <w:t>عمله هذا هذا الذي يوزع يعمل وفق هذا المنطق</w:t>
      </w:r>
    </w:p>
    <w:p>
      <w:r>
        <w:t>وفق هذا المنطق</w:t>
      </w:r>
    </w:p>
    <w:p>
      <w:r>
        <w:t>ماذا? ان الكبرى يكون تكون كل لية</w:t>
      </w:r>
    </w:p>
    <w:p>
      <w:r>
        <w:t>لو جاءه هذا الامر من العميد او من مسؤول المالية</w:t>
      </w:r>
    </w:p>
    <w:p>
      <w:r>
        <w:t>الطلاب يستحقون الجائزة</w:t>
      </w:r>
    </w:p>
    <w:p>
      <w:r>
        <w:t>ويأتي الطالب فقط يبين البطاقة انه طالب ينتمي الى الجامعة سريعا يسلم له الهدية</w:t>
      </w:r>
    </w:p>
    <w:p>
      <w:r>
        <w:t>اما الجائزة لا الجائزة للمتفوقين من الجمعان بعض الطلاب</w:t>
      </w:r>
    </w:p>
    <w:p>
      <w:r>
        <w:t>وهذا ما معروف اصله لا يسلم له الجائزة</w:t>
      </w:r>
    </w:p>
    <w:p>
      <w:r>
        <w:t>جيد</w:t>
      </w:r>
    </w:p>
    <w:p>
      <w:r>
        <w:t>لماذا يتصرف هذا المسؤول هذا التصرف? لان في ذهنه هذه القاعدة</w:t>
      </w:r>
    </w:p>
    <w:p>
      <w:r>
        <w:t>الاندراج يجب ان يكون بالتظمن</w:t>
      </w:r>
    </w:p>
    <w:p>
      <w:r>
        <w:t>يعني كليا ما دام بعضي ما عندو</w:t>
      </w:r>
    </w:p>
    <w:p>
      <w:r>
        <w:t>الدليل على ان هذا الطالب يستحق الجائزة ولا يعطيه</w:t>
      </w:r>
    </w:p>
    <w:p>
      <w:r>
        <w:t>ومحق</w:t>
      </w:r>
    </w:p>
    <w:p>
      <w:r>
        <w:t>محق</w:t>
      </w:r>
    </w:p>
    <w:p>
      <w:r>
        <w:t>اذا قالت له الادارة كل طالب يستحق الجائزة</w:t>
      </w:r>
    </w:p>
    <w:p>
      <w:r>
        <w:t>وهذا الطالب مع البطاقة موجود يعطيه هذه التصرفات الخارجية كل التصرفات المنطقية</w:t>
      </w:r>
    </w:p>
    <w:p>
      <w:r>
        <w:t>علم المنطق يدرس هذه القواعد بالتحليل والتركيب علم المنطق</w:t>
      </w:r>
    </w:p>
    <w:p>
      <w:r>
        <w:t>تصرف هذا المسؤول هو المنطق ليس علم المنطق</w:t>
      </w:r>
    </w:p>
    <w:p>
      <w:r>
        <w:t>لأنه اصلا ممكن لا يعرف علم المنطق</w:t>
      </w:r>
    </w:p>
    <w:p>
      <w:r>
        <w:t>منطقي يعني خاضع للمعايير السرمدية المنطقية</w:t>
      </w:r>
    </w:p>
    <w:p>
      <w:r>
        <w:t>مع انه لا يعرف لا صغرى ولا كبرى ولا نتيجة لم يدرس في حياة المنطق</w:t>
      </w:r>
    </w:p>
    <w:p>
      <w:r>
        <w:t>ذاك منطق وهذا علم المنطق</w:t>
      </w:r>
    </w:p>
    <w:p>
      <w:r>
        <w:t>يعني انا كدر لعلم المنطق</w:t>
      </w:r>
    </w:p>
    <w:p>
      <w:r>
        <w:t>اقول له انت تصرفك يخضع لهذه القاعدة وما يعرف</w:t>
      </w:r>
    </w:p>
    <w:p>
      <w:r>
        <w:t>وهذه القاعدة لا انا انتجتها انتجتها كعالم في المنطق ولا هو ان تجه</w:t>
      </w:r>
    </w:p>
    <w:p>
      <w:r>
        <w:t>هذه قانون سرمدي</w:t>
      </w:r>
    </w:p>
    <w:p>
      <w:r>
        <w:t>حكمة الهية مطلق</w:t>
      </w:r>
    </w:p>
    <w:p>
      <w:r>
        <w:t>انا اعلم كيف تصرف هو هكذا</w:t>
      </w:r>
    </w:p>
    <w:p>
      <w:r>
        <w:t>هو لا يعلم</w:t>
      </w:r>
    </w:p>
    <w:p>
      <w:r>
        <w:t>طبعا اذا التفت ودققا يمكن يعلم</w:t>
      </w:r>
    </w:p>
    <w:p>
      <w:r>
        <w:t>او يمكن يعلم بالسليقة</w:t>
      </w:r>
    </w:p>
    <w:p>
      <w:r>
        <w:t>يقول له يا حبيبي انت طالب</w:t>
      </w:r>
    </w:p>
    <w:p>
      <w:r>
        <w:t>والجائزة لبعض الطلاب المتفوق ويقوم فقط</w:t>
      </w:r>
    </w:p>
    <w:p>
      <w:r>
        <w:t>ليست كلية يفهمها</w:t>
      </w:r>
    </w:p>
    <w:p>
      <w:r>
        <w:t>لماذا? لان هذه القواعد شبه بديهية</w:t>
      </w:r>
    </w:p>
    <w:p>
      <w:r>
        <w:t>هذا علم المنطق فقط يحللها ويركبها</w:t>
      </w:r>
    </w:p>
    <w:p>
      <w:r>
        <w:t>فقط</w:t>
      </w:r>
    </w:p>
    <w:p>
      <w:r>
        <w:t>لان الشبه بديهي</w:t>
      </w:r>
    </w:p>
    <w:p>
      <w:r>
        <w:t>ما معنى شبه بديهية? يعني بمجرد ان يلتفت اليها الانسان يفهمها</w:t>
      </w:r>
    </w:p>
    <w:p>
      <w:r>
        <w:t>يفهم نعم اقول هذا هو الشرط الثاني وهو كلية احدى المقدمتين للاندراج الكلي فانهما لو كانتا جزئيتين حصل الاخت الموجب للعقم لعدم الانتاج فانه لا يعرف حينئذ هل اتحد البعض المحكوم عليه في الصغرى والبعض المحكوم به في الكبرى من الاوسط حتى يتحد مواليد الحدين ام لا? ما يعرف هذا المسؤول هذا من المتف حتى تمسه الهداية او لا ما يعرف فيتوقف ما يعطيه ابدا ما يعطيه</w:t>
      </w:r>
    </w:p>
    <w:p>
      <w:r>
        <w:t>والا طرد من الوظيفة</w:t>
      </w:r>
    </w:p>
    <w:p>
      <w:r>
        <w:t>اما توافق الطرفين فما كما لو قلنا بعض الحيوان انسان</w:t>
      </w:r>
    </w:p>
    <w:p>
      <w:r>
        <w:t>توافق يعني هذا ما عنده اي بيان</w:t>
      </w:r>
    </w:p>
    <w:p>
      <w:r>
        <w:t>هذا المسؤول يقول له اعطيني البيان انك انت متفوق</w:t>
      </w:r>
    </w:p>
    <w:p>
      <w:r>
        <w:t>لنفرض مثلا في قاعة قاعة المحاضرة والرئيس</w:t>
      </w:r>
    </w:p>
    <w:p>
      <w:r>
        <w:t>يحاضروا سلموا لهذا البعض</w:t>
      </w:r>
    </w:p>
    <w:p>
      <w:r>
        <w:t>آآ بطاقة حتى كبي لاستلام الهدية في الادارة</w:t>
      </w:r>
    </w:p>
    <w:p>
      <w:r>
        <w:t>يمكن خمسين طالب مثلا من خمسمية طالب في القاعة</w:t>
      </w:r>
    </w:p>
    <w:p>
      <w:r>
        <w:t>يمكن</w:t>
      </w:r>
    </w:p>
    <w:p>
      <w:r>
        <w:t>نعم</w:t>
      </w:r>
    </w:p>
    <w:p>
      <w:r>
        <w:t>فهذا الطالب يقول له اين البطاقة? اه</w:t>
      </w:r>
    </w:p>
    <w:p>
      <w:r>
        <w:t>نسيتها في المرحاض</w:t>
      </w:r>
    </w:p>
    <w:p>
      <w:r>
        <w:t>راح للمرحاض لشغل الم فنصل البطاقة هناك يقولون ما نعطيك</w:t>
      </w:r>
    </w:p>
    <w:p>
      <w:r>
        <w:t>ما دام البطاقة غير موجودة راح للمحراظ الحمد لله وجدها هناك</w:t>
      </w:r>
    </w:p>
    <w:p>
      <w:r>
        <w:t>آآ الطلاب متدينون يخافون الله تعالى واخذوها</w:t>
      </w:r>
    </w:p>
    <w:p>
      <w:r>
        <w:t>يأخذها اه هنا البيان</w:t>
      </w:r>
    </w:p>
    <w:p>
      <w:r>
        <w:t>تم</w:t>
      </w:r>
    </w:p>
    <w:p>
      <w:r>
        <w:t>هذا التوافق</w:t>
      </w:r>
    </w:p>
    <w:p>
      <w:r>
        <w:t>اذا راح وما وجد البطاقة سرقت ورجع ما يعطيه</w:t>
      </w:r>
    </w:p>
    <w:p>
      <w:r>
        <w:t>هذا عدم التوافق</w:t>
      </w:r>
    </w:p>
    <w:p>
      <w:r>
        <w:t>نعم</w:t>
      </w:r>
    </w:p>
    <w:p>
      <w:r>
        <w:t>اما توافق الطرفين فكما لو قلنا بعض الحيوان انسان</w:t>
      </w:r>
    </w:p>
    <w:p>
      <w:r>
        <w:t>مبدأ الهوية</w:t>
      </w:r>
    </w:p>
    <w:p>
      <w:r>
        <w:t>من هو هذا البعض? انسان</w:t>
      </w:r>
    </w:p>
    <w:p>
      <w:r>
        <w:t>كانك قلت الانسان مبدأ الهوية</w:t>
      </w:r>
    </w:p>
    <w:p>
      <w:r>
        <w:t>وبعض الجسم حيوان</w:t>
      </w:r>
    </w:p>
    <w:p>
      <w:r>
        <w:t>نعم لان الجسمية لا تتجلى في الحيوان فقط تتجلى في الحديد</w:t>
      </w:r>
    </w:p>
    <w:p>
      <w:r>
        <w:t>اذا بعض الجسم يا حيوان</w:t>
      </w:r>
    </w:p>
    <w:p>
      <w:r>
        <w:t>من هذا البعض? هو الحيوان? حيوان حيوان</w:t>
      </w:r>
    </w:p>
    <w:p>
      <w:r>
        <w:t>اذا مبدأ الهوية مبدأ الهوية</w:t>
      </w:r>
    </w:p>
    <w:p>
      <w:r>
        <w:t>لا نناقش في امثلة</w:t>
      </w:r>
    </w:p>
    <w:p>
      <w:r>
        <w:t>المهم نفهم المطلب</w:t>
      </w:r>
    </w:p>
    <w:p>
      <w:r>
        <w:t>نعم</w:t>
      </w:r>
    </w:p>
    <w:p>
      <w:r>
        <w:t>ما هو الإنتاج بعض الحيوان انسان وبعض الجسم حيوان</w:t>
      </w:r>
    </w:p>
    <w:p>
      <w:r>
        <w:t>احذف الحيوان</w:t>
      </w:r>
    </w:p>
    <w:p>
      <w:r>
        <w:t>تقول بعض الإنسان جسم بعض الإنسان جسم</w:t>
      </w:r>
    </w:p>
    <w:p>
      <w:r>
        <w:t>الجسمية من مكونات بعض الانسان جسم لا كل انسان ممتد في هذه النشأة</w:t>
      </w:r>
    </w:p>
    <w:p>
      <w:r>
        <w:t>طبعا في هذه النشأة</w:t>
      </w:r>
    </w:p>
    <w:p>
      <w:r>
        <w:t>آآ هذه في هذه النشأة اكتب هذه المعلومة</w:t>
      </w:r>
    </w:p>
    <w:p>
      <w:r>
        <w:t>فضاء الخطاب</w:t>
      </w:r>
    </w:p>
    <w:p>
      <w:r>
        <w:t>اكتب هذه المعلومة</w:t>
      </w:r>
    </w:p>
    <w:p>
      <w:r>
        <w:t>فضاء الخطاب</w:t>
      </w:r>
    </w:p>
    <w:p>
      <w:r>
        <w:t>لا تستشكل تقولي شيخنا الإنسان في البرزخ ما عندو هذا الجسم الإمتدادي</w:t>
      </w:r>
    </w:p>
    <w:p>
      <w:r>
        <w:t>عندو جسم برزخ</w:t>
      </w:r>
    </w:p>
    <w:p>
      <w:r>
        <w:t>في الآخرة ما عندو لا جسم عنصري ولا جسم برزخي</w:t>
      </w:r>
    </w:p>
    <w:p>
      <w:r>
        <w:t>عندو جسم اخروي</w:t>
      </w:r>
    </w:p>
    <w:p>
      <w:r>
        <w:t>نعم</w:t>
      </w:r>
    </w:p>
    <w:p>
      <w:r>
        <w:t>تقولون انتم كل انسان جسم من اين? يعني يعني عنصري الإمتداد قل هذا فضاء الخطاب هما ما يقولون فضاء الخطاب باللغة الأجنبية وفي ديسكور آآ عالم الخطاب عالم الخطاب هنا ما هو? هذه النشأة المادية نعم</w:t>
      </w:r>
    </w:p>
    <w:p>
      <w:r>
        <w:t>لا تجد انسانا في هذا في عالم الخطاب ليس جسمان</w:t>
      </w:r>
    </w:p>
    <w:p>
      <w:r>
        <w:t>اعطني انت انسان ليس بجسم</w:t>
      </w:r>
    </w:p>
    <w:p>
      <w:r>
        <w:t>نعم</w:t>
      </w:r>
    </w:p>
    <w:p>
      <w:r>
        <w:t>يعني اذا اردنا المزح العلمي الشعب ما شاء الله عجبته بنته وراح يخطب اه جاء مع والديه ومع الاقارب ابهة ما شاء الله الورود والحلويات ودخلوا في الصالون</w:t>
      </w:r>
    </w:p>
    <w:p>
      <w:r>
        <w:t>كضيوف معززين مكرمين ثم يقولون لهذا الشاب اجلس حول مكان فارغ هو ما عنده جسم مجرد يتحرك كالملك</w:t>
      </w:r>
    </w:p>
    <w:p>
      <w:r>
        <w:t>نعم يعني يمكن ان يتموضع في في اي مكان شاء يعقل لا يعقل لان نحن الان في فضائل في فضاء الخطاب اسميه عالم الخطاب وهو هذا الإنسان المتورط بهذا الجسم</w:t>
      </w:r>
    </w:p>
    <w:p>
      <w:r>
        <w:t>يحتاج ان يجلس فيجلس نعم يجلس</w:t>
      </w:r>
    </w:p>
    <w:p>
      <w:r>
        <w:t>اما توافق الطرفين فكما لو قلنا بعض الحيوان انسان مبدأ الهوية وبعض الجسم حيوان ما تستطيع ان تقول بعض الانسان ليس بيس</w:t>
      </w:r>
    </w:p>
    <w:p>
      <w:r>
        <w:t>الحق هو كل انسان جسم</w:t>
      </w:r>
    </w:p>
    <w:p>
      <w:r>
        <w:t>ولو بدلنا الكبرى بقولنا بعض الفرس حيوان</w:t>
      </w:r>
    </w:p>
    <w:p>
      <w:r>
        <w:t>نعم</w:t>
      </w:r>
    </w:p>
    <w:p>
      <w:r>
        <w:t>الكبرى بعض الجسم حيوان</w:t>
      </w:r>
    </w:p>
    <w:p>
      <w:r>
        <w:t>بدلناها ببعض الفرص نعم الحيوان يختفي</w:t>
      </w:r>
    </w:p>
    <w:p>
      <w:r>
        <w:t>نعم</w:t>
      </w:r>
    </w:p>
    <w:p>
      <w:r>
        <w:t>تقول بعض الحيوان انسان بعض الفرس حيوان حيوان يختفي</w:t>
      </w:r>
    </w:p>
    <w:p>
      <w:r>
        <w:t>ما تقول بعض الانسان فرس</w:t>
      </w:r>
    </w:p>
    <w:p>
      <w:r>
        <w:t>لا تقول بعض الانسان ليس بفرس</w:t>
      </w:r>
    </w:p>
    <w:p>
      <w:r>
        <w:t>وبالتالي كل الانسان ليس بفرص</w:t>
      </w:r>
    </w:p>
    <w:p>
      <w:r>
        <w:t>كان الحق السلب يعني بعض الانسان ليس بفرص</w:t>
      </w:r>
    </w:p>
    <w:p>
      <w:r>
        <w:t>ومع هذا الاختلاف لا انتاج</w:t>
      </w:r>
    </w:p>
    <w:p>
      <w:r>
        <w:t>اذا ما تقدر تعرف انت في دائرة الايجاب او دائرة السر</w:t>
      </w:r>
    </w:p>
    <w:p>
      <w:r>
        <w:t>يعني في دائرة الانتاج او في ذات العقم</w:t>
      </w:r>
    </w:p>
    <w:p>
      <w:r>
        <w:t>فلتسكت نعم</w:t>
      </w:r>
    </w:p>
    <w:p>
      <w:r>
        <w:t>قال وان كانت الصغرى سالبة يأتي ان شاء الله بيانه اللهم صل على محمد وال محمد</w:t>
      </w:r>
    </w:p>
    <w:p>
      <w:r>
        <w:t>اللهم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