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قال وان كانت الصغرى سالبة صرفا</w:t>
      </w:r>
    </w:p>
    <w:p>
      <w:r>
        <w:t>يعني غير مخلوطة والكبرى جزئية</w:t>
      </w:r>
    </w:p>
    <w:p>
      <w:r>
        <w:t>لم يعرف حال الاصغر</w:t>
      </w:r>
    </w:p>
    <w:p>
      <w:r>
        <w:t>هل تلاقي هل اه الاكبر خارج الاوسط ام لا? يعني هذه الحالة الاصغر يلاقي الاكبر ام لا? الكبرى جزئية نعم يعني ما في اندراج وهذه واضحة جدا اقول هذا هو الشرط الثالث وهو الا تكون صغرى سالبة بسيطة لا يلزمها الايجاب</w:t>
      </w:r>
    </w:p>
    <w:p>
      <w:r>
        <w:t>لان في ما فيه الا دائمية الدخول الايجابي والسلبي</w:t>
      </w:r>
    </w:p>
    <w:p>
      <w:r>
        <w:t>هذا هو التصادق التصادق آآ الخارجي</w:t>
      </w:r>
    </w:p>
    <w:p>
      <w:r>
        <w:t>عندنا قضية سالبة تلزمها موجبة في الصدق</w:t>
      </w:r>
    </w:p>
    <w:p>
      <w:r>
        <w:t>هذه توصلنا الى الواقع</w:t>
      </w:r>
    </w:p>
    <w:p>
      <w:r>
        <w:t>سين وهذه توصلنا وهي موجبة الى الواقع سين نفسه</w:t>
      </w:r>
    </w:p>
    <w:p>
      <w:r>
        <w:t>لا ما عندنا هكذا</w:t>
      </w:r>
    </w:p>
    <w:p>
      <w:r>
        <w:t>صرفة فقط</w:t>
      </w:r>
    </w:p>
    <w:p>
      <w:r>
        <w:t>نعم وهو الا تكون الصغرى سالبة بسيطة لا يلزمها الايجاب</w:t>
      </w:r>
    </w:p>
    <w:p>
      <w:r>
        <w:t>والكبرى جزئية</w:t>
      </w:r>
    </w:p>
    <w:p>
      <w:r>
        <w:t>كبرى جزئية يعني عدم الاندراج</w:t>
      </w:r>
    </w:p>
    <w:p>
      <w:r>
        <w:t>نعم</w:t>
      </w:r>
    </w:p>
    <w:p>
      <w:r>
        <w:t>لانه لولا ذلك لحصل الاختلاف الموجب للعقم</w:t>
      </w:r>
    </w:p>
    <w:p>
      <w:r>
        <w:t>فانه لا يعرف حال الاصغر المسلوب</w:t>
      </w:r>
    </w:p>
    <w:p>
      <w:r>
        <w:t>على الاوسط هل تلاقي الاكبر او يلاقي الاكبر خارج الاوسط ام لا? مثاله فانه يصدق لا شيء من الانسان بفرس مبدأ الهوية يكفي</w:t>
      </w:r>
    </w:p>
    <w:p>
      <w:r>
        <w:t>يعني طبيعة الانسان غير طبيعة الفرس اذا السور هنا لا معنى له في مبنى الهوية</w:t>
      </w:r>
    </w:p>
    <w:p>
      <w:r>
        <w:t>هذه لا شيء من الانسان بالفرس ما نحتاج</w:t>
      </w:r>
    </w:p>
    <w:p>
      <w:r>
        <w:t>الصوم</w:t>
      </w:r>
    </w:p>
    <w:p>
      <w:r>
        <w:t>ولكن هذا في المثال فقط</w:t>
      </w:r>
    </w:p>
    <w:p>
      <w:r>
        <w:t>في هذا المثال</w:t>
      </w:r>
    </w:p>
    <w:p>
      <w:r>
        <w:t>اذا طبقت معيار القضية تقول كل مصداق تعنون بعنوان انساني ينتفي عنه الفرنسية</w:t>
      </w:r>
    </w:p>
    <w:p>
      <w:r>
        <w:t>هذا هو المعيار</w:t>
      </w:r>
    </w:p>
    <w:p>
      <w:r>
        <w:t>وبعض الحيوان انسان</w:t>
      </w:r>
    </w:p>
    <w:p>
      <w:r>
        <w:t>ما معنى? هذه كذلك مبدأ الهوية</w:t>
      </w:r>
    </w:p>
    <w:p>
      <w:r>
        <w:t>من الحيوان هنا? هو الانسان? كانك قلت الانسان انسان</w:t>
      </w:r>
    </w:p>
    <w:p>
      <w:r>
        <w:t>اذا اردت ان تطبق عليه معيار القضية</w:t>
      </w:r>
    </w:p>
    <w:p>
      <w:r>
        <w:t>قل شريحة من الحيوان في الواقع الخارجي يصدق عليه الانسان</w:t>
      </w:r>
    </w:p>
    <w:p>
      <w:r>
        <w:t>من هذه الشريحة? طه بلال ليلى زينب علي حسين وهكذا</w:t>
      </w:r>
    </w:p>
    <w:p>
      <w:r>
        <w:t>وهذا لا نحتاج</w:t>
      </w:r>
    </w:p>
    <w:p>
      <w:r>
        <w:t>لان هنا في مبدأ الهوية</w:t>
      </w:r>
    </w:p>
    <w:p>
      <w:r>
        <w:t>مبدأ الهوية ما عندنا للوجود والحق لا شيء من الانسان بفرس وبعض الحيوان انسان</w:t>
      </w:r>
    </w:p>
    <w:p>
      <w:r>
        <w:t>الحد الاوسط ما هو? الانسان يحذف</w:t>
      </w:r>
    </w:p>
    <w:p>
      <w:r>
        <w:t>تقول لا شيء من آآ او تقول بعض الفرس ليس بحيوان</w:t>
      </w:r>
    </w:p>
    <w:p>
      <w:r>
        <w:t>لا ابدا والحق كله فرس حيوان</w:t>
      </w:r>
    </w:p>
    <w:p>
      <w:r>
        <w:t>ولو قلنا في الكبرى بعض الناطق انسان</w:t>
      </w:r>
    </w:p>
    <w:p>
      <w:r>
        <w:t>الحد الاوسط ما هو? الانسان</w:t>
      </w:r>
    </w:p>
    <w:p>
      <w:r>
        <w:t>نعم</w:t>
      </w:r>
    </w:p>
    <w:p>
      <w:r>
        <w:t>يعني تقول اه بعض اه بعض الانسان ليس بناطق بعض الانسان مناطق معناه الانسان ليس بإنسان كان الحق السلب نعم بعض الانسان بعض الانسان ناطق كان الحق السلب اه ولو قلنا في الكبرى بعض الانسان ناطق لا شيء من نعم لا شيء من الانسان بفرس وبعض الناطق باينسا احذف الايسان لا شيء من بالفرس نطق</w:t>
      </w:r>
    </w:p>
    <w:p>
      <w:r>
        <w:t>هذا هو وكان الحق هو السب</w:t>
      </w:r>
    </w:p>
    <w:p>
      <w:r>
        <w:t>ومع هذا الاختلاف لا ينتج</w:t>
      </w:r>
    </w:p>
    <w:p>
      <w:r>
        <w:t>يعني في مورد في تسابق وفي مورد في غير تصادق ما نعرف</w:t>
      </w:r>
    </w:p>
    <w:p>
      <w:r>
        <w:t>ما نعرف ما هو المورد يكون فيه تصادق وما هو المول الذي لا يكون في التصادق? اذا لا تكونوا الصغرى السالبة بسيطة لا يلزمها الايجاب في هذا الشكل مطلقا</w:t>
      </w:r>
    </w:p>
    <w:p>
      <w:r>
        <w:t>واضحة جدا</w:t>
      </w:r>
    </w:p>
    <w:p>
      <w:r>
        <w:t>قالوا وهذه هي الشروط العامة</w:t>
      </w:r>
    </w:p>
    <w:p>
      <w:r>
        <w:t>نعم</w:t>
      </w:r>
    </w:p>
    <w:p>
      <w:r>
        <w:t>ثم ان كانت الصغرى آآ ان كانت صغرى الموجبتين الصغرى الموجبة جزئيا</w:t>
      </w:r>
    </w:p>
    <w:p>
      <w:r>
        <w:t>يعني عندك الشكل الرابع مقدمة صغرى مقدمة كبرى</w:t>
      </w:r>
    </w:p>
    <w:p>
      <w:r>
        <w:t>آآ الصغرى موجبة والكبرى موجبة</w:t>
      </w:r>
    </w:p>
    <w:p>
      <w:r>
        <w:t>والصغرى المقدمتين جزئية</w:t>
      </w:r>
    </w:p>
    <w:p>
      <w:r>
        <w:t>يعني بعض الف</w:t>
      </w:r>
    </w:p>
    <w:p>
      <w:r>
        <w:t>او اجتمع السلب يعني الصورة سلبية والكبرى سلبية</w:t>
      </w:r>
    </w:p>
    <w:p>
      <w:r>
        <w:t>والجزئية فيها بحيث لا تنعكس الجزئية يعني الصغرى لا تنعكس</w:t>
      </w:r>
    </w:p>
    <w:p>
      <w:r>
        <w:t>وكانت الكبرى لا موجب كليا تعلق الحكم في كل مقدمة بجزء من الاوسط ولم يعرف اه ما متحدا ام لا? العقم</w:t>
      </w:r>
    </w:p>
    <w:p>
      <w:r>
        <w:t>وبالعكس في الاخير يتعلق الحكم بجزئين من الحدين الاخرين اخريين ولم يعرف امتلاقيا ام لا</w:t>
      </w:r>
    </w:p>
    <w:p>
      <w:r>
        <w:t>نعم</w:t>
      </w:r>
    </w:p>
    <w:p>
      <w:r>
        <w:t>هذا هو الشكل الثالث</w:t>
      </w:r>
    </w:p>
    <w:p>
      <w:r>
        <w:t>يحتاج الى هذه الشروط الثلاثة حتى ينتج</w:t>
      </w:r>
    </w:p>
    <w:p>
      <w:r>
        <w:t>اقول هذه الشروط الثلاثة المتقدمة ثابتة في الا الاربعاء على ما بيناه فكانت عامة</w:t>
      </w:r>
    </w:p>
    <w:p>
      <w:r>
        <w:t>ثم ان هذا الشكل يشترط فيه امران اخران</w:t>
      </w:r>
    </w:p>
    <w:p>
      <w:r>
        <w:t>احدهما الا تستعمل الجزئية الصغرى مع ايجاد المقدمتين</w:t>
      </w:r>
    </w:p>
    <w:p>
      <w:r>
        <w:t>نعم</w:t>
      </w:r>
    </w:p>
    <w:p>
      <w:r>
        <w:t>يعني يجب ان يكون هناك اختلاف في الكيف يعني موجبة وسالبة اذا كانت الصغرى ماذا? نعم لا تستعمل الجزئية الصغرى مع ايجاد المقدمة</w:t>
      </w:r>
    </w:p>
    <w:p>
      <w:r>
        <w:t>يعني اذا كانت الصغرى صورة القياس موجبة لا تكون الكبرى موجبة</w:t>
      </w:r>
    </w:p>
    <w:p>
      <w:r>
        <w:t>نعم لان العقم</w:t>
      </w:r>
    </w:p>
    <w:p>
      <w:r>
        <w:t>نعم</w:t>
      </w:r>
    </w:p>
    <w:p>
      <w:r>
        <w:t>العقم عدم الإندراج الإندراج غير مؤمن عدم الإندراج معرفيا</w:t>
      </w:r>
    </w:p>
    <w:p>
      <w:r>
        <w:t>ممكن يكون اندراج في الأنطلوجية في الواقع</w:t>
      </w:r>
    </w:p>
    <w:p>
      <w:r>
        <w:t>علمي بالإندراج غير موجود</w:t>
      </w:r>
    </w:p>
    <w:p>
      <w:r>
        <w:t>الشرط الثاني عدم عدم استعمال السالبة الجزئية المنعكسة</w:t>
      </w:r>
    </w:p>
    <w:p>
      <w:r>
        <w:t>هنا بدار ليس له هذا الحس الادبي</w:t>
      </w:r>
    </w:p>
    <w:p>
      <w:r>
        <w:t>ممكن هو قوي في الادبيات</w:t>
      </w:r>
    </w:p>
    <w:p>
      <w:r>
        <w:t>من حيث الصناعة</w:t>
      </w:r>
    </w:p>
    <w:p>
      <w:r>
        <w:t>اما الذوق الادبي لا</w:t>
      </w:r>
    </w:p>
    <w:p>
      <w:r>
        <w:t>الغير المنعكسة خطأ في اللغة</w:t>
      </w:r>
    </w:p>
    <w:p>
      <w:r>
        <w:t>الصحيح هو غير المنعكس</w:t>
      </w:r>
    </w:p>
    <w:p>
      <w:r>
        <w:t>يعني العبارة هكذا</w:t>
      </w:r>
    </w:p>
    <w:p>
      <w:r>
        <w:t>والثاني عدم استعمال السالبة الجزئية غير المنعكسة</w:t>
      </w:r>
    </w:p>
    <w:p>
      <w:r>
        <w:t>الف لام لام</w:t>
      </w:r>
    </w:p>
    <w:p>
      <w:r>
        <w:t>لانه معرف بالاضافة</w:t>
      </w:r>
    </w:p>
    <w:p>
      <w:r>
        <w:t>نعم</w:t>
      </w:r>
    </w:p>
    <w:p>
      <w:r>
        <w:t>غير معاكسة</w:t>
      </w:r>
    </w:p>
    <w:p>
      <w:r>
        <w:t>تعريف الغير المبهر يأتي بالاضافة</w:t>
      </w:r>
    </w:p>
    <w:p>
      <w:r>
        <w:t>اذا انت لماذا تأتي بالف ولام? وهذه اشكالية موجودة في كثير من التعبيرات</w:t>
      </w:r>
    </w:p>
    <w:p>
      <w:r>
        <w:t>بدون الف لام غير المنعكسة معرفة</w:t>
      </w:r>
    </w:p>
    <w:p>
      <w:r>
        <w:t>بالاضافة غير مبهم غير ماذا? غير المنعكسة اتضح بالاضافة</w:t>
      </w:r>
    </w:p>
    <w:p>
      <w:r>
        <w:t>عرف بالاضافة</w:t>
      </w:r>
    </w:p>
    <w:p>
      <w:r>
        <w:t>الف لام في الغير لا معنى</w:t>
      </w:r>
    </w:p>
    <w:p>
      <w:r>
        <w:t>اما الاول يعني يبين ان الشرط الاول ان الصغرى اذا كانت آآ جزئية وموجبة الكبرى لا تكن موجبة والا سقطنا في العقم</w:t>
      </w:r>
    </w:p>
    <w:p>
      <w:r>
        <w:t>واما الأول في انه لو كانت الصغرى اه كانت صغرى الموجبتين جزئيا</w:t>
      </w:r>
    </w:p>
    <w:p>
      <w:r>
        <w:t>صغرى الموجبتين الموجبتان هنا يعني المقدمة الصغرى والمقدمة الكبرى</w:t>
      </w:r>
    </w:p>
    <w:p>
      <w:r>
        <w:t>كلاهما موجب موجبة</w:t>
      </w:r>
    </w:p>
    <w:p>
      <w:r>
        <w:t>سورة موجبة وصورة موجبة</w:t>
      </w:r>
    </w:p>
    <w:p>
      <w:r>
        <w:t>الصغرى تكون جزئية</w:t>
      </w:r>
    </w:p>
    <w:p>
      <w:r>
        <w:t>هنا لا انتاج</w:t>
      </w:r>
    </w:p>
    <w:p>
      <w:r>
        <w:t>اما الاول فلأنه لو كانت الصغرى الموجبتين</w:t>
      </w:r>
    </w:p>
    <w:p>
      <w:r>
        <w:t>يعني الصغرى المقدمتان مقدمتين الموجبتين</w:t>
      </w:r>
    </w:p>
    <w:p>
      <w:r>
        <w:t>جزئيا هذا هو لو كانت صغرى موجبة جزئيا حصل حصل جواب لو يعني هو لو قال لا حصل لان لو تعد دائما التاليات بلام لا حصل لو كانت الصورة الموجبتين جزئيا جزئية خبر كانت حصل جواب الشرط نعم حصل الاختلاف الموجب للعقم</w:t>
      </w:r>
    </w:p>
    <w:p>
      <w:r>
        <w:t>هنا ما ما يستخدم لو</w:t>
      </w:r>
    </w:p>
    <w:p>
      <w:r>
        <w:t>يستخدم اذا احسن تحقيقيا</w:t>
      </w:r>
    </w:p>
    <w:p>
      <w:r>
        <w:t>يعني اذا تحقق القياس من هذا النوع</w:t>
      </w:r>
    </w:p>
    <w:p>
      <w:r>
        <w:t>مقدمتان موجبتان والصغر موجبة جزئية حتى من الانتاج لا يكون</w:t>
      </w:r>
    </w:p>
    <w:p>
      <w:r>
        <w:t>اذا ليس مورد لو مورد اذا التحقيق قيم</w:t>
      </w:r>
    </w:p>
    <w:p>
      <w:r>
        <w:t>حصل الاختلاف الموجب للعقم</w:t>
      </w:r>
    </w:p>
    <w:p>
      <w:r>
        <w:t>لماذا? لامكان ان يتعلق الحكم في كل مقدمة بجزء من الاوساط مغاير لما تعلق به في المقدمة الاخرى</w:t>
      </w:r>
    </w:p>
    <w:p>
      <w:r>
        <w:t>فلا يعلم اتحاد الجزئين</w:t>
      </w:r>
    </w:p>
    <w:p>
      <w:r>
        <w:t>نعم</w:t>
      </w:r>
    </w:p>
    <w:p>
      <w:r>
        <w:t>ما تقدر تعرف</w:t>
      </w:r>
    </w:p>
    <w:p>
      <w:r>
        <w:t>نعم</w:t>
      </w:r>
    </w:p>
    <w:p>
      <w:r>
        <w:t>اناء بعظية موجبة</w:t>
      </w:r>
    </w:p>
    <w:p>
      <w:r>
        <w:t>يعني الدخول المقطعي آآ الاصغر يدخل في الحد الاوسط مقطعيا</w:t>
      </w:r>
    </w:p>
    <w:p>
      <w:r>
        <w:t>ينال الحد الاوسط آآ هنا مصيبة</w:t>
      </w:r>
    </w:p>
    <w:p>
      <w:r>
        <w:t>في هذا الشكل موظوع في الصغرى ومحمول في كبرى</w:t>
      </w:r>
    </w:p>
    <w:p>
      <w:r>
        <w:t>نعم</w:t>
      </w:r>
    </w:p>
    <w:p>
      <w:r>
        <w:t>في الحد الاوسط الذي يكون محمولا في في المقدمة الصغرى الجزئية</w:t>
      </w:r>
    </w:p>
    <w:p>
      <w:r>
        <w:t>ينتمي الى الحد الاوسط</w:t>
      </w:r>
    </w:p>
    <w:p>
      <w:r>
        <w:t>بعض قلنا بعض جزئية موجبة</w:t>
      </w:r>
    </w:p>
    <w:p>
      <w:r>
        <w:t>ينتمي الى الحد الاوسط فيما قطاع منه</w:t>
      </w:r>
    </w:p>
    <w:p>
      <w:r>
        <w:t>في مقطع نعم بالمثال العرفي العرفي انسان تزوج من قبيلة فالانتماء الناس انتماء السبب يقول آآ ينتسب الى قبيلة انت ما يعني تزوج من بنتهم</w:t>
      </w:r>
    </w:p>
    <w:p>
      <w:r>
        <w:t>وهو ينتمي آآ نسبا الى قبيلة غنية عن الشجاعة مؤمنة</w:t>
      </w:r>
    </w:p>
    <w:p>
      <w:r>
        <w:t>شريفة</w:t>
      </w:r>
    </w:p>
    <w:p>
      <w:r>
        <w:t>آآ كيف يعني هذا الانتسام السببي</w:t>
      </w:r>
    </w:p>
    <w:p>
      <w:r>
        <w:t>هذا انتساب السبب يعني زوجته تكون شريفة شجاعة كل خصوصيات القبيلة لا</w:t>
      </w:r>
    </w:p>
    <w:p>
      <w:r>
        <w:t>لان الانتمام السببي مقطعي</w:t>
      </w:r>
    </w:p>
    <w:p>
      <w:r>
        <w:t>نعم مقطعي ليس اه كليا</w:t>
      </w:r>
    </w:p>
    <w:p>
      <w:r>
        <w:t>فهذا او علاقة مع صديق في التجارة</w:t>
      </w:r>
    </w:p>
    <w:p>
      <w:r>
        <w:t>وهذا الشخص ينتمي الى قبيلة فيها الشجاعة</w:t>
      </w:r>
    </w:p>
    <w:p>
      <w:r>
        <w:t>هل هذا الصديق الذي هو في علاقة معه تجاريا يكون شجاعا? لا</w:t>
      </w:r>
    </w:p>
    <w:p>
      <w:r>
        <w:t>هذه الامور العرفية يدركها العرف بعرف سرقته الفطروية</w:t>
      </w:r>
    </w:p>
    <w:p>
      <w:r>
        <w:t>لان الله تعالى لما خلق الانسان خلقه بهذا العقل يتحرك بهذا المنطق</w:t>
      </w:r>
    </w:p>
    <w:p>
      <w:r>
        <w:t>الفرق بيني وبينه وبينك وبينه انك انت تعلم هذه التدقيقات هذا العلمي والتدقيقات يسمى علم المنطق</w:t>
      </w:r>
    </w:p>
    <w:p>
      <w:r>
        <w:t>نعم لإمكاني ان يتعلق الحكم في كل مقدمتين بجزء من الاوساط</w:t>
      </w:r>
    </w:p>
    <w:p>
      <w:r>
        <w:t>يعني التلاقي مع الاوسط تلاقي مقطعي</w:t>
      </w:r>
    </w:p>
    <w:p>
      <w:r>
        <w:t>مغاير بجزء من الأوسط مغائر لما تعلق به في المقدمة الأخرى</w:t>
      </w:r>
    </w:p>
    <w:p>
      <w:r>
        <w:t>فلا يعلم اتحاد الجزئين</w:t>
      </w:r>
    </w:p>
    <w:p>
      <w:r>
        <w:t>فانه يصدق يأتي بالإنسان بالمثال بعض الحيوان انسان مبدأ الهوية وكل حيوان كل ناطق حيوان آآ اكتب في آآ عالم التخاطب ان الملائكة ينطقون يعني يدركون الكليات وليسوا بحيوانات</w:t>
      </w:r>
    </w:p>
    <w:p>
      <w:r>
        <w:t>اذا هذا كل حيوان الناطقية هنا اه في اه عالم الخطاب</w:t>
      </w:r>
    </w:p>
    <w:p>
      <w:r>
        <w:t>النتيجة ما هي? احذف الحد الاوسط ما هو الحيوان</w:t>
      </w:r>
    </w:p>
    <w:p>
      <w:r>
        <w:t>تقول بعض الانسان ناطق</w:t>
      </w:r>
    </w:p>
    <w:p>
      <w:r>
        <w:t>خطأ كل انسان ناطق</w:t>
      </w:r>
    </w:p>
    <w:p>
      <w:r>
        <w:t>والحق الايجاب</w:t>
      </w:r>
    </w:p>
    <w:p>
      <w:r>
        <w:t>لاتحاد الجزئين</w:t>
      </w:r>
    </w:p>
    <w:p>
      <w:r>
        <w:t>ولو قلنا في الكبرى حتى لو قلت يعني بعض الانسان ناطق صحيح</w:t>
      </w:r>
    </w:p>
    <w:p>
      <w:r>
        <w:t>ما يهم</w:t>
      </w:r>
    </w:p>
    <w:p>
      <w:r>
        <w:t>ولو قلنا في الكبرى وكل فرس حيوان الصغرى ما هي? بعض الحيوان انسان</w:t>
      </w:r>
    </w:p>
    <w:p>
      <w:r>
        <w:t>وكل فرس حيوان</w:t>
      </w:r>
    </w:p>
    <w:p>
      <w:r>
        <w:t>نعم</w:t>
      </w:r>
    </w:p>
    <w:p>
      <w:r>
        <w:t>انزع الحيوان</w:t>
      </w:r>
    </w:p>
    <w:p>
      <w:r>
        <w:t>تقول بعض الانسان فرس</w:t>
      </w:r>
    </w:p>
    <w:p>
      <w:r>
        <w:t>لا الحق السلب</w:t>
      </w:r>
    </w:p>
    <w:p>
      <w:r>
        <w:t>لا شيء من الانسان</w:t>
      </w:r>
    </w:p>
    <w:p>
      <w:r>
        <w:t>بفرص اذا ما نعلم في ما ورد فيه اتفاق في مورد غير في في ما في اتفاق لا نعلم</w:t>
      </w:r>
    </w:p>
    <w:p>
      <w:r>
        <w:t>بينا هذه بامثلة متعددة</w:t>
      </w:r>
    </w:p>
    <w:p>
      <w:r>
        <w:t>هذا الشرط الاول نعم الحالة الاولى احدهما الا تستعمل الجزئية الصغرى مع ايجاب المقدمة</w:t>
      </w:r>
    </w:p>
    <w:p>
      <w:r>
        <w:t>ثاني عدم استعمال السالبة الجزئية غير المنعكسة</w:t>
      </w:r>
    </w:p>
    <w:p>
      <w:r>
        <w:t>عندك سالبة جزئية لا تنعكس هذا لا تستخدم</w:t>
      </w:r>
    </w:p>
    <w:p>
      <w:r>
        <w:t>نعم</w:t>
      </w:r>
    </w:p>
    <w:p>
      <w:r>
        <w:t>واما الثاني فلان السالب الجزئي غير المنعكسة لو استعمل عملت فيه في هذا القياس شكله الرابع لكانت اما صغرى او كبرى وكلاهما عقيم</w:t>
      </w:r>
    </w:p>
    <w:p>
      <w:r>
        <w:t>نعم</w:t>
      </w:r>
    </w:p>
    <w:p>
      <w:r>
        <w:t>اما الاول يعني في حالة الصورة فلما تقدم في ايجاب الصغرى الجزئية مع احتمال تعلق الحكم في كل مقدمة بجزء من الاوساط</w:t>
      </w:r>
    </w:p>
    <w:p>
      <w:r>
        <w:t>ما نعلم</w:t>
      </w:r>
    </w:p>
    <w:p>
      <w:r>
        <w:t>يعني يمكن ان يكون آآ الحد الاوسط اعم من المحمول</w:t>
      </w:r>
    </w:p>
    <w:p>
      <w:r>
        <w:t>من الحد الاصغر</w:t>
      </w:r>
    </w:p>
    <w:p>
      <w:r>
        <w:t>يعني دخول الاصغر في الحد الاوسط الذي هو موضوع الصغرى دخول مقطعي</w:t>
      </w:r>
    </w:p>
    <w:p>
      <w:r>
        <w:t>اذا النتيجة ما نعرف</w:t>
      </w:r>
    </w:p>
    <w:p>
      <w:r>
        <w:t>قد يكون هناك دخول مقطعي وقد لا يكون</w:t>
      </w:r>
    </w:p>
    <w:p>
      <w:r>
        <w:t>نعم</w:t>
      </w:r>
    </w:p>
    <w:p>
      <w:r>
        <w:t>اما الاول يعني صغرى سالبة جزئية غير منعكسة</w:t>
      </w:r>
    </w:p>
    <w:p>
      <w:r>
        <w:t>فلما تقدم في ايجاد الصورة الجزئية من احتمال تعلق الحكم في كل مقدمة بجزء من الاوسط</w:t>
      </w:r>
    </w:p>
    <w:p>
      <w:r>
        <w:t>السر ما هو? لان الحد الاوسط كما موضوع في النتيجة اعم مع امكان تغاؤرهما واتحادهما</w:t>
      </w:r>
    </w:p>
    <w:p>
      <w:r>
        <w:t>كما تقول بعض الحيوان آآ بعض الحيوان ليس بانسان</w:t>
      </w:r>
    </w:p>
    <w:p>
      <w:r>
        <w:t>نعم</w:t>
      </w:r>
    </w:p>
    <w:p>
      <w:r>
        <w:t>بعض الحيوان ليس بانسان</w:t>
      </w:r>
    </w:p>
    <w:p>
      <w:r>
        <w:t>آآ لان اعم من الانسان</w:t>
      </w:r>
    </w:p>
    <w:p>
      <w:r>
        <w:t>بعض الحيوان هو الفرس</w:t>
      </w:r>
    </w:p>
    <w:p>
      <w:r>
        <w:t>الاسد</w:t>
      </w:r>
    </w:p>
    <w:p>
      <w:r>
        <w:t>بعض الحيوان ليس به انسان صادقة</w:t>
      </w:r>
    </w:p>
    <w:p>
      <w:r>
        <w:t>وكل ناطق حيوان</w:t>
      </w:r>
    </w:p>
    <w:p>
      <w:r>
        <w:t>كل ناطق حيوان</w:t>
      </w:r>
    </w:p>
    <w:p>
      <w:r>
        <w:t>اكتب في تحتها في عالم الخطاب</w:t>
      </w:r>
    </w:p>
    <w:p>
      <w:r>
        <w:t>الحد الأوسط ما هو حيوان احذفه</w:t>
      </w:r>
    </w:p>
    <w:p>
      <w:r>
        <w:t>يعني بعض الإنسان ليس بناطق خطأ</w:t>
      </w:r>
    </w:p>
    <w:p>
      <w:r>
        <w:t>الحق ما هو? ايجاب</w:t>
      </w:r>
    </w:p>
    <w:p>
      <w:r>
        <w:t>نعم</w:t>
      </w:r>
    </w:p>
    <w:p>
      <w:r>
        <w:t>بعض الإنسان ناطق</w:t>
      </w:r>
    </w:p>
    <w:p>
      <w:r>
        <w:t>والحق الإيجاب</w:t>
      </w:r>
    </w:p>
    <w:p>
      <w:r>
        <w:t>الاتحاد للجزئين</w:t>
      </w:r>
    </w:p>
    <w:p>
      <w:r>
        <w:t>يعني يتحد مع الناطق لانه فصله</w:t>
      </w:r>
    </w:p>
    <w:p>
      <w:r>
        <w:t>ولو قلنا في الكبرى وكل فرس حيوان</w:t>
      </w:r>
    </w:p>
    <w:p>
      <w:r>
        <w:t>سورة ما هي بعض الحيوان ليس بفرز</w:t>
      </w:r>
    </w:p>
    <w:p>
      <w:r>
        <w:t>وكل فرص حيوان النتيجة ما هي? بعض الحيوان ليس بفرس خطأ</w:t>
      </w:r>
    </w:p>
    <w:p>
      <w:r>
        <w:t>يعني تقول اه لا الصغرى بعض الحيوان ليس بإنسان وكل فرس حيوان احدف الحيوان نعم اه كان بعض بعض الإنسان ليس بفرص والحق السلب نعم بعض الإنسان ليس بفرس اذا ما تعرف في تداخل مرفوع غير تداخل</w:t>
      </w:r>
    </w:p>
    <w:p>
      <w:r>
        <w:t>نعم</w:t>
      </w:r>
    </w:p>
    <w:p>
      <w:r>
        <w:t>لا تعرف</w:t>
      </w:r>
    </w:p>
    <w:p>
      <w:r>
        <w:t>نعم</w:t>
      </w:r>
    </w:p>
    <w:p>
      <w:r>
        <w:t>واما الثاني الثاني بينا السالبة الجزئية</w:t>
      </w:r>
    </w:p>
    <w:p>
      <w:r>
        <w:t>اه الثاني فلان سالب الجزئية غير منعكسة لو استعمل فيها لكانت اما صغرى او كبرى لا نأتي الى الكبرى</w:t>
      </w:r>
    </w:p>
    <w:p>
      <w:r>
        <w:t>واما الثاني وهو ان تكون السالبة الجزئية كبرى</w:t>
      </w:r>
    </w:p>
    <w:p>
      <w:r>
        <w:t>نعم</w:t>
      </w:r>
    </w:p>
    <w:p>
      <w:r>
        <w:t>السالبة الجزئية كبرى</w:t>
      </w:r>
    </w:p>
    <w:p>
      <w:r>
        <w:t>كبرى القياس</w:t>
      </w:r>
    </w:p>
    <w:p>
      <w:r>
        <w:t>لان من الشكل الرابع كلية احدى المقدمتين</w:t>
      </w:r>
    </w:p>
    <w:p>
      <w:r>
        <w:t>ما قلنا لا صغرى ولا كبرى</w:t>
      </w:r>
    </w:p>
    <w:p>
      <w:r>
        <w:t>المهم واحدة تكون كلية</w:t>
      </w:r>
    </w:p>
    <w:p>
      <w:r>
        <w:t>من الصغرى? لا الكبرى لا ليس بالضرورة</w:t>
      </w:r>
    </w:p>
    <w:p>
      <w:r>
        <w:t>قد تكون صغرى قد تكون كبرى</w:t>
      </w:r>
    </w:p>
    <w:p>
      <w:r>
        <w:t>يعني قد تكون الكبرى جزئية</w:t>
      </w:r>
    </w:p>
    <w:p>
      <w:r>
        <w:t>والصغرى كليا</w:t>
      </w:r>
    </w:p>
    <w:p>
      <w:r>
        <w:t>نعم ياخذ هذا الاحتمال واما الثاني يعني الكبرى وهو ان تكون السالبة الجزئية كبرى فانه يصدق كل انسان حيوان صادقة مبدأ الهوية وليس حساس بانسان نعم الحمار حساس وليس به سان</w:t>
      </w:r>
    </w:p>
    <w:p>
      <w:r>
        <w:t>النتيجة ما هي? اذا اختفى الانسان ماذا تقول? تقول آآ لا شيء من الحيوان بحساس لا خطأ</w:t>
      </w:r>
    </w:p>
    <w:p>
      <w:r>
        <w:t>لا شيء من الحيوان بالحساس لا كل حيوان حساس</w:t>
      </w:r>
    </w:p>
    <w:p>
      <w:r>
        <w:t>ولهذا يقول والحق هو الاجابة</w:t>
      </w:r>
    </w:p>
    <w:p>
      <w:r>
        <w:t>كل حيوان هو حساس</w:t>
      </w:r>
    </w:p>
    <w:p>
      <w:r>
        <w:t>ولو قلنا في الكبرى وليس كل حجر بانسان</w:t>
      </w:r>
    </w:p>
    <w:p>
      <w:r>
        <w:t>الصغرى ما هي? الصغرى كل انسان حيوان</w:t>
      </w:r>
    </w:p>
    <w:p>
      <w:r>
        <w:t>وليس كل حجر بانسان</w:t>
      </w:r>
    </w:p>
    <w:p>
      <w:r>
        <w:t>احذف انت الإنسان ها نعم تقول آآ كل حيوان ليس بحجر</w:t>
      </w:r>
    </w:p>
    <w:p>
      <w:r>
        <w:t>كان الحق هو السر هذا هو كل حيوان ليس بحاجة للبينونة المهاوية او الهوياتية</w:t>
      </w:r>
    </w:p>
    <w:p>
      <w:r>
        <w:t>والى هذا القصر والقسم وهو ان تكون السالبة كبرى اشار بقوله وبالعكس في الاخير</w:t>
      </w:r>
    </w:p>
    <w:p>
      <w:r>
        <w:t>لان الجزئية مع ايجاب المقدمة انما تكون عقيما</w:t>
      </w:r>
    </w:p>
    <w:p>
      <w:r>
        <w:t>انما تكون عقيما اذا كانت انما يكون القياس عقيما اذا كانت الصورة جزئية خاصة</w:t>
      </w:r>
    </w:p>
    <w:p>
      <w:r>
        <w:t>اما اذا اجتمع السلب هو السلب الجزئية في مقدمة فانها تكون عقيمة مطلقا</w:t>
      </w:r>
    </w:p>
    <w:p>
      <w:r>
        <w:t>سالبة وجزئية</w:t>
      </w:r>
    </w:p>
    <w:p>
      <w:r>
        <w:t>الجزئية لا تنعكس لانها سالبة</w:t>
      </w:r>
    </w:p>
    <w:p>
      <w:r>
        <w:t>والجزئية الدخول المقطعي ليس الدخول العام</w:t>
      </w:r>
    </w:p>
    <w:p>
      <w:r>
        <w:t>فعقم مطلق</w:t>
      </w:r>
    </w:p>
    <w:p>
      <w:r>
        <w:t>نعم</w:t>
      </w:r>
    </w:p>
    <w:p>
      <w:r>
        <w:t>سواء كان صغرى كما تقدم او كبرى كما بيناه في قوله وبالعكس في الاخير</w:t>
      </w:r>
    </w:p>
    <w:p>
      <w:r>
        <w:t>نعم اذا هذان الشرطان اساسيان في الشكل الرابع</w:t>
      </w:r>
    </w:p>
    <w:p>
      <w:r>
        <w:t>ما هو آآ لا تستعمل الجزئية الصغرى مع ايجاد المقدمتين</w:t>
      </w:r>
    </w:p>
    <w:p>
      <w:r>
        <w:t>يعني بمجرد ان يستخدم ان شخص هذا القياس في المناظرة يأتي بالشكل الرابع صورة موجبة جزئية وكبرى مجبى فلا قياس عقيم يغالط</w:t>
      </w:r>
    </w:p>
    <w:p>
      <w:r>
        <w:t>نعم</w:t>
      </w:r>
    </w:p>
    <w:p>
      <w:r>
        <w:t>وعدم استعمال السالب الجزئية غير المنعكس</w:t>
      </w:r>
    </w:p>
    <w:p>
      <w:r>
        <w:t>نعم كذلك يكون الظروف المنتجة من الشكل الرابع يدخل الى الانتاج</w:t>
      </w:r>
    </w:p>
    <w:p>
      <w:r>
        <w:t>قال بعدما بين الشروط نعم آآ يدخل في الظروف المنتجة</w:t>
      </w:r>
    </w:p>
    <w:p>
      <w:r>
        <w:t>يفرزها على العقيمة التي لا تنتج</w:t>
      </w:r>
    </w:p>
    <w:p>
      <w:r>
        <w:t>قال فالظرب الأول من موجبتين كليتين</w:t>
      </w:r>
    </w:p>
    <w:p>
      <w:r>
        <w:t>ما هما الشرطان الأساسيان? الشرطان الأساسيان اه ان تكون مقدمة من مقدمتين ماذا? تكون اه تكون كلية بيناها</w:t>
      </w:r>
    </w:p>
    <w:p>
      <w:r>
        <w:t>نعم</w:t>
      </w:r>
    </w:p>
    <w:p>
      <w:r>
        <w:t>ايجاد احدى المقدمتين وكبرى تكون كلية</w:t>
      </w:r>
    </w:p>
    <w:p>
      <w:r>
        <w:t>اين تتبوق? قد تكون في آآ في مقدمة كلية احدى المقدمات قد تكون في سورة قد تكون في الكبرى</w:t>
      </w:r>
    </w:p>
    <w:p>
      <w:r>
        <w:t>فالضرب الاول من موجبتان كليتين فالشروط متوفرة تقولين كل انسان حيوان</w:t>
      </w:r>
    </w:p>
    <w:p>
      <w:r>
        <w:t>مبدأ الهوية وكل ناطق انسان</w:t>
      </w:r>
    </w:p>
    <w:p>
      <w:r>
        <w:t>احذف انسان ها يعني بعض الحيوان الناطق</w:t>
      </w:r>
    </w:p>
    <w:p>
      <w:r>
        <w:t>بعض الحيوان ناطق واضحة جدا</w:t>
      </w:r>
    </w:p>
    <w:p>
      <w:r>
        <w:t>نعم</w:t>
      </w:r>
    </w:p>
    <w:p>
      <w:r>
        <w:t>كل كل انسان حيوان وكل ناطق انسان</w:t>
      </w:r>
    </w:p>
    <w:p>
      <w:r>
        <w:t>اذا اردت ان نعم اذا اردت ان ترجحه الى الشكل الاول اعكس الكبرى</w:t>
      </w:r>
    </w:p>
    <w:p>
      <w:r>
        <w:t>آآ عكس الصورة كل انسان حيوان يصير بعض الحيوان انسان</w:t>
      </w:r>
    </w:p>
    <w:p>
      <w:r>
        <w:t>لا آآ يصير بعض الحيوان انسان</w:t>
      </w:r>
    </w:p>
    <w:p>
      <w:r>
        <w:t>لا ما يجي لان آآ آآ يجي الشكل الثاني اه المزيف الشكل الثاني</w:t>
      </w:r>
    </w:p>
    <w:p>
      <w:r>
        <w:t>كل بعض الحيوان انسان وكل ناطق انسان</w:t>
      </w:r>
    </w:p>
    <w:p>
      <w:r>
        <w:t>الشكل الثاني مع عدم اختلاف الكيف فهو زيف</w:t>
      </w:r>
    </w:p>
    <w:p>
      <w:r>
        <w:t>اذا ماذا نعكس? حتى كبرانا تنعكس</w:t>
      </w:r>
    </w:p>
    <w:p>
      <w:r>
        <w:t>نعم وكل ناطق انسان</w:t>
      </w:r>
    </w:p>
    <w:p>
      <w:r>
        <w:t>نعم</w:t>
      </w:r>
    </w:p>
    <w:p>
      <w:r>
        <w:t>هنا المنطق الحديث لانه مبني على الرموز</w:t>
      </w:r>
    </w:p>
    <w:p>
      <w:r>
        <w:t>الرموز الدقيقة هنا ذهنك لا يذهب الى المعنى</w:t>
      </w:r>
    </w:p>
    <w:p>
      <w:r>
        <w:t>انت هنا في الانتاج تركز على المعنى</w:t>
      </w:r>
    </w:p>
    <w:p>
      <w:r>
        <w:t>وهذا ليس اه منطق عيوب المنطقة القديم الذي نحن ندرسه الان لا يعتمد على الصورنة يعتمد على المعنى مثلا كل انسان حيوان انا فهمت في المعنى في القضية ان الانسان مندرج تحت الحيوان</w:t>
      </w:r>
    </w:p>
    <w:p>
      <w:r>
        <w:t>على مبنى السور كل انسان حيوان والا على مبنى مبنى الهوية الانسان عين الحيوان</w:t>
      </w:r>
    </w:p>
    <w:p>
      <w:r>
        <w:t>وكل ناطق انسان مبنى الهوية</w:t>
      </w:r>
    </w:p>
    <w:p>
      <w:r>
        <w:t>يعني من المعنى فهمت</w:t>
      </w:r>
    </w:p>
    <w:p>
      <w:r>
        <w:t>ومن المعنى افهم ان ليس كل الحيوان ناطقا</w:t>
      </w:r>
    </w:p>
    <w:p>
      <w:r>
        <w:t>الاسد لا ينطق لا يدرك</w:t>
      </w:r>
    </w:p>
    <w:p>
      <w:r>
        <w:t>يدرك الكليات فقط المحسوسات</w:t>
      </w:r>
    </w:p>
    <w:p>
      <w:r>
        <w:t>من المعنى فهمت انه بعدما يختفي الحد الاوسط والانسان لا استطيع ان اقول كل حيوان ناطق</w:t>
      </w:r>
    </w:p>
    <w:p>
      <w:r>
        <w:t>من المعنى ماذا اقول? بعض الحيوان الناطق</w:t>
      </w:r>
    </w:p>
    <w:p>
      <w:r>
        <w:t>نعم او بعض ناطق حيوان والثاني من موجبتين كبراهما جزئيا</w:t>
      </w:r>
    </w:p>
    <w:p>
      <w:r>
        <w:t>مين موجبتين كبراهما جزئيا</w:t>
      </w:r>
    </w:p>
    <w:p>
      <w:r>
        <w:t>نعم</w:t>
      </w:r>
    </w:p>
    <w:p>
      <w:r>
        <w:t>لانه ما قال صغراهم جزئيا</w:t>
      </w:r>
    </w:p>
    <w:p>
      <w:r>
        <w:t>من موجبتين كبراهما جزئيات</w:t>
      </w:r>
    </w:p>
    <w:p>
      <w:r>
        <w:t>وتنتجان جزئية لان نتيجة تتبع اخص المقدمة الكبرى جزئيا</w:t>
      </w:r>
    </w:p>
    <w:p>
      <w:r>
        <w:t>تقول شيخنا كيف الكبرى جزئية? لان الشرط كلية احدى المقدمتين</w:t>
      </w:r>
    </w:p>
    <w:p>
      <w:r>
        <w:t>ما قال كلية الكبرى</w:t>
      </w:r>
    </w:p>
    <w:p>
      <w:r>
        <w:t>كلية احدى مقدماته</w:t>
      </w:r>
    </w:p>
    <w:p>
      <w:r>
        <w:t>كليتكم في صغرى تم الامر</w:t>
      </w:r>
    </w:p>
    <w:p>
      <w:r>
        <w:t>وتنتج الجزئية لاحتمال ان يكون الاصغر عمل الاكبر</w:t>
      </w:r>
    </w:p>
    <w:p>
      <w:r>
        <w:t>نعم</w:t>
      </w:r>
    </w:p>
    <w:p>
      <w:r>
        <w:t>احتمال الاصغر اعم</w:t>
      </w:r>
    </w:p>
    <w:p>
      <w:r>
        <w:t>فينطوي على الاكبر وزيادة</w:t>
      </w:r>
    </w:p>
    <w:p>
      <w:r>
        <w:t>فالطلاق بين الاكبر تلاقي الصدق بين الاكبر والاصغر</w:t>
      </w:r>
    </w:p>
    <w:p>
      <w:r>
        <w:t>تلاقي مقطعي</w:t>
      </w:r>
    </w:p>
    <w:p>
      <w:r>
        <w:t>هذه هي الجزئية</w:t>
      </w:r>
    </w:p>
    <w:p>
      <w:r>
        <w:t>ما هي الجزئية? الضرب الثالث من كليتين</w:t>
      </w:r>
    </w:p>
    <w:p>
      <w:r>
        <w:t>من كليتين</w:t>
      </w:r>
    </w:p>
    <w:p>
      <w:r>
        <w:t>اذا الكلية موجودة مؤمنة</w:t>
      </w:r>
    </w:p>
    <w:p>
      <w:r>
        <w:t>لان لان كلا كليا</w:t>
      </w:r>
    </w:p>
    <w:p>
      <w:r>
        <w:t>ومن كليتين صغراهما سالبة</w:t>
      </w:r>
    </w:p>
    <w:p>
      <w:r>
        <w:t>وينتج كلية</w:t>
      </w:r>
    </w:p>
    <w:p>
      <w:r>
        <w:t>ينتج كلية ان شاء الله حان التطبيق يتضح لكم</w:t>
      </w:r>
    </w:p>
    <w:p>
      <w:r>
        <w:t>هذا لان كلية كلية النتيجة تأخذ قوة المقدمة</w:t>
      </w:r>
    </w:p>
    <w:p>
      <w:r>
        <w:t>كلية طبعا كلية سالبة</w:t>
      </w:r>
    </w:p>
    <w:p>
      <w:r>
        <w:t>الرابع من كليتين كبراهما سالبة</w:t>
      </w:r>
    </w:p>
    <w:p>
      <w:r>
        <w:t>نعم</w:t>
      </w:r>
    </w:p>
    <w:p>
      <w:r>
        <w:t>النتيجة تكون كلية سالبة</w:t>
      </w:r>
    </w:p>
    <w:p>
      <w:r>
        <w:t>الخامس من صغرى موجبة جزئية</w:t>
      </w:r>
    </w:p>
    <w:p>
      <w:r>
        <w:t>دخول اه دخول مقطعي وكبرى سالبة كليا سلبة مطلقا وينتجان جزئية ايضا طبعا جزئية سالبة</w:t>
      </w:r>
    </w:p>
    <w:p>
      <w:r>
        <w:t>اقول المنتج بمقتضى ما تقدم من الشرائط خمس اذروب</w:t>
      </w:r>
    </w:p>
    <w:p>
      <w:r>
        <w:t>بالشكل الرابع</w:t>
      </w:r>
    </w:p>
    <w:p>
      <w:r>
        <w:t>الشكل الاول والاربعة الشكل الثاني اربعة الشكل الثالث ستة هذا خمسة</w:t>
      </w:r>
    </w:p>
    <w:p>
      <w:r>
        <w:t>الاول من موجبتين كليتين ينتج موجبة جزئية</w:t>
      </w:r>
    </w:p>
    <w:p>
      <w:r>
        <w:t>لماذا? لان قلنا الحد الاصغر قد يكون اعم من من الاوسط</w:t>
      </w:r>
    </w:p>
    <w:p>
      <w:r>
        <w:t>اذا كان الحد الاوسط اعم من الاصغر من الحد الاوسط اضيق من الحد الاصغر والحد الاصغر اعم فالحد الاوسط يجره مقطعيا</w:t>
      </w:r>
    </w:p>
    <w:p>
      <w:r>
        <w:t>يجره مقطعيا لا يجره اثباتنا به</w:t>
      </w:r>
    </w:p>
    <w:p>
      <w:r>
        <w:t>بناء عام منه يعني الحد الأوسط يتقاطع مع الحد الأصغر فيجره بمقدار ما تقاطع لا زيادة ولا نقصان وهذه هي الجزئية نعم من موجبتان كليتان ينتج موجبة جزئية</w:t>
      </w:r>
    </w:p>
    <w:p>
      <w:r>
        <w:t>شيخنا صغرى كلية والكبرى كلية</w:t>
      </w:r>
    </w:p>
    <w:p>
      <w:r>
        <w:t>نعم الانتاج جزئي</w:t>
      </w:r>
    </w:p>
    <w:p>
      <w:r>
        <w:t>لماذا؟ لان الاصغر اعم من الاوسط</w:t>
      </w:r>
    </w:p>
    <w:p>
      <w:r>
        <w:t>نعم</w:t>
      </w:r>
    </w:p>
    <w:p>
      <w:r>
        <w:t>كقولنا كل جيم باء انظر</w:t>
      </w:r>
    </w:p>
    <w:p>
      <w:r>
        <w:t>باء محمول اعم من جيم يعني جيم مندرج مع باء في مقطعين</w:t>
      </w:r>
    </w:p>
    <w:p>
      <w:r>
        <w:t>يعني جيم مندرج تحتها باء يعني الاوسط اعم من الحد الحد الاصغر اعم من الحد الاوسط</w:t>
      </w:r>
    </w:p>
    <w:p>
      <w:r>
        <w:t>وكل الف جيم وكل الف جيم والحد الاوسط اهم من الاكبر</w:t>
      </w:r>
    </w:p>
    <w:p>
      <w:r>
        <w:t>اذا التلاقي بين باء يعني بين الاصغر والاكبر تلاقي مقطعي</w:t>
      </w:r>
    </w:p>
    <w:p>
      <w:r>
        <w:t>علي الجزئية</w:t>
      </w:r>
    </w:p>
    <w:p>
      <w:r>
        <w:t>ينتج بعض باء اليف</w:t>
      </w:r>
    </w:p>
    <w:p>
      <w:r>
        <w:t>ولا ينتج كل باليف</w:t>
      </w:r>
    </w:p>
    <w:p>
      <w:r>
        <w:t>لماذا? لاحتمال ان يكون الاصغر عام من الاوسط والاكبر</w:t>
      </w:r>
    </w:p>
    <w:p>
      <w:r>
        <w:t>كما تقول كل انسان حيوان</w:t>
      </w:r>
    </w:p>
    <w:p>
      <w:r>
        <w:t>الحد الأوسط هنا ما هو؟ الحد الأوسط والإنسان كل انسان حيوان</w:t>
      </w:r>
    </w:p>
    <w:p>
      <w:r>
        <w:t>حيوان اعم من الإنسان</w:t>
      </w:r>
    </w:p>
    <w:p>
      <w:r>
        <w:t>الأصغر اعم من الحد الأوسط</w:t>
      </w:r>
    </w:p>
    <w:p>
      <w:r>
        <w:t>كل انسان حيوان وكل ناطق انسان</w:t>
      </w:r>
    </w:p>
    <w:p>
      <w:r>
        <w:t>الحد الأوسط هو الإنسان</w:t>
      </w:r>
    </w:p>
    <w:p>
      <w:r>
        <w:t>شوف الحيوان اعم من الإنسان والناطق اعم من الإنسان</w:t>
      </w:r>
    </w:p>
    <w:p>
      <w:r>
        <w:t>اذا التلاقي بين الناطق والحيوان تلاقي مقطعي</w:t>
      </w:r>
    </w:p>
    <w:p>
      <w:r>
        <w:t>ليس بنحو الكلية ولا يصدق كل حيوان ناطق</w:t>
      </w:r>
    </w:p>
    <w:p>
      <w:r>
        <w:t>بل بعض الحيوان ناطق</w:t>
      </w:r>
    </w:p>
    <w:p>
      <w:r>
        <w:t>نعم</w:t>
      </w:r>
    </w:p>
    <w:p>
      <w:r>
        <w:t>هذا الظرب الاول واظح</w:t>
      </w:r>
    </w:p>
    <w:p>
      <w:r>
        <w:t>انا في تصوري بالمعايير بالمعايير المنطقية نفهم الانتاج</w:t>
      </w:r>
    </w:p>
    <w:p>
      <w:r>
        <w:t>ما نحتاج الى العكس ولا الافتراظ ولا برهان يعني هادي البداهة العقلية</w:t>
      </w:r>
    </w:p>
    <w:p>
      <w:r>
        <w:t>لكن مرة هذه البدائل العقلية تخوننا فنحتاج الى هذه الاليات</w:t>
      </w:r>
    </w:p>
    <w:p>
      <w:r>
        <w:t>الية العكس والافتراظ وقياس الخلف</w:t>
      </w:r>
    </w:p>
    <w:p>
      <w:r>
        <w:t>الظرب الثاني خلوه الى الآتية لأن الوقت انتهى واللهم صل على محمد وال محمد</w:t>
      </w:r>
    </w:p>
    <w:p>
      <w:r>
        <w:t>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