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الثاني من موجب والكبرى جزئيا</w:t>
      </w:r>
    </w:p>
    <w:p>
      <w:r>
        <w:t>ظروب الشكل الرابع</w:t>
      </w:r>
    </w:p>
    <w:p>
      <w:r>
        <w:t>بينا الضرب الاول الان وصلنا الى الضرب الثاني</w:t>
      </w:r>
    </w:p>
    <w:p>
      <w:r>
        <w:t>الثاني ما هو? من موجبتين والكبرى جزئية</w:t>
      </w:r>
    </w:p>
    <w:p>
      <w:r>
        <w:t>تقول لماذا الكبرى الجزئية? لان الشرط هو كلية احدى المقدمة ليس بالضرورة ان تكون الكبرى</w:t>
      </w:r>
    </w:p>
    <w:p>
      <w:r>
        <w:t>نعم</w:t>
      </w:r>
    </w:p>
    <w:p>
      <w:r>
        <w:t>ينتج موجب جزئية</w:t>
      </w:r>
    </w:p>
    <w:p>
      <w:r>
        <w:t>هي المتيقنة</w:t>
      </w:r>
    </w:p>
    <w:p>
      <w:r>
        <w:t>لان الصورة موجبة والكرة الكبرى موجبة النتيجة تكون موجبة كقولنا كل جيم باء يعني الحد الأوسط داخل في باء</w:t>
      </w:r>
    </w:p>
    <w:p>
      <w:r>
        <w:t>فيشكل بعضي في باء</w:t>
      </w:r>
    </w:p>
    <w:p>
      <w:r>
        <w:t>صدق مقطعي</w:t>
      </w:r>
    </w:p>
    <w:p>
      <w:r>
        <w:t>مقطعي من حيث المصاديق</w:t>
      </w:r>
    </w:p>
    <w:p>
      <w:r>
        <w:t>يعني جيم يدخل كحد اوسط في تمام باء فباء اوسع</w:t>
      </w:r>
    </w:p>
    <w:p>
      <w:r>
        <w:t>نعم والف الاكبر يدخل في جيم اذا كان جيم يدخل في باء</w:t>
      </w:r>
    </w:p>
    <w:p>
      <w:r>
        <w:t>يدخل في الصغرى الذي هي اه باء يدخل منطويا</w:t>
      </w:r>
    </w:p>
    <w:p>
      <w:r>
        <w:t>يعني يشكل دائرة من باء</w:t>
      </w:r>
    </w:p>
    <w:p>
      <w:r>
        <w:t>فكل ما يدخل تحت جيم يشكل دائرة من باء</w:t>
      </w:r>
    </w:p>
    <w:p>
      <w:r>
        <w:t>سهلة جدا المسألة</w:t>
      </w:r>
    </w:p>
    <w:p>
      <w:r>
        <w:t>نعم</w:t>
      </w:r>
    </w:p>
    <w:p>
      <w:r>
        <w:t>كل جيم بقى يعني تصادق سرياني بين جيم وباء فجيم الحد الاوسط اضيق من الاصغر</w:t>
      </w:r>
    </w:p>
    <w:p>
      <w:r>
        <w:t>وبعض الف جيم آآ وبعض الف جيم الف يدخل تحت الجيم اه مقطع ما يعني في تداخل حتم النتيجة تكون جزئية لانها تتبع خصم مقدمة بعضها الف</w:t>
      </w:r>
    </w:p>
    <w:p>
      <w:r>
        <w:t>نعم</w:t>
      </w:r>
    </w:p>
    <w:p>
      <w:r>
        <w:t>يبقى باهو اوسع من حيث السريان الصدقي على جيم وعلى الف</w:t>
      </w:r>
    </w:p>
    <w:p>
      <w:r>
        <w:t>الثالث من كليتين اذا الشرط الاول متوفر شرط كلية احدى المقدمات والصغرى سالبة</w:t>
      </w:r>
    </w:p>
    <w:p>
      <w:r>
        <w:t>لا بأس تقولين لا شيء من جيم باء تباين المطلق بين جيم وباء في دائرة الصدق الخارجي ما في لا تجد جيم يقاطع باء ولا يتماهى فيها لا شيء من جيم يعني كل من صدق عليه عنوان جيم من المصاديق النفس امرية يتبرأ عنه باء</w:t>
      </w:r>
    </w:p>
    <w:p>
      <w:r>
        <w:t>لا يمسه</w:t>
      </w:r>
    </w:p>
    <w:p>
      <w:r>
        <w:t>هذا هو مدلول سلب الكلية</w:t>
      </w:r>
    </w:p>
    <w:p>
      <w:r>
        <w:t>وكل الف جيم ما معناه? يعني كل من صدق عليه عنوان الف يكون وجيم متباين متباين عن باء بطبيعة الحال الف يكون متباين الليبا اذا جيب الحد الاوسط منتفع عن باء وفيه لقاء بين الف وجيم اذا نكتشف انه ما في لقاء بين الف وباء يعني بين الاصغر والاكبر</w:t>
      </w:r>
    </w:p>
    <w:p>
      <w:r>
        <w:t>النتيجة ما هي? سالبة كليا لا شيء مما الف</w:t>
      </w:r>
    </w:p>
    <w:p>
      <w:r>
        <w:t>يعني كل من يصدق عليه عنوان باء لا عنوان علي الف واضحة جدا</w:t>
      </w:r>
    </w:p>
    <w:p>
      <w:r>
        <w:t>الرابع عكسه من كليتين كبراهما سالبة</w:t>
      </w:r>
    </w:p>
    <w:p>
      <w:r>
        <w:t>اذا الكلية موجودة</w:t>
      </w:r>
    </w:p>
    <w:p>
      <w:r>
        <w:t>نعم وايجاب احدى المقدمتين</w:t>
      </w:r>
    </w:p>
    <w:p>
      <w:r>
        <w:t>لماذا? لانه تقول لا شيء آآ عكسه من كليتين كبراهما سالبة وينتج سالبة جزئية</w:t>
      </w:r>
    </w:p>
    <w:p>
      <w:r>
        <w:t>كقولنا كل جيم باء هذا التصادق على المصاديق الى ان باء اوسع ولا شيء من الف جيم في بينونة بين الف وجيم مطلقا نعم لا شيء من الف في بيننا بين الف وجه وعندنا تقاطع وهو انطواء جيم تحت باء</w:t>
      </w:r>
    </w:p>
    <w:p>
      <w:r>
        <w:t>ليس بعض باء الف</w:t>
      </w:r>
    </w:p>
    <w:p>
      <w:r>
        <w:t>لماذا بعضي? ولا ينتج كل لاحتمال كون الاصغر جنس للاكبر والاوسط</w:t>
      </w:r>
    </w:p>
    <w:p>
      <w:r>
        <w:t>نعم انت تقول كل جيم بحد اوسط</w:t>
      </w:r>
    </w:p>
    <w:p>
      <w:r>
        <w:t>ولا شيء من الف جيم</w:t>
      </w:r>
    </w:p>
    <w:p>
      <w:r>
        <w:t>ولا شيء من الف جيم</w:t>
      </w:r>
    </w:p>
    <w:p>
      <w:r>
        <w:t>يعني الف يبين الجيم هذا لا يعني انه يبين باء مطلقا</w:t>
      </w:r>
    </w:p>
    <w:p>
      <w:r>
        <w:t>قد يلتقي مع عباء في دائرة اخرى لان باء اوسع تنطوي على جيم يبقى في مساحة كبيرة من المصاديق</w:t>
      </w:r>
    </w:p>
    <w:p>
      <w:r>
        <w:t>الف لا يبان الف يباين في دائرة جيم داخل اما المصادق الاخرى من باقا غادي يلتقي الف معه</w:t>
      </w:r>
    </w:p>
    <w:p>
      <w:r>
        <w:t>اذا تسلب عن باء بعض الف ليس كل الف ولهذا نقول النتيجة ما هي ليس بعضها الف</w:t>
      </w:r>
    </w:p>
    <w:p>
      <w:r>
        <w:t>ما هو هذا البعض? واجب لان الف دائرة كبيرة داخلها تجي الف يباين الجيم اذا الف يباين والف دال جيم يعني بعضه الف ليس باء وقد يكون بعضه الف باء نعم الحد الدليل ما هو يقول لي احتمال كون الأصغر هنا الأصغر هو باء جنس للاكبر والأوسط يعني اوسع من الأوسط ومن الأكبر كقولنا كل انسان حيوان الإنسان دائر داخل الحيوان ولا شيء من الفرس بإنسان هذا لا يعني انه انت تنفي الفرنسية عن الحيوانية ولا ينتج لا شيء من الحيوان بالفرس بل بعضه يعني بعض آآ بعض الحيوان فرس او تقول بعض الحياوة ليس بفرس نعم</w:t>
      </w:r>
    </w:p>
    <w:p>
      <w:r>
        <w:t>الخامس من صغرى جزئية موجبة وكبرى سالبة كليا</w:t>
      </w:r>
    </w:p>
    <w:p>
      <w:r>
        <w:t>اذا احرزنا الايجاب واحرزنا كلية احدى المقدمتين</w:t>
      </w:r>
    </w:p>
    <w:p>
      <w:r>
        <w:t>ينتج سالب جزئية كقولنا لان الصغرى جزئية موجبة وكبرى سليمة كلية في من حيث الكيف نتيجة نتيجة تتبع اخص المقدمات وهي ستكون سالبة الى انها جزئية</w:t>
      </w:r>
    </w:p>
    <w:p>
      <w:r>
        <w:t>لان الصغرى جزئية</w:t>
      </w:r>
    </w:p>
    <w:p>
      <w:r>
        <w:t>يعني كم عيب عيبان الجزئية يعني البعضية والسالبة فالنتيجة تكون بعضية سالبة</w:t>
      </w:r>
    </w:p>
    <w:p>
      <w:r>
        <w:t>بطبيعة الحال</w:t>
      </w:r>
    </w:p>
    <w:p>
      <w:r>
        <w:t>ينتج سالبة جزئية كقولنا بعض جيمبا</w:t>
      </w:r>
    </w:p>
    <w:p>
      <w:r>
        <w:t>يعني جيم داخل داخل باء فباء اوسع</w:t>
      </w:r>
    </w:p>
    <w:p>
      <w:r>
        <w:t>ولا شيء من الف جيم في بينونة بين جيم والف ينتج ليس بعض بعض باء الف</w:t>
      </w:r>
    </w:p>
    <w:p>
      <w:r>
        <w:t>وقد يكون بعض باء الف</w:t>
      </w:r>
    </w:p>
    <w:p>
      <w:r>
        <w:t>نعم واضحة جدا هذه المسألة</w:t>
      </w:r>
    </w:p>
    <w:p>
      <w:r>
        <w:t>الظروف المنتجة في الشكل الرابع من المختلطات تدخل الجهات</w:t>
      </w:r>
    </w:p>
    <w:p>
      <w:r>
        <w:t>قال وهذه هي الظروف البسيطة وينظاف اليها من المركبات آآ ثلاثة اقيس منتجات</w:t>
      </w:r>
    </w:p>
    <w:p>
      <w:r>
        <w:t>الاول هو سادسها يعني بعد مر من البساطة خمسة ادخل الى تواجد الجهات يعني مراعاة الجهات</w:t>
      </w:r>
    </w:p>
    <w:p>
      <w:r>
        <w:t>سادس من موجب كلية صغرى</w:t>
      </w:r>
    </w:p>
    <w:p>
      <w:r>
        <w:t>موجبة كلية صورة</w:t>
      </w:r>
    </w:p>
    <w:p>
      <w:r>
        <w:t>يعني الكلية محرزة في الصورة</w:t>
      </w:r>
    </w:p>
    <w:p>
      <w:r>
        <w:t>وسالبة جزئية</w:t>
      </w:r>
    </w:p>
    <w:p>
      <w:r>
        <w:t>اذا النتيجة تكون سالبة لقانون اخص المقدمة والكبرى جزئية فتكون نتيجة جزئية</w:t>
      </w:r>
    </w:p>
    <w:p>
      <w:r>
        <w:t>نعم</w:t>
      </w:r>
    </w:p>
    <w:p>
      <w:r>
        <w:t>سادسها من موجب كلية صغرى وسالبة جزئية منعكسة كبرى</w:t>
      </w:r>
    </w:p>
    <w:p>
      <w:r>
        <w:t>نعم وسابع بعكس ذلك بشرط ان تصدق مع كبراه عرفية عامة</w:t>
      </w:r>
    </w:p>
    <w:p>
      <w:r>
        <w:t>نعم</w:t>
      </w:r>
    </w:p>
    <w:p>
      <w:r>
        <w:t>في الشرح يأتي بيانه العرفية العامة هي اه ديمومة النسبة ببركة الوصف</w:t>
      </w:r>
    </w:p>
    <w:p>
      <w:r>
        <w:t>وسابع بعكس في ذلك يشترط ان تصدق مع كبراه عرفية عامة</w:t>
      </w:r>
    </w:p>
    <w:p>
      <w:r>
        <w:t>والثامن من سالب كلية صغرى سالب كلية صورة يعني السلب موجود فالنتيجة تكون سالبة</w:t>
      </w:r>
    </w:p>
    <w:p>
      <w:r>
        <w:t>وموجبة جزئية النتيجة تكون سالبة جزئية</w:t>
      </w:r>
    </w:p>
    <w:p>
      <w:r>
        <w:t>وموجب جزئية كبرى مشروطتين</w:t>
      </w:r>
    </w:p>
    <w:p>
      <w:r>
        <w:t>او عرفيتين</w:t>
      </w:r>
    </w:p>
    <w:p>
      <w:r>
        <w:t>ما هي مشروطة عامة او مشروطة خاصة عرفية عامة وعرفية خاصة</w:t>
      </w:r>
    </w:p>
    <w:p>
      <w:r>
        <w:t>دخول مقطعي او دخول دائمي</w:t>
      </w:r>
    </w:p>
    <w:p>
      <w:r>
        <w:t>ببركة الوصف</w:t>
      </w:r>
    </w:p>
    <w:p>
      <w:r>
        <w:t>بسيطتين او مخلوطتين صغراهما خاصة</w:t>
      </w:r>
    </w:p>
    <w:p>
      <w:r>
        <w:t>اقول الظروف الخمسة المتقدمة كانت باعتباري السوالب البسيطة</w:t>
      </w:r>
    </w:p>
    <w:p>
      <w:r>
        <w:t>واما اذا اعتبرنا تراكم السوالب انظاف الى هذه الخمسة</w:t>
      </w:r>
    </w:p>
    <w:p>
      <w:r>
        <w:t>ثلاثة اظرب اخرى احدهما من من موجب كلية صورة وسالبة جزئية منعكسة كبرى</w:t>
      </w:r>
    </w:p>
    <w:p>
      <w:r>
        <w:t>اذا السرب مؤمن في في النتيجة</w:t>
      </w:r>
    </w:p>
    <w:p>
      <w:r>
        <w:t>لان الكبرى جزئية</w:t>
      </w:r>
    </w:p>
    <w:p>
      <w:r>
        <w:t>سالبة وجزئية</w:t>
      </w:r>
    </w:p>
    <w:p>
      <w:r>
        <w:t>يعني تكون الكبرى احدى الخاصتين</w:t>
      </w:r>
    </w:p>
    <w:p>
      <w:r>
        <w:t>كقولنا كل جنب وليس كل الف جيم ما دام ما دام لا دائما</w:t>
      </w:r>
    </w:p>
    <w:p>
      <w:r>
        <w:t>ما دام الف لا دائما</w:t>
      </w:r>
    </w:p>
    <w:p>
      <w:r>
        <w:t>ليس كل ما الف</w:t>
      </w:r>
    </w:p>
    <w:p>
      <w:r>
        <w:t>انظر وانت هنا كل دخول انضمام يعني جيم داخلة في تمام باء</w:t>
      </w:r>
    </w:p>
    <w:p>
      <w:r>
        <w:t>هذا باعتبار النظم المنطقي اذا المسألة بين جيم وباء تقول جيم داخل داخل باب تمامها</w:t>
      </w:r>
    </w:p>
    <w:p>
      <w:r>
        <w:t>ثباتكن اوسع</w:t>
      </w:r>
    </w:p>
    <w:p>
      <w:r>
        <w:t>تستوعب جيم وغيرها</w:t>
      </w:r>
    </w:p>
    <w:p>
      <w:r>
        <w:t>نعم باللحاظ الانطلوجي تقول تصادق</w:t>
      </w:r>
    </w:p>
    <w:p>
      <w:r>
        <w:t>تصادق في جميع مصادق يعني بات تسري في جميع مصاديق جيم</w:t>
      </w:r>
    </w:p>
    <w:p>
      <w:r>
        <w:t>هذه الصغرى موجبة كلية صغرى</w:t>
      </w:r>
    </w:p>
    <w:p>
      <w:r>
        <w:t>ثم سالبة جزئية</w:t>
      </w:r>
    </w:p>
    <w:p>
      <w:r>
        <w:t>وليس كل الف جيم ما دام الف لا دائما</w:t>
      </w:r>
    </w:p>
    <w:p>
      <w:r>
        <w:t>لا دائما يعني مقطعيا</w:t>
      </w:r>
    </w:p>
    <w:p>
      <w:r>
        <w:t>فاذا المشروطة مشروطة خاصة والعرفية عرفية خاصة</w:t>
      </w:r>
    </w:p>
    <w:p>
      <w:r>
        <w:t>كما في المد</w:t>
      </w:r>
    </w:p>
    <w:p>
      <w:r>
        <w:t>نعم</w:t>
      </w:r>
    </w:p>
    <w:p>
      <w:r>
        <w:t>ينتج ليس كل باء اليف</w:t>
      </w:r>
    </w:p>
    <w:p>
      <w:r>
        <w:t>نعم</w:t>
      </w:r>
    </w:p>
    <w:p>
      <w:r>
        <w:t>كل جيم باء وليس كل الف جيم مدما</w:t>
      </w:r>
    </w:p>
    <w:p>
      <w:r>
        <w:t>الف لا دائما ينتج ليس كل باء الف</w:t>
      </w:r>
    </w:p>
    <w:p>
      <w:r>
        <w:t>نعم</w:t>
      </w:r>
    </w:p>
    <w:p>
      <w:r>
        <w:t>الوصف يختفي لان الصغرى ليست وصفية</w:t>
      </w:r>
    </w:p>
    <w:p>
      <w:r>
        <w:t>نعم ما قال ما دام الف ما دام الوصف</w:t>
      </w:r>
    </w:p>
    <w:p>
      <w:r>
        <w:t>وثالثها عكس ذلك مني سالبة جزئية صغرى سالبة جزئية صغرى</w:t>
      </w:r>
    </w:p>
    <w:p>
      <w:r>
        <w:t>اذا النتيجة ماذا تكون? سالبة جزئية</w:t>
      </w:r>
    </w:p>
    <w:p>
      <w:r>
        <w:t>موجهة بالشروط الخاصة</w:t>
      </w:r>
    </w:p>
    <w:p>
      <w:r>
        <w:t>بالمشروط الخاصة او العرف الخاص لا بأس</w:t>
      </w:r>
    </w:p>
    <w:p>
      <w:r>
        <w:t>بشرط الخاص</w:t>
      </w:r>
    </w:p>
    <w:p>
      <w:r>
        <w:t>الدخول المقطع الضروري ببركة الوصف العرفية الخاصة الدخول المقطعي ببركة الوصف بدون ضرورة وكبرى موجبة كليا نعم لا لا لا لاكن لا يشترط ان يصدق على كبراه العرف العام</w:t>
      </w:r>
    </w:p>
    <w:p>
      <w:r>
        <w:t>نعم يعني الكبرى لا تكون دائمية لانه يأتي التناقض</w:t>
      </w:r>
    </w:p>
    <w:p>
      <w:r>
        <w:t>اي تكون احدى القضايا الستة المنعكسة ست شوارع</w:t>
      </w:r>
    </w:p>
    <w:p>
      <w:r>
        <w:t>عن الظرورة والذاتية للضرورة ضرورية والدائمية الشرطية والعرفيتين كقول ليس كل ما دام جملة دائما</w:t>
      </w:r>
    </w:p>
    <w:p>
      <w:r>
        <w:t>اذا التصادق بين جيم وباء ببركة الوصل اولا</w:t>
      </w:r>
    </w:p>
    <w:p>
      <w:r>
        <w:t>وفي مقطع خاص</w:t>
      </w:r>
    </w:p>
    <w:p>
      <w:r>
        <w:t>نعم</w:t>
      </w:r>
    </w:p>
    <w:p>
      <w:r>
        <w:t>هذه عرفية خاصة</w:t>
      </w:r>
    </w:p>
    <w:p>
      <w:r>
        <w:t>وكل جيم الف مادام الفا اذا هنا عندنا الصغرى ببركة الوصف مقطعيا والف جاء جيم يتصادقا ببركة الوصف في جميع المساحة ليس مقطعيا</w:t>
      </w:r>
    </w:p>
    <w:p>
      <w:r>
        <w:t>اذا نتيجة البحث ينتج سالب جزئيا</w:t>
      </w:r>
    </w:p>
    <w:p>
      <w:r>
        <w:t>ليس بعض باء الف دائما ما دام باء</w:t>
      </w:r>
    </w:p>
    <w:p>
      <w:r>
        <w:t>نعم انتاج جميل وصحيح</w:t>
      </w:r>
    </w:p>
    <w:p>
      <w:r>
        <w:t>ليس بعض الف دائما ما دام باء</w:t>
      </w:r>
    </w:p>
    <w:p>
      <w:r>
        <w:t>الكبرى هنا كل الف جيم دائما ما دام الف</w:t>
      </w:r>
    </w:p>
    <w:p>
      <w:r>
        <w:t>ما جاب القيد لا دائما</w:t>
      </w:r>
    </w:p>
    <w:p>
      <w:r>
        <w:t>اذا التصاد بين جيم والف تصادق في جميع المسافة</w:t>
      </w:r>
    </w:p>
    <w:p>
      <w:r>
        <w:t>ينتج سالبة جزئية واضحة جدا لان نتيجة تتبع خصم مقدمته</w:t>
      </w:r>
    </w:p>
    <w:p>
      <w:r>
        <w:t>عندنا السلب وعندنا الجزئية</w:t>
      </w:r>
    </w:p>
    <w:p>
      <w:r>
        <w:t>اذا النتيجة لا ترقى من سالب جزئيا</w:t>
      </w:r>
    </w:p>
    <w:p>
      <w:r>
        <w:t>ليس بعض باء الف دائما ما دام باء</w:t>
      </w:r>
    </w:p>
    <w:p>
      <w:r>
        <w:t>نعم</w:t>
      </w:r>
    </w:p>
    <w:p>
      <w:r>
        <w:t>اذا الصغرى فيها مشروطة بالوصف المقطعي والكبرى مشروطة بالوصف الدائمي</w:t>
      </w:r>
    </w:p>
    <w:p>
      <w:r>
        <w:t>النتيجة خرجت ليس بعض باء الف دائما ما دام باء خرجت وصفية الى انها تجوز هي سالبة</w:t>
      </w:r>
    </w:p>
    <w:p>
      <w:r>
        <w:t>وثالثها ثانيها وثالثها يعني اقيس من سالبة كلية صغرى جهتها</w:t>
      </w:r>
    </w:p>
    <w:p>
      <w:r>
        <w:t>جهتها احدى الخاصيتين هنا وصلنا الى آآ الى نقطة وثالثها من سالب كلية صغرى سالبة كلية صغرى</w:t>
      </w:r>
    </w:p>
    <w:p>
      <w:r>
        <w:t>اذا عندنا السلب النتيجة تكون سل من حيث الكم وثالثها يعني الضرب الثالث المنتج من سالب كلية صورة جهتها احدى الخاصيتين يعني اما مشروطة خاصة او عرفية خاصة وموجبة جزئية موجب جزئية كبرى يصدق عليها العرف العام</w:t>
      </w:r>
    </w:p>
    <w:p>
      <w:r>
        <w:t>العرف العام يعني الدخول الدائمي</w:t>
      </w:r>
    </w:p>
    <w:p>
      <w:r>
        <w:t>ينتج سالبة جزئية لان الكبرى جزئية</w:t>
      </w:r>
    </w:p>
    <w:p>
      <w:r>
        <w:t>وصغرى كلية سلبة جزئية عرفية عرفية خاصة بمعناه يعني الدخول المقطعي ببركة الوصف</w:t>
      </w:r>
    </w:p>
    <w:p>
      <w:r>
        <w:t>بدون ضرورة</w:t>
      </w:r>
    </w:p>
    <w:p>
      <w:r>
        <w:t>كقولنا لا شيء من جيم بام ما دام جيم له دائما</w:t>
      </w:r>
    </w:p>
    <w:p>
      <w:r>
        <w:t>اذا البينونة بين جيم وباء ببركة الوصف لا تكون دائمية</w:t>
      </w:r>
    </w:p>
    <w:p>
      <w:r>
        <w:t>تكون مقطعية</w:t>
      </w:r>
    </w:p>
    <w:p>
      <w:r>
        <w:t>المقطع الثاني لا تكون آآ ما يكون السلب يكون التصادق</w:t>
      </w:r>
    </w:p>
    <w:p>
      <w:r>
        <w:t>لا شيء من جيم باء</w:t>
      </w:r>
    </w:p>
    <w:p>
      <w:r>
        <w:t>ما دامت جيم يعني هذه اشارة الى الوصف</w:t>
      </w:r>
    </w:p>
    <w:p>
      <w:r>
        <w:t>بين بين جيم وباب ببركة الوصل ليس دائما</w:t>
      </w:r>
    </w:p>
    <w:p>
      <w:r>
        <w:t>يعني هذا البينونة تزول</w:t>
      </w:r>
    </w:p>
    <w:p>
      <w:r>
        <w:t>نعم تزول</w:t>
      </w:r>
    </w:p>
    <w:p>
      <w:r>
        <w:t>الزوجة ناشز</w:t>
      </w:r>
    </w:p>
    <w:p>
      <w:r>
        <w:t>اه زوجها يبتعد عنها ما دام الوصف النشوز لا دائما</w:t>
      </w:r>
    </w:p>
    <w:p>
      <w:r>
        <w:t>اذا راح النشوز تحسن الأحوال ويرجع اليها</w:t>
      </w:r>
    </w:p>
    <w:p>
      <w:r>
        <w:t>هذا هو مدلول هذه القضية</w:t>
      </w:r>
    </w:p>
    <w:p>
      <w:r>
        <w:t>لا شيء من جيم ما دام جملة دائما</w:t>
      </w:r>
    </w:p>
    <w:p>
      <w:r>
        <w:t>يعني كل من صدق عليه عنوان من المصادق ينتفي عنهما ما دام الوصف يعني ما دام النشوز لا دائما يعني تتصالح معه تخاف الله وتنتفي النشوز وتعود الحالة الى حالتها الطبيعية بالعكس المرأة تهجر زوجها لانه يشرب خمار</w:t>
      </w:r>
    </w:p>
    <w:p>
      <w:r>
        <w:t>نعم</w:t>
      </w:r>
    </w:p>
    <w:p>
      <w:r>
        <w:t>فالبينونة بينهما ما دام هذا الوصف الخمار لا دائما</w:t>
      </w:r>
    </w:p>
    <w:p>
      <w:r>
        <w:t>اذا تاب من الخمر هي تنفتح عليه وتوده</w:t>
      </w:r>
    </w:p>
    <w:p>
      <w:r>
        <w:t>نعم لا شيء من ما دام جيم لا دائما</w:t>
      </w:r>
    </w:p>
    <w:p>
      <w:r>
        <w:t>وبعض الف جيم ما دام الف</w:t>
      </w:r>
    </w:p>
    <w:p>
      <w:r>
        <w:t>يعني بعض مصادق الف جيم في تصادق مقطعي جزئي ما دام الوصف ينتج بعض باء لأنه الاوسط باهوة الحد الاوسط</w:t>
      </w:r>
    </w:p>
    <w:p>
      <w:r>
        <w:t>بعض باء ليس الف ما دام باء نائما</w:t>
      </w:r>
    </w:p>
    <w:p>
      <w:r>
        <w:t>اذا البينونة بين الف وباء ما دام الوصل ليس دائما</w:t>
      </w:r>
    </w:p>
    <w:p>
      <w:r>
        <w:t>نعم</w:t>
      </w:r>
    </w:p>
    <w:p>
      <w:r>
        <w:t>اذا اختفى الوصف اه تتحسنن والى هذه الثلاثة اشار المصنف رحمه الله بقوله بالعكس وهذا العكس مع ما يتبعه في باب الاقيصة مما عثر عليه الفاضل اثير الدين الابهري</w:t>
      </w:r>
    </w:p>
    <w:p>
      <w:r>
        <w:t>نعم</w:t>
      </w:r>
    </w:p>
    <w:p>
      <w:r>
        <w:t>بيان الصور المنتجة في الشكل الرابع الف قلب المقدمتين</w:t>
      </w:r>
    </w:p>
    <w:p>
      <w:r>
        <w:t>هنا يريد ان يرجع الشكل الرابع الغليب الغريب والعجيب الى الشكل الاول</w:t>
      </w:r>
    </w:p>
    <w:p>
      <w:r>
        <w:t>البديهي الانتاج</w:t>
      </w:r>
    </w:p>
    <w:p>
      <w:r>
        <w:t>قال والبيان بعد ما ذكرناه اما بالقلب والرد الى الشك الاول في الثلاثة الاولى</w:t>
      </w:r>
    </w:p>
    <w:p>
      <w:r>
        <w:t>وفي الاخير ثم بعكس النتيجة</w:t>
      </w:r>
    </w:p>
    <w:p>
      <w:r>
        <w:t>نعم اذا قلبت النتيجة يجب ان تعكسها</w:t>
      </w:r>
    </w:p>
    <w:p>
      <w:r>
        <w:t>يعني ما معنى القلب? يعني عندك كبرى صغرى</w:t>
      </w:r>
    </w:p>
    <w:p>
      <w:r>
        <w:t>تجعل الصغرى كبرى والكبرى تخرج نتيجة اعكسها هذا هو الانتاج</w:t>
      </w:r>
    </w:p>
    <w:p>
      <w:r>
        <w:t>نعم</w:t>
      </w:r>
    </w:p>
    <w:p>
      <w:r>
        <w:t>اقول بيان انتاج هذا الشكل لما ذكرنا من النتائج يكون بامور اربعة</w:t>
      </w:r>
    </w:p>
    <w:p>
      <w:r>
        <w:t>احدهما القلب وهو جعل الصغرى كبرى والكبرى صغرى</w:t>
      </w:r>
    </w:p>
    <w:p>
      <w:r>
        <w:t>اكتب تحتها هذا المحور الدلالي</w:t>
      </w:r>
    </w:p>
    <w:p>
      <w:r>
        <w:t>يعني بين لنا ما معنى القلب</w:t>
      </w:r>
    </w:p>
    <w:p>
      <w:r>
        <w:t>ثم عكس النتيجة</w:t>
      </w:r>
    </w:p>
    <w:p>
      <w:r>
        <w:t>وهو انما يتأتى في الظروف الثلاثة الاولى</w:t>
      </w:r>
    </w:p>
    <w:p>
      <w:r>
        <w:t>في الظمير الاخير</w:t>
      </w:r>
    </w:p>
    <w:p>
      <w:r>
        <w:t>نعم وهو وهو انما يتأتى يعني يمكن في الظروف الثلاثة الاولى وفي الظروف الاخير الثامن ولا يتأتى في الرابع</w:t>
      </w:r>
    </w:p>
    <w:p>
      <w:r>
        <w:t>لان الشرط الاول الشرط الاول ايجاد صورة</w:t>
      </w:r>
    </w:p>
    <w:p>
      <w:r>
        <w:t>ولا في الخامس لفوات الشرطين معها</w:t>
      </w:r>
    </w:p>
    <w:p>
      <w:r>
        <w:t>ولا في السادس لعدم ايجاد الصغرى ولا في السابع لعدم الكلية الكبرى</w:t>
      </w:r>
    </w:p>
    <w:p>
      <w:r>
        <w:t>ارجع انت الى الشروط الاساسية في الشكل الرابع آآ تعرف ان هذه القضية يعني ارجاع القضايا او القياس بالشكل الرابع الى الشكل الاول بقلب المقل نعم</w:t>
      </w:r>
    </w:p>
    <w:p>
      <w:r>
        <w:t>ولا يتأتف الرابع لان الشرط الاول ايجاب الصغرى يعني شرط الشكل الاول مر علينا اجابة</w:t>
      </w:r>
    </w:p>
    <w:p>
      <w:r>
        <w:t>نعم</w:t>
      </w:r>
    </w:p>
    <w:p>
      <w:r>
        <w:t>وفي الظرب الاخير الثامن ولا يتأتى في الرابع</w:t>
      </w:r>
    </w:p>
    <w:p>
      <w:r>
        <w:t>لان الشرط الاول ايجاد الصغرى شرط الشكل الاول ايجاد الصورة</w:t>
      </w:r>
    </w:p>
    <w:p>
      <w:r>
        <w:t>نعم</w:t>
      </w:r>
    </w:p>
    <w:p>
      <w:r>
        <w:t>اذا كل قياس من الشكل الرابع</w:t>
      </w:r>
    </w:p>
    <w:p>
      <w:r>
        <w:t>الصغرى سالبة لا يمكن رده الى الشكل الأول لأن الشكل الأول من شروطه ان سورة تكون موجبة حتى يتم الإندراج</w:t>
      </w:r>
    </w:p>
    <w:p>
      <w:r>
        <w:t>ولا الخامس لفوات الشرطين معا</w:t>
      </w:r>
    </w:p>
    <w:p>
      <w:r>
        <w:t>ولا في السادس لعدم ايجاد الصغرى ولا في لعدم الكلية الكبرى</w:t>
      </w:r>
    </w:p>
    <w:p>
      <w:r>
        <w:t>يعني انت في كل قياس تركز شروط الشكل الأول</w:t>
      </w:r>
    </w:p>
    <w:p>
      <w:r>
        <w:t>نعم</w:t>
      </w:r>
    </w:p>
    <w:p>
      <w:r>
        <w:t>لم يأتي بأمثلة هنا لأن المسألة ليست صعبة</w:t>
      </w:r>
    </w:p>
    <w:p>
      <w:r>
        <w:t>بيان الصور المنتجة في الشكل الرا الف دليل العكس</w:t>
      </w:r>
    </w:p>
    <w:p>
      <w:r>
        <w:t>العكس ما هو? ان تأخذ الموضوع في مكان محمول محمول في مكان الموضوع</w:t>
      </w:r>
    </w:p>
    <w:p>
      <w:r>
        <w:t>وبعكس احدى المقدمتين والرد الى احدى الشكلين الباقين في الباقيات</w:t>
      </w:r>
    </w:p>
    <w:p>
      <w:r>
        <w:t>بشكل اول وشكل ثاني</w:t>
      </w:r>
    </w:p>
    <w:p>
      <w:r>
        <w:t>اقول هذا هو الطريق الثاني وهو وهو قد يكون في مقدمة واحدة وقد يكون في المقدمة</w:t>
      </w:r>
    </w:p>
    <w:p>
      <w:r>
        <w:t>في الاول لا يتأتى فيه هذا الطريق الا بعكس الكبرى</w:t>
      </w:r>
    </w:p>
    <w:p>
      <w:r>
        <w:t>نعم</w:t>
      </w:r>
    </w:p>
    <w:p>
      <w:r>
        <w:t>يعني انت تقول اه اقول هذا هو الطريق الثاني وهو العكس وهو قد يكون في مقدمة واحدة وقد يكون في مقدمتك اما ان تعكس في مقدمة اولئك يكفي ان ما تكون واما في المقدمة</w:t>
      </w:r>
    </w:p>
    <w:p>
      <w:r>
        <w:t>فالاولى اعتدت في هذا الطريق الا بعكس الكبرى ليرتد الى الثالث</w:t>
      </w:r>
    </w:p>
    <w:p>
      <w:r>
        <w:t>وكذا الثاني والثالث لا يتأتى فيه في هذا الطريق الا بعكس الصغرى ليرتد الى الثاني</w:t>
      </w:r>
    </w:p>
    <w:p>
      <w:r>
        <w:t>اذا قياسه غامض ومعقد نرجعه الى الشك الاول او الشكل الثاني والثالث اما بآلية القلب</w:t>
      </w:r>
    </w:p>
    <w:p>
      <w:r>
        <w:t>واما بآلية العكس</w:t>
      </w:r>
    </w:p>
    <w:p>
      <w:r>
        <w:t>والرابع يمكن بيانه بعكس المقدمات معا ليرجع الى الاول</w:t>
      </w:r>
    </w:p>
    <w:p>
      <w:r>
        <w:t>وبعكس الصغرى ليرجع الى الثاني</w:t>
      </w:r>
    </w:p>
    <w:p>
      <w:r>
        <w:t>وبعكس الكبرى ليرجع الى الثالث</w:t>
      </w:r>
    </w:p>
    <w:p>
      <w:r>
        <w:t>وكذا الخامس</w:t>
      </w:r>
    </w:p>
    <w:p>
      <w:r>
        <w:t>نعم</w:t>
      </w:r>
    </w:p>
    <w:p>
      <w:r>
        <w:t>واما السادس فانما يتبين بعكس الكبرى السالبة الجزئية</w:t>
      </w:r>
    </w:p>
    <w:p>
      <w:r>
        <w:t>ليرجع الى الثالث وكذا الخامس</w:t>
      </w:r>
    </w:p>
    <w:p>
      <w:r>
        <w:t>نعم</w:t>
      </w:r>
    </w:p>
    <w:p>
      <w:r>
        <w:t>اليتم عكس عكس المقدمة</w:t>
      </w:r>
    </w:p>
    <w:p>
      <w:r>
        <w:t>واما السادس فانما يتبين بعكس الكبرى السالبة الجزئية</w:t>
      </w:r>
    </w:p>
    <w:p>
      <w:r>
        <w:t>ليرجع الى الشكل الثالث</w:t>
      </w:r>
    </w:p>
    <w:p>
      <w:r>
        <w:t>لكن السالبة الجزئية لا تنعكس الا اذا كان احدى الخاصيتين نعم الخاصيتين اظن المشروطة العامة او المشروطة الخاصة</w:t>
      </w:r>
    </w:p>
    <w:p>
      <w:r>
        <w:t>فلهذا اشترطوا في هذا الضرب كونها احدى الخاصيتين</w:t>
      </w:r>
    </w:p>
    <w:p>
      <w:r>
        <w:t>نعم</w:t>
      </w:r>
    </w:p>
    <w:p>
      <w:r>
        <w:t>يعني امام الشرطة خاصة او بشرطة عامة</w:t>
      </w:r>
    </w:p>
    <w:p>
      <w:r>
        <w:t>واما السابع فانما يتبين بعكس الصورة السالبة الجزئية ليرجع الى الثاني لان سالب الجزئية تنعكس آآ مثل نفسها</w:t>
      </w:r>
    </w:p>
    <w:p>
      <w:r>
        <w:t>ولا تنعكس الا اذا كانت احدى الخاصيتين يعني عرفها خاصة في عرفي عنها</w:t>
      </w:r>
    </w:p>
    <w:p>
      <w:r>
        <w:t>ثم الشكل الثاني شرط تاجهي آآ شرط وانتاج الشكل الثاني قلنا اختلاف في الكيف</w:t>
      </w:r>
    </w:p>
    <w:p>
      <w:r>
        <w:t>نعم اختلاف في الكيف وآآ الكبرى كليا</w:t>
      </w:r>
    </w:p>
    <w:p>
      <w:r>
        <w:t>ثم الشكل التالي شرط انتاجه صدق الدوام على احدى المقدمتين</w:t>
      </w:r>
    </w:p>
    <w:p>
      <w:r>
        <w:t>او كون الكبرى من القضايا المنعكسة السوالف</w:t>
      </w:r>
    </w:p>
    <w:p>
      <w:r>
        <w:t>فلهذا اشترطوا في انتاج هذا الظرب كون الصغرى احدى الخاصيتين</w:t>
      </w:r>
    </w:p>
    <w:p>
      <w:r>
        <w:t>يعني اما شرطة عامة شرطة خاصة عرفية يعني الدخول المقطعي الضروري او الدخول المقطعي غير الضروري</w:t>
      </w:r>
    </w:p>
    <w:p>
      <w:r>
        <w:t>نعم</w:t>
      </w:r>
    </w:p>
    <w:p>
      <w:r>
        <w:t>وكون الكبرى عرفية عامة</w:t>
      </w:r>
    </w:p>
    <w:p>
      <w:r>
        <w:t>او ما هو اخص منه</w:t>
      </w:r>
    </w:p>
    <w:p>
      <w:r>
        <w:t>عرفية عما يعني الديمومة هذا يموت النسب ببركة</w:t>
      </w:r>
    </w:p>
    <w:p>
      <w:r>
        <w:t>الوصف واما الضرب الثاني فانه لا يتبين بالعكس بالقلب بل بالقلب على ما قلنا</w:t>
      </w:r>
    </w:p>
    <w:p>
      <w:r>
        <w:t>ولما احتيج الى عكس النتيجة بعد القلب النتيجة نعكسها فقط في القلب</w:t>
      </w:r>
    </w:p>
    <w:p>
      <w:r>
        <w:t>يعني سالبة الجزئية لا تنعكس الا اذا كانت احدى الخاصيتين</w:t>
      </w:r>
    </w:p>
    <w:p>
      <w:r>
        <w:t>نعم يعني العرفية الخاصة والعرفية</w:t>
      </w:r>
    </w:p>
    <w:p>
      <w:r>
        <w:t>شرطوا في مقدمة ما ذكرنا من الجهات لينتج السالب جزئيا</w:t>
      </w:r>
    </w:p>
    <w:p>
      <w:r>
        <w:t>مشروطة او مع الف مشروط اي نعم</w:t>
      </w:r>
    </w:p>
    <w:p>
      <w:r>
        <w:t>شرطوا في في مقدمته ما ذكرنا من الجهات</w:t>
      </w:r>
    </w:p>
    <w:p>
      <w:r>
        <w:t>لينتج سالب جزئية مشروطة</w:t>
      </w:r>
    </w:p>
    <w:p>
      <w:r>
        <w:t>شرطة خاصة او عرفية خاصتين لي هي حكمهما</w:t>
      </w:r>
    </w:p>
    <w:p>
      <w:r>
        <w:t>نعم</w:t>
      </w:r>
    </w:p>
    <w:p>
      <w:r>
        <w:t>بيان الصور في الشكل الرابع دليل الافتراظ</w:t>
      </w:r>
    </w:p>
    <w:p>
      <w:r>
        <w:t>دليل شرط قلنا خلط بين الكل المجموعي والكل صدقي</w:t>
      </w:r>
    </w:p>
    <w:p>
      <w:r>
        <w:t>هذا لا ينفع</w:t>
      </w:r>
    </w:p>
    <w:p>
      <w:r>
        <w:t>اقول هذا الطريق الثالث وهو مختص بما يكون في مقدمة جزئيا</w:t>
      </w:r>
    </w:p>
    <w:p>
      <w:r>
        <w:t>على ما بينا</w:t>
      </w:r>
    </w:p>
    <w:p>
      <w:r>
        <w:t>مثاله في الضرب الثاني كل جيمبا وبعض اهل الجيم بعض الف جيم الحد الاوسط جيم بعض الف جيم نفرظ البعظ من الف الذي هو جيم شيئا معينا وليكن دال في صدق مقدمة احداهما كل دين تاء الألف وثانيهما كل جيم دال</w:t>
      </w:r>
    </w:p>
    <w:p>
      <w:r>
        <w:t>فنجعل الثانية كبرى للصغرى لينتج بعض باء الدال</w:t>
      </w:r>
    </w:p>
    <w:p>
      <w:r>
        <w:t>ثم نجعلها صغرى للأولى ينتج بعض باء الف وهو المطلوب</w:t>
      </w:r>
    </w:p>
    <w:p>
      <w:r>
        <w:t>هذا قلت لكم نظري في الافتراض غير التامة غير صحيحة خلط بين الكل المجموع والكل الصدقي</w:t>
      </w:r>
    </w:p>
    <w:p>
      <w:r>
        <w:t>نعم</w:t>
      </w:r>
    </w:p>
    <w:p>
      <w:r>
        <w:t>بيان الصور المنتجة في الشكل الرابع الف دليل الخلف</w:t>
      </w:r>
    </w:p>
    <w:p>
      <w:r>
        <w:t>والرجوع الى قياس الخلق نرجع الشكل الرابع الى الشكل الاول والثاني التي هي اقرب الى البداهة دليل الخلف ما معناه يعني اننا نأتي الى النتيجة وهذه النتيجة نعمل لها نقيظا ثم ابطل هذا النقيض</w:t>
      </w:r>
    </w:p>
    <w:p>
      <w:r>
        <w:t>اذا بطل النقيض تثبت النتيجة</w:t>
      </w:r>
    </w:p>
    <w:p>
      <w:r>
        <w:t>قال واما الخلف في الجميع يعني في جميع الظروف</w:t>
      </w:r>
    </w:p>
    <w:p>
      <w:r>
        <w:t>اقول هذا هو الطريق الرابع العام وهو انفع الطرق وهو الخلف</w:t>
      </w:r>
    </w:p>
    <w:p>
      <w:r>
        <w:t>وقد عرى مرارا</w:t>
      </w:r>
    </w:p>
    <w:p>
      <w:r>
        <w:t>مثال اذا صدق كل يعني باء تسري في جميع مصاديق جيم وهي اعم</w:t>
      </w:r>
    </w:p>
    <w:p>
      <w:r>
        <w:t>وكل جيم وكل الف جيم يعني جيم يطال جميع مصاديق الف</w:t>
      </w:r>
    </w:p>
    <w:p>
      <w:r>
        <w:t>نعم حتما اه الف ينطوي على باء</w:t>
      </w:r>
    </w:p>
    <w:p>
      <w:r>
        <w:t>اذا صدق كل جيم باء معناه كل مصاديق ما يمسهم كل مصاديق جميع يمسهم سريان الصدق يشمها صديق جيم الى انه هذا السريان آآ سيناء سريان حيث يكون جين وبا عندها مصادر اخرى هذا هو الاندراج ولهذا تقول كل ما صادق عليه الجيم صدق عليه وباء يصدق على اخرين ما يهم وكل اهل الجيم يعني كل من صدق عليه الف جيم الف صدقة عليه جيم جميل اذا باء ينطوي على جيم وآآ ينطوي على الف نعم كلية وكلية</w:t>
      </w:r>
    </w:p>
    <w:p>
      <w:r>
        <w:t>هل هذا يعني ان آآ الف الحد الاكبر ينطوي على جميع باء? لا</w:t>
      </w:r>
    </w:p>
    <w:p>
      <w:r>
        <w:t>لان الف باء ليس هو جميع جيم</w:t>
      </w:r>
    </w:p>
    <w:p>
      <w:r>
        <w:t>باء جيم وزيادة</w:t>
      </w:r>
    </w:p>
    <w:p>
      <w:r>
        <w:t>جيم وزيادة</w:t>
      </w:r>
    </w:p>
    <w:p>
      <w:r>
        <w:t>والف عنده علاقة مع جيم</w:t>
      </w:r>
    </w:p>
    <w:p>
      <w:r>
        <w:t>يعني وله علاقة مع جيم</w:t>
      </w:r>
    </w:p>
    <w:p>
      <w:r>
        <w:t>قد فيه تقاطع الف مع باء</w:t>
      </w:r>
    </w:p>
    <w:p>
      <w:r>
        <w:t>وقد لا يكون</w:t>
      </w:r>
    </w:p>
    <w:p>
      <w:r>
        <w:t>اذا المؤمن هو الجزئية</w:t>
      </w:r>
    </w:p>
    <w:p>
      <w:r>
        <w:t>الف</w:t>
      </w:r>
    </w:p>
    <w:p>
      <w:r>
        <w:t>نعم</w:t>
      </w:r>
    </w:p>
    <w:p>
      <w:r>
        <w:t>يعني اذا طبقت الدوائر الاولى تتضح لك المسألة جيدا</w:t>
      </w:r>
    </w:p>
    <w:p>
      <w:r>
        <w:t>نعم</w:t>
      </w:r>
    </w:p>
    <w:p>
      <w:r>
        <w:t>نعم</w:t>
      </w:r>
    </w:p>
    <w:p>
      <w:r>
        <w:t>يقول اذا صدق كل وكل الف جيم</w:t>
      </w:r>
    </w:p>
    <w:p>
      <w:r>
        <w:t>لو لم يصدق بعض الف هذه النتيجة الطبيعية لا صدقة لا شيء من باء الف يعني النقيض عدم اجتماع النقيضين فنجعله كبرى للصغرى لينتج آآ لكبرى للصغرى الصغرى ما هي? الصورة هي كل جيم باء فيصير اه من الشكل من الشكل الأول نعم فينتج لا شيء من جيم الف وينعكس الم الى ما يضاد الكبرى لا شيء من جيم الف معناه لا شيء الالف جيم والكبرى كل الف جيم يناقض الكبرى ما ادى الى مناقضة احدى المقدمة فباطن اذا بطل النقيض ثبتت النتيجة ما هي النتيجة? بعض الف نعم انتاج الشكل الرابع باعتبار ندخل في الجهات يأتي ان شاء الله بيان 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