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نتائج الشكل الرابع باعتبار الجهاد قال والنتائج باعتبار الجهات تكون في الثلاثة الاولى يعني في الظروف الثلاثة الاولى من الشكل الرابع وفي الثامن من عكوس ما كانت ينتج في الشكل الاول لانها بالقرب يرتد الي</w:t>
      </w:r>
    </w:p>
    <w:p>
      <w:r>
        <w:t>نعم</w:t>
      </w:r>
    </w:p>
    <w:p>
      <w:r>
        <w:t>فتدخل جهة اقول قد بينا في صفحة مية وسبعة وثمانين من هذا الكتاب بهذا الطبع ان الظروف الثلاثة الاولى والاخير يعني الثامن ترجع الى الشكل الاول بقلب المقدمتين ثم عكس النتيجة</w:t>
      </w:r>
    </w:p>
    <w:p>
      <w:r>
        <w:t>فاذا قلبت المقدمتين يعني جعلت الصغرى كبرى وكبرى صغرى صارت القرينة من الشكل الاول يعني صار القياس من الشكل الاول وانتجت ما ينتجه الاول من الموجهات</w:t>
      </w:r>
    </w:p>
    <w:p>
      <w:r>
        <w:t>ما ينتجه الشكل الاول</w:t>
      </w:r>
    </w:p>
    <w:p>
      <w:r>
        <w:t>ثم اذا عكسناها يعني عكسنا عكسنا النتيجة صارت نتيجة هذه الاضرب وجب ان تكون جهة جهة نتائج هذه الاظرب عكس نتيجة الشك الاول بعد قلب المقدمتين نعم</w:t>
      </w:r>
    </w:p>
    <w:p>
      <w:r>
        <w:t>مثاله اذا صدق كل جيم باب بالضرورة</w:t>
      </w:r>
    </w:p>
    <w:p>
      <w:r>
        <w:t>دخلت الجهة الضرورة</w:t>
      </w:r>
    </w:p>
    <w:p>
      <w:r>
        <w:t>كل جيم بالظرورة</w:t>
      </w:r>
    </w:p>
    <w:p>
      <w:r>
        <w:t>يعني كل من تعنون بعنوان جيم عقد الوظع يتعنون بباء عقد الحمل بالظرورة</w:t>
      </w:r>
    </w:p>
    <w:p>
      <w:r>
        <w:t>يعني فيه علاقة ظرورية بين جيم بوابة</w:t>
      </w:r>
    </w:p>
    <w:p>
      <w:r>
        <w:t>نعم في الصدق يعني في الواقع الخارجي</w:t>
      </w:r>
    </w:p>
    <w:p>
      <w:r>
        <w:t>وكل الف جيم بالاطلاق</w:t>
      </w:r>
    </w:p>
    <w:p>
      <w:r>
        <w:t>هنا الدخول غير ضروري</w:t>
      </w:r>
    </w:p>
    <w:p>
      <w:r>
        <w:t>تواجد غير ظروري بين الف واو جيم</w:t>
      </w:r>
    </w:p>
    <w:p>
      <w:r>
        <w:t>انتج بعض باء حين هو باء</w:t>
      </w:r>
    </w:p>
    <w:p>
      <w:r>
        <w:t>لا بعض بالف</w:t>
      </w:r>
    </w:p>
    <w:p>
      <w:r>
        <w:t>بعض باء الف حين هو باء</w:t>
      </w:r>
    </w:p>
    <w:p>
      <w:r>
        <w:t>لان الحد الحوصد جيم احذفه</w:t>
      </w:r>
    </w:p>
    <w:p>
      <w:r>
        <w:t>نعم</w:t>
      </w:r>
    </w:p>
    <w:p>
      <w:r>
        <w:t>ينتج بعض باء الف حين هو باء</w:t>
      </w:r>
    </w:p>
    <w:p>
      <w:r>
        <w:t>لانه بالقلب ينتج موجب كلية ضرورية</w:t>
      </w:r>
    </w:p>
    <w:p>
      <w:r>
        <w:t>اقرب المقدمتين الصغرى ما هي? كل جيم باب الضرورة</w:t>
      </w:r>
    </w:p>
    <w:p>
      <w:r>
        <w:t>هذه جعلها كبرى وكل الف جيم بالاطلاق جعلها صغرى</w:t>
      </w:r>
    </w:p>
    <w:p>
      <w:r>
        <w:t>كبرى صغرى آآ معناه يصير الشكل الأول</w:t>
      </w:r>
    </w:p>
    <w:p>
      <w:r>
        <w:t>يختفي با يتعانق مع الف</w:t>
      </w:r>
    </w:p>
    <w:p>
      <w:r>
        <w:t>الجزئية</w:t>
      </w:r>
    </w:p>
    <w:p>
      <w:r>
        <w:t>نعم</w:t>
      </w:r>
    </w:p>
    <w:p>
      <w:r>
        <w:t>سر هكذا النتيجة</w:t>
      </w:r>
    </w:p>
    <w:p>
      <w:r>
        <w:t>كل جيم باب الضرورة</w:t>
      </w:r>
    </w:p>
    <w:p>
      <w:r>
        <w:t>هذه جعلها كبرى</w:t>
      </w:r>
    </w:p>
    <w:p>
      <w:r>
        <w:t>قياس هكذا</w:t>
      </w:r>
    </w:p>
    <w:p>
      <w:r>
        <w:t>كل الف جيم باب الاطلاق صغرى</w:t>
      </w:r>
    </w:p>
    <w:p>
      <w:r>
        <w:t>وكل جيم باء بالضرورة كبرى نعم النتيجة ما هي? النتيجة ويقول لانه بالقلب ينتج كلية ضرورية? نعم ليش ضرورية? لان الكبرى هي ملاك القياس</w:t>
      </w:r>
    </w:p>
    <w:p>
      <w:r>
        <w:t>الكبرى بعد اه القلب اه هي كل جيم باب الضرورة</w:t>
      </w:r>
    </w:p>
    <w:p>
      <w:r>
        <w:t>نعم السورة ما هي? كل الف جيم باب الاطلاق</w:t>
      </w:r>
    </w:p>
    <w:p>
      <w:r>
        <w:t>نعم يعني الدخول فقط</w:t>
      </w:r>
    </w:p>
    <w:p>
      <w:r>
        <w:t>الدخول فقط يعني بدون ضرورة</w:t>
      </w:r>
    </w:p>
    <w:p>
      <w:r>
        <w:t>وبدون لا الضرورة مأخوذة بعين الاعتبار اولا الديمومة مطلق الدخول هذا هو الإطلاق</w:t>
      </w:r>
    </w:p>
    <w:p>
      <w:r>
        <w:t>نعم</w:t>
      </w:r>
    </w:p>
    <w:p>
      <w:r>
        <w:t>مطلق الدخول بين الف وجيم</w:t>
      </w:r>
    </w:p>
    <w:p>
      <w:r>
        <w:t>وعندنا دخول بين جيم وباب الضرورة</w:t>
      </w:r>
    </w:p>
    <w:p>
      <w:r>
        <w:t>جيم يختفي الف حتما لا يكون في باء بالاطلاق يكون بالظرورة لان جهة الكبرى جهة الكبرى ظرورية</w:t>
      </w:r>
    </w:p>
    <w:p>
      <w:r>
        <w:t>بتعكسها انت</w:t>
      </w:r>
    </w:p>
    <w:p>
      <w:r>
        <w:t>تقول كل باء الف بالظرورة التي هي النتيجة بعد القلب اعكسها</w:t>
      </w:r>
    </w:p>
    <w:p>
      <w:r>
        <w:t>بعظ ب اليف حين هو باء</w:t>
      </w:r>
    </w:p>
    <w:p>
      <w:r>
        <w:t>تأتي ماذا? تأتي آآ اطلاقية</w:t>
      </w:r>
    </w:p>
    <w:p>
      <w:r>
        <w:t>نعم</w:t>
      </w:r>
    </w:p>
    <w:p>
      <w:r>
        <w:t>فكانت هي النتيجة</w:t>
      </w:r>
    </w:p>
    <w:p>
      <w:r>
        <w:t>يعني النتيجة تتبع خصم المقدمتين</w:t>
      </w:r>
    </w:p>
    <w:p>
      <w:r>
        <w:t>خلينا بدون بدون القلب</w:t>
      </w:r>
    </w:p>
    <w:p>
      <w:r>
        <w:t>نوظف العقل بدون هذه الاليات</w:t>
      </w:r>
    </w:p>
    <w:p>
      <w:r>
        <w:t>القلب</w:t>
      </w:r>
    </w:p>
    <w:p>
      <w:r>
        <w:t>نصل الى النتيجة نفسها</w:t>
      </w:r>
    </w:p>
    <w:p>
      <w:r>
        <w:t>اولا عندنا في الصغرى الضرورة</w:t>
      </w:r>
    </w:p>
    <w:p>
      <w:r>
        <w:t>وعندنا في الكبرى الاطلاق</w:t>
      </w:r>
    </w:p>
    <w:p>
      <w:r>
        <w:t>فالنتيجة تكون اطلاق</w:t>
      </w:r>
    </w:p>
    <w:p>
      <w:r>
        <w:t>ما معنى يعني بعض بألف حين هو باء</w:t>
      </w:r>
    </w:p>
    <w:p>
      <w:r>
        <w:t>حين هو</w:t>
      </w:r>
    </w:p>
    <w:p>
      <w:r>
        <w:t>جيد</w:t>
      </w:r>
    </w:p>
    <w:p>
      <w:r>
        <w:t>خلينا نطبق المسألة بالعقل بدون القلب</w:t>
      </w:r>
    </w:p>
    <w:p>
      <w:r>
        <w:t>كل جيم باب الضر ما معناه? سورة يعني جيم داخل باء في نفس الامر في الواقع الخارجي سجيم يكتسب الضرورة لانه داخل باء بالظرورة</w:t>
      </w:r>
    </w:p>
    <w:p>
      <w:r>
        <w:t>نعم يعني تعانق جيم باء في بالظرورة يعني عدم وعندنا كبرى وكل جيم اه بالاطلاق يعني عندنا التعالق ولكن ليس بالضرورة</w:t>
      </w:r>
    </w:p>
    <w:p>
      <w:r>
        <w:t>يمكن الان فكك اذا الف اذا عانق با حينما يختفي جيم لا يعانقه بالضرورة</w:t>
      </w:r>
    </w:p>
    <w:p>
      <w:r>
        <w:t>لا حينما يكون باء فقط ولهذا النتيجة بعض الف باء حين هو باء</w:t>
      </w:r>
    </w:p>
    <w:p>
      <w:r>
        <w:t>يعني ما دام ب هذا ما ببركة الو موصوف فيكون الف</w:t>
      </w:r>
    </w:p>
    <w:p>
      <w:r>
        <w:t>نعم لا يكون بالضرورة</w:t>
      </w:r>
    </w:p>
    <w:p>
      <w:r>
        <w:t>نعم</w:t>
      </w:r>
    </w:p>
    <w:p>
      <w:r>
        <w:t>ضرورة تختفي</w:t>
      </w:r>
    </w:p>
    <w:p>
      <w:r>
        <w:t>وهي تنعكس مطلقة وصفية</w:t>
      </w:r>
    </w:p>
    <w:p>
      <w:r>
        <w:t>فكانت هي النتيجة</w:t>
      </w:r>
    </w:p>
    <w:p>
      <w:r>
        <w:t>بدون قلب المقدمتين ثم نعكس النتيجة حتى الى اه النتيجة الاصلية</w:t>
      </w:r>
    </w:p>
    <w:p>
      <w:r>
        <w:t>قال وفي الرابع والخامس ما ينتج بعد عكس كلتي كليتي المقدمته في الشكل الاول ايضا</w:t>
      </w:r>
    </w:p>
    <w:p>
      <w:r>
        <w:t>اقول هذان الضربان يرتدان الى الاول يعني الشكل الاول عكس المقدمات مع تعكس الصورة والكبرى</w:t>
      </w:r>
    </w:p>
    <w:p>
      <w:r>
        <w:t>تصل الى النتيجة اعكسها</w:t>
      </w:r>
    </w:p>
    <w:p>
      <w:r>
        <w:t>تصل الى النتيجة الصحيحة</w:t>
      </w:r>
    </w:p>
    <w:p>
      <w:r>
        <w:t>فجهة نتيجتهما هي نتيجة الشكل الاول بعد عكس المقدمة</w:t>
      </w:r>
    </w:p>
    <w:p>
      <w:r>
        <w:t>نعم</w:t>
      </w:r>
    </w:p>
    <w:p>
      <w:r>
        <w:t>سهلة جدا هذه تأتي الى صورة تعكسها تجعل الموضوع محمولا والمحمول موضوعا والكبرى تعكسها كذلك تحصلك على النتيجة</w:t>
      </w:r>
    </w:p>
    <w:p>
      <w:r>
        <w:t>هنا لا تتوقف تعكس النتيجة</w:t>
      </w:r>
    </w:p>
    <w:p>
      <w:r>
        <w:t>نعم تصير هي الشكل الأول</w:t>
      </w:r>
    </w:p>
    <w:p>
      <w:r>
        <w:t>قال وفي التي عادا الاولين والسادس والثامن</w:t>
      </w:r>
    </w:p>
    <w:p>
      <w:r>
        <w:t>ما ينتج بعد عكس الصغرى في الشكل الثاني</w:t>
      </w:r>
    </w:p>
    <w:p>
      <w:r>
        <w:t>اقول قد بينا صفحة مية وثمانية وثمانين من هذه الطبعة ان هذه الاظرب ترجع الى الشكل الثاني بعد عكس الصغرى</w:t>
      </w:r>
    </w:p>
    <w:p>
      <w:r>
        <w:t>فجهة نتيجتها هي ن الشكل الثاني بعد عكس الصور</w:t>
      </w:r>
    </w:p>
    <w:p>
      <w:r>
        <w:t>مثاله اذا صدق لا شيء من جيم بادئما لا شيء من با جيم دائما</w:t>
      </w:r>
    </w:p>
    <w:p>
      <w:r>
        <w:t>آآ دخول وصفي دائمي يعني عرفي عامة وكل الف جيم بالاطلاق يعني الدخول فقط نعم ينتج لا شيء من باء الف دائما</w:t>
      </w:r>
    </w:p>
    <w:p>
      <w:r>
        <w:t>نعم</w:t>
      </w:r>
    </w:p>
    <w:p>
      <w:r>
        <w:t>اذا كانت بينونة بين باء دائما ببركة الوصف</w:t>
      </w:r>
    </w:p>
    <w:p>
      <w:r>
        <w:t>ينتمي الى جيم باء يتبرأ من باء والف ينتمي آآ باء يتبرأ من جيم وجيم ينطوي على الف</w:t>
      </w:r>
    </w:p>
    <w:p>
      <w:r>
        <w:t>اذا الباء يتبرأ من الف سهلة جدا</w:t>
      </w:r>
    </w:p>
    <w:p>
      <w:r>
        <w:t>نعم بدون الية العكس</w:t>
      </w:r>
    </w:p>
    <w:p>
      <w:r>
        <w:t>كل باء كل جيم باء دائما يعني كل مصداق تعنون بعنوان جيم يكون باء دائما</w:t>
      </w:r>
    </w:p>
    <w:p>
      <w:r>
        <w:t>وكل الف جيم بالاطلاق ينتج بعض باء مثاله اذا صدق لا شيء من جيم باء دائما انا اليوم جدا تعب لانه كنت البارحة في سفر آآ مرهق على اساس نعطل الدرس وما احببت ان اعط الدرس فاتحملوني على هذا الحال</w:t>
      </w:r>
    </w:p>
    <w:p>
      <w:r>
        <w:t>مثال اذا صدق لا شيء من جيم باد دائما</w:t>
      </w:r>
    </w:p>
    <w:p>
      <w:r>
        <w:t>يعني فيه بينونة مطلقة بين جيم وباب ببركة الوصف</w:t>
      </w:r>
    </w:p>
    <w:p>
      <w:r>
        <w:t>نعم</w:t>
      </w:r>
    </w:p>
    <w:p>
      <w:r>
        <w:t>ليس دائما في مقطع خاص</w:t>
      </w:r>
    </w:p>
    <w:p>
      <w:r>
        <w:t>الف جام جيم باب الاطلاق ينتج لا شيء من باء آآ لا لا شيء من جيم باء دائما يعني سينونة بين جيم وباء دائما على طول ببركة الوصف</w:t>
      </w:r>
    </w:p>
    <w:p>
      <w:r>
        <w:t>نعم</w:t>
      </w:r>
    </w:p>
    <w:p>
      <w:r>
        <w:t>وكل الف بالاطلاق يعني فيه دخول دخول في نفس الأمر</w:t>
      </w:r>
    </w:p>
    <w:p>
      <w:r>
        <w:t>ينتج لا شيء من باء الف دائما</w:t>
      </w:r>
    </w:p>
    <w:p>
      <w:r>
        <w:t>طبعا اذا كان كانت بينونة بين جيم وباب بركة الوصف الدائمية</w:t>
      </w:r>
    </w:p>
    <w:p>
      <w:r>
        <w:t>والف ينتمي الى جيم</w:t>
      </w:r>
    </w:p>
    <w:p>
      <w:r>
        <w:t>وجيم منفي عنب فالف ينفى عن باء</w:t>
      </w:r>
    </w:p>
    <w:p>
      <w:r>
        <w:t>بطبيعة الحال ينتج لا شيء من باء الف دائما</w:t>
      </w:r>
    </w:p>
    <w:p>
      <w:r>
        <w:t>بدون هذه الاليات</w:t>
      </w:r>
    </w:p>
    <w:p>
      <w:r>
        <w:t>لان الصغرى تنعكس كنفسها</w:t>
      </w:r>
    </w:p>
    <w:p>
      <w:r>
        <w:t>صورة ما هي? لا شيء من جيم دائما عكسها</w:t>
      </w:r>
    </w:p>
    <w:p>
      <w:r>
        <w:t>صر لا شيء من باء</w:t>
      </w:r>
    </w:p>
    <w:p>
      <w:r>
        <w:t>جيم دائما نعم وكل الف جيم بالاطلاق نتحصل على الشكل الاول ينتج لا شيء من باء الف دائما لان الصغرى تنعكس كنفسها اكتب تحتها كيف تنعكس لا شيء من باء دائما وينتج من الثاني يعني من الشكل الثاني هذه النتيجة بعينها</w:t>
      </w:r>
    </w:p>
    <w:p>
      <w:r>
        <w:t>نعم</w:t>
      </w:r>
    </w:p>
    <w:p>
      <w:r>
        <w:t>حين اذا عكست انت الصغرى لا شيء من جنبة دائما تصير لا شيء من بعد جيم دائما يصير الحد الأوسط محمول في المقدمتين</w:t>
      </w:r>
    </w:p>
    <w:p>
      <w:r>
        <w:t>بإختلاف في الكيف يجاوب السلب هذا هو الشكل الثاني</w:t>
      </w:r>
    </w:p>
    <w:p>
      <w:r>
        <w:t>قال وفي الخمسة التي عاد الثالث والأخيرين ما ينتج بعد عكس الكبرى في الشكل الثالث</w:t>
      </w:r>
    </w:p>
    <w:p>
      <w:r>
        <w:t>اقول هذه الخمسة ترجع الى الثالث</w:t>
      </w:r>
    </w:p>
    <w:p>
      <w:r>
        <w:t>بعكس الكبرى</w:t>
      </w:r>
    </w:p>
    <w:p>
      <w:r>
        <w:t>الشكل الثالث يعني الحد الاوسط موضوع في المقدمتين</w:t>
      </w:r>
    </w:p>
    <w:p>
      <w:r>
        <w:t>فتكون نتيجتها نتيجة الشكل الثالث بعد عكس الكبرى</w:t>
      </w:r>
    </w:p>
    <w:p>
      <w:r>
        <w:t>يعني نتيجة جزئية</w:t>
      </w:r>
    </w:p>
    <w:p>
      <w:r>
        <w:t>مثال وكل جيم باء دائما</w:t>
      </w:r>
    </w:p>
    <w:p>
      <w:r>
        <w:t>كل جيم دائما بمعنى يعني في تصادق دائمي ببركة الوصف</w:t>
      </w:r>
    </w:p>
    <w:p>
      <w:r>
        <w:t>ليس مقطعيا وكل الف جيم باب الاطلاق نعم في دخول فقط بين الف وجيم</w:t>
      </w:r>
    </w:p>
    <w:p>
      <w:r>
        <w:t>ينتج بعض باء الف بالاطلاق</w:t>
      </w:r>
    </w:p>
    <w:p>
      <w:r>
        <w:t>نعم</w:t>
      </w:r>
    </w:p>
    <w:p>
      <w:r>
        <w:t>لان النتيجة تتبع اخصا مقدماتهم بالاطلاق</w:t>
      </w:r>
    </w:p>
    <w:p>
      <w:r>
        <w:t>لان الكبرى تنعكس تنعكس مطلقا</w:t>
      </w:r>
    </w:p>
    <w:p>
      <w:r>
        <w:t>يعني كل الف دين بالاطلاق هو كل الف هو جيم الف بالاطلاق</w:t>
      </w:r>
    </w:p>
    <w:p>
      <w:r>
        <w:t>يعني اذا تصادق الف جيم فقط</w:t>
      </w:r>
    </w:p>
    <w:p>
      <w:r>
        <w:t>فيتصادق جيم مع الف</w:t>
      </w:r>
    </w:p>
    <w:p>
      <w:r>
        <w:t>اذا تصادق الف مع جيم فقط مطلقا</w:t>
      </w:r>
    </w:p>
    <w:p>
      <w:r>
        <w:t>مطلقا</w:t>
      </w:r>
    </w:p>
    <w:p>
      <w:r>
        <w:t>يعني السكوت عن كل شيء</w:t>
      </w:r>
    </w:p>
    <w:p>
      <w:r>
        <w:t>فيصدق جيم على الف</w:t>
      </w:r>
    </w:p>
    <w:p>
      <w:r>
        <w:t>الكيفية بالاطلاق</w:t>
      </w:r>
    </w:p>
    <w:p>
      <w:r>
        <w:t>نعم</w:t>
      </w:r>
    </w:p>
    <w:p>
      <w:r>
        <w:t>فنقول كل جيم باء دائما وكل جيم الف آآ بالاطلاق جيم الحد الاوسط موضوع في المقدمة الشكل الثالث</w:t>
      </w:r>
    </w:p>
    <w:p>
      <w:r>
        <w:t>والشكل الثالث ينتج جزئية كما بينا ذلك</w:t>
      </w:r>
    </w:p>
    <w:p>
      <w:r>
        <w:t>ينتج بعض باء اليف</w:t>
      </w:r>
    </w:p>
    <w:p>
      <w:r>
        <w:t>بالاطلاق يعني التواجد فقط والتصادق فقط</w:t>
      </w:r>
    </w:p>
    <w:p>
      <w:r>
        <w:t>لماذا التعليم? لان الكبرى تنعكس مطلقا</w:t>
      </w:r>
    </w:p>
    <w:p>
      <w:r>
        <w:t>كبرى ما هي كل الف جيم بالاطلاق تنعكس كل الف جيم بالاطلاق</w:t>
      </w:r>
    </w:p>
    <w:p>
      <w:r>
        <w:t>وتصير القرين من الشكل الثالث</w:t>
      </w:r>
    </w:p>
    <w:p>
      <w:r>
        <w:t>يعني القياس من الشكل الثالث من صغرى دائمية ما هي? كل جيم باء دائما وكبرى مطلقة ما هي? كل اه جيم الف بالإطلاق الشكل الثالث ينتج مطلقا</w:t>
      </w:r>
    </w:p>
    <w:p>
      <w:r>
        <w:t>ما هي بعض باء الف بالاطلاق? نعم</w:t>
      </w:r>
    </w:p>
    <w:p>
      <w:r>
        <w:t>اذا اذا تصادق جيم عباءة دائما ببركة الوصف</w:t>
      </w:r>
    </w:p>
    <w:p>
      <w:r>
        <w:t>ودخل الف جيم في الدخول اذن ما هي علاقة ب مع الف هل الف يضم دوا ما دوام باء لا يتصادق مع باب مقدار جهته وهي الاطلاق</w:t>
      </w:r>
    </w:p>
    <w:p>
      <w:r>
        <w:t>يعني فيه دخول في تصادق بين الف وباء بدون الى الديمومة تصادق فقط انه يتصادق يتصادق مع الجيم فقط نعم وجيم تتصادق دائما بعباء يخوض بمقدار جهتهما هي الاطلاق</w:t>
      </w:r>
    </w:p>
    <w:p>
      <w:r>
        <w:t>اذ يتصادق الف بعباء فقط</w:t>
      </w:r>
    </w:p>
    <w:p>
      <w:r>
        <w:t>بدون الاشارة الى الدائمية الديمومة</w:t>
      </w:r>
    </w:p>
    <w:p>
      <w:r>
        <w:t>ولهذا يقول ينتج مطلقا</w:t>
      </w:r>
    </w:p>
    <w:p>
      <w:r>
        <w:t>ينتج مطلقا كما بينا آآ في ذلك</w:t>
      </w:r>
    </w:p>
    <w:p>
      <w:r>
        <w:t>يعني بعض باء اليف</w:t>
      </w:r>
    </w:p>
    <w:p>
      <w:r>
        <w:t>نعم</w:t>
      </w:r>
    </w:p>
    <w:p>
      <w:r>
        <w:t>تسابق جزئي بين بوالف</w:t>
      </w:r>
    </w:p>
    <w:p>
      <w:r>
        <w:t>نعم ما يكون الف تمام باء حتى يكون بالدائمية</w:t>
      </w:r>
    </w:p>
    <w:p>
      <w:r>
        <w:t>نعم</w:t>
      </w:r>
    </w:p>
    <w:p>
      <w:r>
        <w:t>قال والصغرى المشروطة والعرفية اه الخاصة يعني الشرطة الخاصة بالعرفية الخاصة</w:t>
      </w:r>
    </w:p>
    <w:p>
      <w:r>
        <w:t>الدخول ببركة الوصف بالضرورة الخاصة والدخول المقطعي ببركة الوصف بدون ضرورة عرفية</w:t>
      </w:r>
    </w:p>
    <w:p>
      <w:r>
        <w:t>مع الكبرى الضرورية والدائمة في الثلاثة الاولى وفي الاخير متناقضة كما في الشكل الاول</w:t>
      </w:r>
    </w:p>
    <w:p>
      <w:r>
        <w:t>نعم</w:t>
      </w:r>
    </w:p>
    <w:p>
      <w:r>
        <w:t>لان الظرورة تنفي الكبرى ظرورية</w:t>
      </w:r>
    </w:p>
    <w:p>
      <w:r>
        <w:t>تنفي عدم الظرورة في العرفية</w:t>
      </w:r>
    </w:p>
    <w:p>
      <w:r>
        <w:t>والدائمية تنفي اللادائيمية في المشروطة وفي العرفية</w:t>
      </w:r>
    </w:p>
    <w:p>
      <w:r>
        <w:t>الدائمية دائما تناقض ضرورة ولا ضرورة تناقض</w:t>
      </w:r>
    </w:p>
    <w:p>
      <w:r>
        <w:t>نعم</w:t>
      </w:r>
    </w:p>
    <w:p>
      <w:r>
        <w:t>اقول هذه الظروف الاربعة ترجع الى الاول بالقلب</w:t>
      </w:r>
    </w:p>
    <w:p>
      <w:r>
        <w:t>فبالحقيقة كبرى هذا الشكل فيها هي الصغرى الاول وصغراه كبرى</w:t>
      </w:r>
    </w:p>
    <w:p>
      <w:r>
        <w:t>وقد بينا ان الصغرى الضرورية والدائمة تناقضان الكبرى العرفية</w:t>
      </w:r>
    </w:p>
    <w:p>
      <w:r>
        <w:t>الخاصيتين</w:t>
      </w:r>
    </w:p>
    <w:p>
      <w:r>
        <w:t>لماذا? لان الدائمية في مقابل الدائمية اللا دائمية والظرورة في مقابل لا ظرورة</w:t>
      </w:r>
    </w:p>
    <w:p>
      <w:r>
        <w:t>فها هنا الكبرى الظرورية والدائمية تناقظان الصورة العرفية والمشروطة الخاصتين لانها هي الاول</w:t>
      </w:r>
    </w:p>
    <w:p>
      <w:r>
        <w:t>نعم</w:t>
      </w:r>
    </w:p>
    <w:p>
      <w:r>
        <w:t>فتأتي التناقض بالتالي لا يكون الانتاج</w:t>
      </w:r>
    </w:p>
    <w:p>
      <w:r>
        <w:t>قال والكبريات الكلية ويا ما عدا الثاني والسادس والثامن اذا كانت مشروطة او عرفية خاصتين بينا ما معنى مشروطا الخاصة بالعرفية الخاصة وكررناها كثيرا انتجت مع اي صورة اتفقت مع مع اي صورة اتفقت يعني صورة جزئية سالبة جزئية موجبة آآ مهما كانت مهما كانت حتى جهتها مطلقة عامة</w:t>
      </w:r>
    </w:p>
    <w:p>
      <w:r>
        <w:t>نعم مطلقة عامة مطلقة عامة يعني الدخول فقط تواجد فقط</w:t>
      </w:r>
    </w:p>
    <w:p>
      <w:r>
        <w:t>مطلقة عامة سالبة نعم</w:t>
      </w:r>
    </w:p>
    <w:p>
      <w:r>
        <w:t>كما في الشكل الثاني</w:t>
      </w:r>
    </w:p>
    <w:p>
      <w:r>
        <w:t>اقول الاظرب الخمسة التي هي غير الثاني والسادس والثامن</w:t>
      </w:r>
    </w:p>
    <w:p>
      <w:r>
        <w:t>هي التي كبريت كلية اذا كانت كبرها كبرها احدى الخاصيتين انتجت معي اي سورة فقط مطلقة عامة سالبة</w:t>
      </w:r>
    </w:p>
    <w:p>
      <w:r>
        <w:t>عن الدخول العرفي</w:t>
      </w:r>
    </w:p>
    <w:p>
      <w:r>
        <w:t>الكبرى اما مشروطة خاصة او رفعية خاصة</w:t>
      </w:r>
    </w:p>
    <w:p>
      <w:r>
        <w:t>يعني الدخول المقطعي ببركة الوصف</w:t>
      </w:r>
    </w:p>
    <w:p>
      <w:r>
        <w:t>نعم</w:t>
      </w:r>
    </w:p>
    <w:p>
      <w:r>
        <w:t>والصغرى مهما كانت</w:t>
      </w:r>
    </w:p>
    <w:p>
      <w:r>
        <w:t>تنتج مطلق عما سلبا</w:t>
      </w:r>
    </w:p>
    <w:p>
      <w:r>
        <w:t>يعني سلبا تداخل</w:t>
      </w:r>
    </w:p>
    <w:p>
      <w:r>
        <w:t>يعني سلب التصادق</w:t>
      </w:r>
    </w:p>
    <w:p>
      <w:r>
        <w:t>سلب التساقط</w:t>
      </w:r>
    </w:p>
    <w:p>
      <w:r>
        <w:t>نعم</w:t>
      </w:r>
    </w:p>
    <w:p>
      <w:r>
        <w:t>كما قلنا في الشكل الثاني</w:t>
      </w:r>
    </w:p>
    <w:p>
      <w:r>
        <w:t>مثلا اذا صدق كل جيم باء دائما</w:t>
      </w:r>
    </w:p>
    <w:p>
      <w:r>
        <w:t>ما معنى هذه العبارة? يعني التواجد بين جيمبا على نحو الديمومة</w:t>
      </w:r>
    </w:p>
    <w:p>
      <w:r>
        <w:t>فقط</w:t>
      </w:r>
    </w:p>
    <w:p>
      <w:r>
        <w:t>وكل الف جيم ماء جي هذه صورة كبرى وكل الف جيم ما دام الف لا دائما دخول مقطعي نعم دخول مقطعي الدخول الأول دخول دائمي والدخول الثاني دخول مقطعي ببركة الوصف الوصف ينتج لا شيء من باء الف بالاطلاق العام</w:t>
      </w:r>
    </w:p>
    <w:p>
      <w:r>
        <w:t>لا شيء من باء اليف بالاطلاق نعم</w:t>
      </w:r>
    </w:p>
    <w:p>
      <w:r>
        <w:t>اه الدخول المطلق</w:t>
      </w:r>
    </w:p>
    <w:p>
      <w:r>
        <w:t>يعني التواجد المطلق</w:t>
      </w:r>
    </w:p>
    <w:p>
      <w:r>
        <w:t>نعم</w:t>
      </w:r>
    </w:p>
    <w:p>
      <w:r>
        <w:t>لا شيء من بالاطلاق العام</w:t>
      </w:r>
    </w:p>
    <w:p>
      <w:r>
        <w:t>يعني في بينونة بين الف وباء</w:t>
      </w:r>
    </w:p>
    <w:p>
      <w:r>
        <w:t>بالاطلاق نعم</w:t>
      </w:r>
    </w:p>
    <w:p>
      <w:r>
        <w:t>يعني اه لا ينوجد ده معاليه في نفس الامر</w:t>
      </w:r>
    </w:p>
    <w:p>
      <w:r>
        <w:t>والا لا صداقة ياتي بالنقيض</w:t>
      </w:r>
    </w:p>
    <w:p>
      <w:r>
        <w:t>اذا لم يصدق لا شيء من باء الف بالاطلاق العام يعني الدخول المصداقي</w:t>
      </w:r>
    </w:p>
    <w:p>
      <w:r>
        <w:t>والا لصداسة قد صدق النقيض ما هو? لا شيء من باء الف بالاطلاق العام</w:t>
      </w:r>
    </w:p>
    <w:p>
      <w:r>
        <w:t>النقيض ما هو? بعض باء الف دائما</w:t>
      </w:r>
    </w:p>
    <w:p>
      <w:r>
        <w:t>ان اطلاق العمة هو الدخول فقط</w:t>
      </w:r>
    </w:p>
    <w:p>
      <w:r>
        <w:t>لا يشير الى الديمومة</w:t>
      </w:r>
    </w:p>
    <w:p>
      <w:r>
        <w:t>فالنقيض هو رفع هذا</w:t>
      </w:r>
    </w:p>
    <w:p>
      <w:r>
        <w:t>يعني المقطعية ناقضها الدائمية</w:t>
      </w:r>
    </w:p>
    <w:p>
      <w:r>
        <w:t>والكلية ناقضها الجزئ ولهذا قال بعض باء الف دال وهو يناقض الكبرى الكبرى هو ما هي الكبرى اه وهو يناقض اه نعم وهو يناقض الكبرى على ما قلنا في الشكل الاول</w:t>
      </w:r>
    </w:p>
    <w:p>
      <w:r>
        <w:t>نعم</w:t>
      </w:r>
    </w:p>
    <w:p>
      <w:r>
        <w:t>بعض الف دائما تا في القياس عندك كل دائما</w:t>
      </w:r>
    </w:p>
    <w:p>
      <w:r>
        <w:t>يعني الدخول الدائمي</w:t>
      </w:r>
    </w:p>
    <w:p>
      <w:r>
        <w:t>وعندك كل الف جيم مادة ما جيم ما دام الف لا دائما</w:t>
      </w:r>
    </w:p>
    <w:p>
      <w:r>
        <w:t>يعني الدخول المقطعي ببركة الوصف</w:t>
      </w:r>
    </w:p>
    <w:p>
      <w:r>
        <w:t>بين الف وجيم</w:t>
      </w:r>
    </w:p>
    <w:p>
      <w:r>
        <w:t>اذا ما العلاقة بين باء والف? باء دائم مع جيم</w:t>
      </w:r>
    </w:p>
    <w:p>
      <w:r>
        <w:t>وجيم مقطعي مع الف</w:t>
      </w:r>
    </w:p>
    <w:p>
      <w:r>
        <w:t>نعم</w:t>
      </w:r>
    </w:p>
    <w:p>
      <w:r>
        <w:t>فيكون تواجد اه تلافي لا شيء بالاطلاق العام يعني باء والف لا يلتقيان في مقطع من مقاطع الوجود فقط هذا هو الذي تستطيع ان تفكيه لكن انا الشيء الذي لم استوعبه جيدا هو قال كل جيم باء دائما وكل الف جيم ما دام الف لا دائما يعني ما دام الوصف دخول المقطع ببركة الوصف ينتج لا شيء من باء الف بالاطلاق العام يعني لا تجد تصادق تصادق المطلق بين الف وباء يعني لا يلتقي ده مع آآ الف نعم</w:t>
      </w:r>
    </w:p>
    <w:p>
      <w:r>
        <w:t>يقول اذا لم تصدق هذه القضية ولا شيء بالاطلاق العام</w:t>
      </w:r>
    </w:p>
    <w:p>
      <w:r>
        <w:t>ولصدق ماذا? بعض باء الف دائما</w:t>
      </w:r>
    </w:p>
    <w:p>
      <w:r>
        <w:t>لماذا? لان المقطعية نقيضها الدائمية الكلية آآ سالبة ناقضها الموجب الجزئية بعض باء الف دائما</w:t>
      </w:r>
    </w:p>
    <w:p>
      <w:r>
        <w:t>بعض الف دائما</w:t>
      </w:r>
    </w:p>
    <w:p>
      <w:r>
        <w:t>جيد</w:t>
      </w:r>
    </w:p>
    <w:p>
      <w:r>
        <w:t>بعضها الف دائما يجب ان نعم</w:t>
      </w:r>
    </w:p>
    <w:p>
      <w:r>
        <w:t>يجب ان نطعمه مع الصغرى</w:t>
      </w:r>
    </w:p>
    <w:p>
      <w:r>
        <w:t>كله يجيب دائما</w:t>
      </w:r>
    </w:p>
    <w:p>
      <w:r>
        <w:t>وبعض باء الف دائما</w:t>
      </w:r>
    </w:p>
    <w:p>
      <w:r>
        <w:t>هذا هو الشكل الأول</w:t>
      </w:r>
    </w:p>
    <w:p>
      <w:r>
        <w:t>كل جيم باء دائما وبعض باءات دائما</w:t>
      </w:r>
    </w:p>
    <w:p>
      <w:r>
        <w:t>ماذا ينتج? نعم</w:t>
      </w:r>
    </w:p>
    <w:p>
      <w:r>
        <w:t>ينتج اه اذا اختفى نعم اذا اختفى باك حد اوسط ينتج بعض جيم الف</w:t>
      </w:r>
    </w:p>
    <w:p>
      <w:r>
        <w:t>وانت تقول وكل الف جيم يعني يناقض الكبرى</w:t>
      </w:r>
    </w:p>
    <w:p>
      <w:r>
        <w:t>هكذا يستقيم البيان</w:t>
      </w:r>
    </w:p>
    <w:p>
      <w:r>
        <w:t>نعم اعيد البيان</w:t>
      </w:r>
    </w:p>
    <w:p>
      <w:r>
        <w:t>مثلا اذا صدق كل دائما</w:t>
      </w:r>
    </w:p>
    <w:p>
      <w:r>
        <w:t>يعني التواجد الدائمي بين جيم وباء في الوا الخليجي</w:t>
      </w:r>
    </w:p>
    <w:p>
      <w:r>
        <w:t>وكل الف جيم ما دام الف لا دائما ويتصادق الف مع جيم مقطعين ببركة الوصف</w:t>
      </w:r>
    </w:p>
    <w:p>
      <w:r>
        <w:t>نعم</w:t>
      </w:r>
    </w:p>
    <w:p>
      <w:r>
        <w:t>ينتج لا شيء من باء الف بالاطلاق العام</w:t>
      </w:r>
    </w:p>
    <w:p>
      <w:r>
        <w:t>يعني لا يتواجد الف باء في نقطة ما</w:t>
      </w:r>
    </w:p>
    <w:p>
      <w:r>
        <w:t>يقول اذا لم تصدق هذه القضية لا شيء مما الف بالاطلاق العام لصدق النقيض</w:t>
      </w:r>
    </w:p>
    <w:p>
      <w:r>
        <w:t>النقيض الموجبى النقيض السالب مجبى</w:t>
      </w:r>
    </w:p>
    <w:p>
      <w:r>
        <w:t>النقيض لا شيء يعني كلية جزئية بعض باء</w:t>
      </w:r>
    </w:p>
    <w:p>
      <w:r>
        <w:t>نقيض المقطعية هي الدائمين</w:t>
      </w:r>
    </w:p>
    <w:p>
      <w:r>
        <w:t>فتصير نقيضه بعضه باء الف دائم</w:t>
      </w:r>
    </w:p>
    <w:p>
      <w:r>
        <w:t>صحيح هذا الى مو صحيح</w:t>
      </w:r>
    </w:p>
    <w:p>
      <w:r>
        <w:t>وهو يناقض الكبرى على ما قلناه قلنا في الشكل الاول</w:t>
      </w:r>
    </w:p>
    <w:p>
      <w:r>
        <w:t>كيف يناقض الكبرى? تأتي بهذا النقيض وطعمه مع سور القياس</w:t>
      </w:r>
    </w:p>
    <w:p>
      <w:r>
        <w:t>ما يسور الق كل جيم باء دائما</w:t>
      </w:r>
    </w:p>
    <w:p>
      <w:r>
        <w:t>وبعض باء الف دائما</w:t>
      </w:r>
    </w:p>
    <w:p>
      <w:r>
        <w:t>اذا جئنا لحظة</w:t>
      </w:r>
    </w:p>
    <w:p>
      <w:r>
        <w:t>بعض باء الف دائما نعم بعض دائما كل دائما ينتج بعض جيم الف دائما بعض جيم الف دائما</w:t>
      </w:r>
    </w:p>
    <w:p>
      <w:r>
        <w:t>وانت عندك الكبرى وكل الف جيم ما دام الف لا دائما</w:t>
      </w:r>
    </w:p>
    <w:p>
      <w:r>
        <w:t>الدائم والدائم تناقض</w:t>
      </w:r>
    </w:p>
    <w:p>
      <w:r>
        <w:t>اذا النقيض باطل الصحيح ما هو? النتيجة</w:t>
      </w:r>
    </w:p>
    <w:p>
      <w:r>
        <w:t>لا شيء من بعد بالاطلاق</w:t>
      </w:r>
    </w:p>
    <w:p>
      <w:r>
        <w:t>نعم</w:t>
      </w:r>
    </w:p>
    <w:p>
      <w:r>
        <w:t>تعيين الجهة في نتائج الشكل الرابع</w:t>
      </w:r>
    </w:p>
    <w:p>
      <w:r>
        <w:t>قال فما ينتج منها في شكل ولا ينتج في اخر فالحكم للمنتج</w:t>
      </w:r>
    </w:p>
    <w:p>
      <w:r>
        <w:t>نعم</w:t>
      </w:r>
    </w:p>
    <w:p>
      <w:r>
        <w:t>وما ينتج على وجهين فان كان اعم واخص فالحكم للاخص</w:t>
      </w:r>
    </w:p>
    <w:p>
      <w:r>
        <w:t>طبعا طبعا الاخص نعم يعني الاخص هو هو المؤمن نعم</w:t>
      </w:r>
    </w:p>
    <w:p>
      <w:r>
        <w:t>وذلك كالصغرى المطلقة مع الكبرى الخاصيتين الصورة المطلقة مطلقة يعني الدخول فقط دخول دخول النسبة فقط ومع الكبرى الخاصيتين يعني المشروطة الخاصة والعرفية الخاصة يعني الدخول تواجدي ببركة الوصف المقطعي في الظرب الثاني فانهما تنتجان بحسب الرد الى الشكل الاول مطلقة عامة يعني الدخول فقط وبحسب الرد الشكل الثالث وجودية وجودية يعني الدخول بدون ضروري بدون ضرورة اقول القياس الذي اذا رد اذا رد ادى الى الشكل الشكل بإحدى الطرق المذكورة يعني الشكل الأول</w:t>
      </w:r>
    </w:p>
    <w:p>
      <w:r>
        <w:t>من القلب او عكس المقدمتين او عكس اه اه عكس احداهما وانتج نتيجة ثم اذا رد الى غير ذلك الشكل لا ينتج شيئا اصلا</w:t>
      </w:r>
    </w:p>
    <w:p>
      <w:r>
        <w:t>فنتيجة ذلك القياس هو الذي انتجه عند الرد الى الشكل المنتج</w:t>
      </w:r>
    </w:p>
    <w:p>
      <w:r>
        <w:t>نعم قاعدة هذه ليست بتلك الاهمية</w:t>
      </w:r>
    </w:p>
    <w:p>
      <w:r>
        <w:t>يعني انت الان عندك الشكل الرابع</w:t>
      </w:r>
    </w:p>
    <w:p>
      <w:r>
        <w:t>ارجعته الى الشكل الاول انتج</w:t>
      </w:r>
    </w:p>
    <w:p>
      <w:r>
        <w:t>وارجعت الى الشكل الثالث لم ينتج</w:t>
      </w:r>
    </w:p>
    <w:p>
      <w:r>
        <w:t>ما هو انتاج الشكل الاول اذا هو البديهي والواضح</w:t>
      </w:r>
    </w:p>
    <w:p>
      <w:r>
        <w:t>نعم</w:t>
      </w:r>
    </w:p>
    <w:p>
      <w:r>
        <w:t>مثاله الضرب السابع لا يمكن بيانه الا بالرد الى الثاني يعني الشكل الثاني</w:t>
      </w:r>
    </w:p>
    <w:p>
      <w:r>
        <w:t>بعكس صغراه تعكس الصغرى</w:t>
      </w:r>
    </w:p>
    <w:p>
      <w:r>
        <w:t>واذا رد اليه انتج ولو رد الى غيره كان عقيما</w:t>
      </w:r>
    </w:p>
    <w:p>
      <w:r>
        <w:t>والحكم للثاني المنتج</w:t>
      </w:r>
    </w:p>
    <w:p>
      <w:r>
        <w:t>يعني الحكم للشكل الثالث</w:t>
      </w:r>
    </w:p>
    <w:p>
      <w:r>
        <w:t>اما لو امكن انتاجه على وجهين بان يردوا الى شكلين مثلا فان كان بين الوجهين عموما وخصوص</w:t>
      </w:r>
    </w:p>
    <w:p>
      <w:r>
        <w:t>فالاعتبار للاخص كقولنا كل جيم باب الاطلاق هذا الدخول مطلقا بين جيم وباء يعني التصادق فقط نعم وبعض الجيم ما دام الف لا دائما الدخول المقطعي ببركة الوصف الف فانه ينتج مطلق عامة بالرد الى الشكل الاول</w:t>
      </w:r>
    </w:p>
    <w:p>
      <w:r>
        <w:t>نعم</w:t>
      </w:r>
    </w:p>
    <w:p>
      <w:r>
        <w:t>وبحسب الردد الى الثالث وجودية لا دائمين</w:t>
      </w:r>
    </w:p>
    <w:p>
      <w:r>
        <w:t>نعم</w:t>
      </w:r>
    </w:p>
    <w:p>
      <w:r>
        <w:t>مطلقة عامة ووجودية لدى ايميل</w:t>
      </w:r>
    </w:p>
    <w:p>
      <w:r>
        <w:t>لان الكبرى تنكس تنعكس حينئذ تنعكس حيث لا دائمية</w:t>
      </w:r>
    </w:p>
    <w:p>
      <w:r>
        <w:t>الكبرى ما هي? في القياس وبعض الف جيم ما دام لا الف لا دائما</w:t>
      </w:r>
    </w:p>
    <w:p>
      <w:r>
        <w:t>نعم</w:t>
      </w:r>
    </w:p>
    <w:p>
      <w:r>
        <w:t>لان القياس ما هو كل جيم باب الاطلاق؟ يعني التصادق مطلقا</w:t>
      </w:r>
    </w:p>
    <w:p>
      <w:r>
        <w:t>وبعض الف جيم جيم بعضه الف جيم ما دام الف لا دائما يعني دخول مقطعي</w:t>
      </w:r>
    </w:p>
    <w:p>
      <w:r>
        <w:t>نعم</w:t>
      </w:r>
    </w:p>
    <w:p>
      <w:r>
        <w:t>كيف تنعكس اه الكبر يعني وبعض الف جيم ما دام لا دائما تنعكس لا دائمية</w:t>
      </w:r>
    </w:p>
    <w:p>
      <w:r>
        <w:t>يعني بعض جيم الف حينية لا دائمة</w:t>
      </w:r>
    </w:p>
    <w:p>
      <w:r>
        <w:t>يعني بعض الف ينعكس بعضه جيم الف</w:t>
      </w:r>
    </w:p>
    <w:p>
      <w:r>
        <w:t>نعم</w:t>
      </w:r>
    </w:p>
    <w:p>
      <w:r>
        <w:t>ما دام الف</w:t>
      </w:r>
    </w:p>
    <w:p>
      <w:r>
        <w:t>حين هي آآ حين حين يهجم لان بعض الف جيم عكسها تصير بعض جيم الف</w:t>
      </w:r>
    </w:p>
    <w:p>
      <w:r>
        <w:t>ما دام الجيم</w:t>
      </w:r>
    </w:p>
    <w:p>
      <w:r>
        <w:t>نعم</w:t>
      </w:r>
    </w:p>
    <w:p>
      <w:r>
        <w:t>فتختلط الصورة المطلقة الحينية اللادائمية وتنتج حينيا لا دائمية</w:t>
      </w:r>
    </w:p>
    <w:p>
      <w:r>
        <w:t>نعم</w:t>
      </w:r>
    </w:p>
    <w:p>
      <w:r>
        <w:t>اعني الدخول فقط غير اه غير دائمي</w:t>
      </w:r>
    </w:p>
    <w:p>
      <w:r>
        <w:t>وهي اخص من المطلقة العامة</w:t>
      </w:r>
    </w:p>
    <w:p>
      <w:r>
        <w:t>نعم</w:t>
      </w:r>
    </w:p>
    <w:p>
      <w:r>
        <w:t>المطلقة عامة مطلق الدخول لا بشرط</w:t>
      </w:r>
    </w:p>
    <w:p>
      <w:r>
        <w:t>تنسجم الف وشرط</w:t>
      </w:r>
    </w:p>
    <w:p>
      <w:r>
        <w:t>اما الحينية لا الحينية مقيدة بوقت خاص</w:t>
      </w:r>
    </w:p>
    <w:p>
      <w:r>
        <w:t>اذا من العام من الاخص المطلقة هي العامة</w:t>
      </w:r>
    </w:p>
    <w:p>
      <w:r>
        <w:t>المطلقة العامة هي العامة</w:t>
      </w:r>
    </w:p>
    <w:p>
      <w:r>
        <w:t>والحينية هي الخاصة</w:t>
      </w:r>
    </w:p>
    <w:p>
      <w:r>
        <w:t>وهي اخص من المطلقة العامة فكانت هي النتيجة</w:t>
      </w:r>
    </w:p>
    <w:p>
      <w:r>
        <w:t>وهي اخص من مطلقا عن ما اكتب تحتها</w:t>
      </w:r>
    </w:p>
    <w:p>
      <w:r>
        <w:t>تقل مطلقة العامة الا بشرط</w:t>
      </w:r>
    </w:p>
    <w:p>
      <w:r>
        <w:t>اشارة الى مطلق الدخول</w:t>
      </w:r>
    </w:p>
    <w:p>
      <w:r>
        <w:t>هذا الدخول قد يكون ضروريا قد يكون دائمين</w:t>
      </w:r>
    </w:p>
    <w:p>
      <w:r>
        <w:t>ساكتة عن نحو الدخول</w:t>
      </w:r>
    </w:p>
    <w:p>
      <w:r>
        <w:t>اما الحينية لا</w:t>
      </w:r>
    </w:p>
    <w:p>
      <w:r>
        <w:t>ناطقة بنحو الدخول وهو حي المقطع</w:t>
      </w:r>
    </w:p>
    <w:p>
      <w:r>
        <w:t>اذا المطلقة العامة</w:t>
      </w:r>
    </w:p>
    <w:p>
      <w:r>
        <w:t>من الاخص الحينية</w:t>
      </w:r>
    </w:p>
    <w:p>
      <w:r>
        <w:t>النتيجة تتبع اخص المقدمة فتكون حي نية</w:t>
      </w:r>
    </w:p>
    <w:p>
      <w:r>
        <w:t>الكبرى المشروطة الخاصة مع الصغرى الضرورية في الشكل الرابع</w:t>
      </w:r>
    </w:p>
    <w:p>
      <w:r>
        <w:t>يأتي ان شاء الله بيان 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