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واله الطيبين الطاهرين</w:t>
      </w:r>
    </w:p>
    <w:p>
      <w:r>
        <w:t>اللهم ارزقنا التوفيق والاخلاص</w:t>
      </w:r>
    </w:p>
    <w:p>
      <w:r>
        <w:t>وصلنا معكم الى هذه الفقرة</w:t>
      </w:r>
    </w:p>
    <w:p>
      <w:r>
        <w:t>الكبرى المشروطة الخاصة مع الصغرى الضرورية في الشكل الرابع</w:t>
      </w:r>
    </w:p>
    <w:p>
      <w:r>
        <w:t>قال وان لم يكون كذلك يعني ليس بينهما اعم وخص واخص</w:t>
      </w:r>
    </w:p>
    <w:p>
      <w:r>
        <w:t>كما تبين لنا في اه المطلقة العامة والحين المطلقة العامة اعم مطلق الدخول قد يكون هذا الدخول مقطعيا قد يكون دائمين قد يكون ضروريا قد يكونوا لا ضروريين</w:t>
      </w:r>
    </w:p>
    <w:p>
      <w:r>
        <w:t>هذا ولا بشرط الحينية له مقيدة بالحيني</w:t>
      </w:r>
    </w:p>
    <w:p>
      <w:r>
        <w:t>والمقيد اخص من العام</w:t>
      </w:r>
    </w:p>
    <w:p>
      <w:r>
        <w:t>يقول هنا وان لم يكون كذلك فالحكم لما تركب منهما اذا ان اختلفتا</w:t>
      </w:r>
    </w:p>
    <w:p>
      <w:r>
        <w:t>كالكبرى المشروطة الخاصة يعني عندنا مقدمة تقع كبرى ومشروطة خاصة</w:t>
      </w:r>
    </w:p>
    <w:p>
      <w:r>
        <w:t>ما معناه? يعني دخول ببركة الوصف بالظرورة في مقطع ما</w:t>
      </w:r>
    </w:p>
    <w:p>
      <w:r>
        <w:t>في الضرب الأول مع الصورة الضرورية الصغرى الضرورية فقط تشير الى الدخول الضروري</w:t>
      </w:r>
    </w:p>
    <w:p>
      <w:r>
        <w:t>يعني التصادق الضروري فقط</w:t>
      </w:r>
    </w:p>
    <w:p>
      <w:r>
        <w:t>فإنها تنتج بالرد الى الشكل الأول مطلقة عامة موجبة</w:t>
      </w:r>
    </w:p>
    <w:p>
      <w:r>
        <w:t>مطلق يعني مطلق الدخول فقط</w:t>
      </w:r>
    </w:p>
    <w:p>
      <w:r>
        <w:t>وبالنظر الى الكبرى بالنظر الى الكبرى التي هي المشهورة الخاصة مطلقة عامة سالبة</w:t>
      </w:r>
    </w:p>
    <w:p>
      <w:r>
        <w:t>فتكون النتيجة مطلقة عامة وجودية في البعض</w:t>
      </w:r>
    </w:p>
    <w:p>
      <w:r>
        <w:t>نعم</w:t>
      </w:r>
    </w:p>
    <w:p>
      <w:r>
        <w:t>معقدة المسألة كثيرا نعم</w:t>
      </w:r>
    </w:p>
    <w:p>
      <w:r>
        <w:t>اقول هذا هو القسم الثاني وهو ان لا يكون بين الوجهين عموما خصوص</w:t>
      </w:r>
    </w:p>
    <w:p>
      <w:r>
        <w:t>هذا هو الشرط ما يكون</w:t>
      </w:r>
    </w:p>
    <w:p>
      <w:r>
        <w:t>فلا يخلو اما ان يختلف بالكيف سلب الايجاب</w:t>
      </w:r>
    </w:p>
    <w:p>
      <w:r>
        <w:t>او لا يختلف</w:t>
      </w:r>
    </w:p>
    <w:p>
      <w:r>
        <w:t>فان كان الاول يعني اختلاف بالكيف</w:t>
      </w:r>
    </w:p>
    <w:p>
      <w:r>
        <w:t>الصورة موجبة والكبرى مو سالبة او العكس</w:t>
      </w:r>
    </w:p>
    <w:p>
      <w:r>
        <w:t>فان كان الاول يعني الاختلاف بالكيف والسلب</w:t>
      </w:r>
    </w:p>
    <w:p>
      <w:r>
        <w:t>فالاع لما يتركب من الوجهين</w:t>
      </w:r>
    </w:p>
    <w:p>
      <w:r>
        <w:t>نعم مثاله الكبرى المشروطة الخاصة في الضرب الاول والصغرى الضرورية كقولنا كل جيم باء بالضرورة</w:t>
      </w:r>
    </w:p>
    <w:p>
      <w:r>
        <w:t>هذه هي الصغرى الضرورية</w:t>
      </w:r>
    </w:p>
    <w:p>
      <w:r>
        <w:t>ما معنى هذا الحديث? يعني جيم وباء يتصادق بالظرورة لا ينفك جيم على باء بالظرورة</w:t>
      </w:r>
    </w:p>
    <w:p>
      <w:r>
        <w:t>نعم فقط هذا هو فقط</w:t>
      </w:r>
    </w:p>
    <w:p>
      <w:r>
        <w:t>وكل الف جيم كبرى وكل الف جيم بالظرورة ما دام الف لا دائما</w:t>
      </w:r>
    </w:p>
    <w:p>
      <w:r>
        <w:t>انظر هنا يقول ما دام الف يعني ببركة الوصف</w:t>
      </w:r>
    </w:p>
    <w:p>
      <w:r>
        <w:t>لا دائما يعني مقطعيا</w:t>
      </w:r>
    </w:p>
    <w:p>
      <w:r>
        <w:t>والظرورة</w:t>
      </w:r>
    </w:p>
    <w:p>
      <w:r>
        <w:t>نعم</w:t>
      </w:r>
    </w:p>
    <w:p>
      <w:r>
        <w:t>يعني التواجد بين الف وجيم بالظروري ببركة الوصف في دائرة فقط</w:t>
      </w:r>
    </w:p>
    <w:p>
      <w:r>
        <w:t>الظرورة ترتفع بعد ذلك</w:t>
      </w:r>
    </w:p>
    <w:p>
      <w:r>
        <w:t>بعد هذا المقطع ترفع</w:t>
      </w:r>
    </w:p>
    <w:p>
      <w:r>
        <w:t>نعم جيد</w:t>
      </w:r>
    </w:p>
    <w:p>
      <w:r>
        <w:t>اذا عندنا تواجد ضروري وعندنا اه تواجد ضروري ببركة الوصف</w:t>
      </w:r>
    </w:p>
    <w:p>
      <w:r>
        <w:t>فانه بحسب الرد الى الشكل الاول بالقلب</w:t>
      </w:r>
    </w:p>
    <w:p>
      <w:r>
        <w:t>كيف تقلب المسألة? اقرب المسألة يعني تجعل كل شيء بالضرورة تجعله كبرى وكل الف جيم بالظرورة ما دام الف لا دائما تجعله صغرى</w:t>
      </w:r>
    </w:p>
    <w:p>
      <w:r>
        <w:t>يتحقق الشكل الاول</w:t>
      </w:r>
    </w:p>
    <w:p>
      <w:r>
        <w:t>جيم يختفي يبقى باء والف</w:t>
      </w:r>
    </w:p>
    <w:p>
      <w:r>
        <w:t>ما هي النتيجة? فانه بحسب الى الشكل الاول بقلب بقلب بالقلب ينتج مطلقة عامة موجبة جزئية</w:t>
      </w:r>
    </w:p>
    <w:p>
      <w:r>
        <w:t>يعني تقول هكذا اه كل الف جيم بالضرورة ما دام الف لا دائما يعني الضرورة مقطعية</w:t>
      </w:r>
    </w:p>
    <w:p>
      <w:r>
        <w:t>وكل جيم باب الظرورة هذا هو القلب النتيجة ما هي? النتيجة كل آآ باء الف آآ بالضرورة اعكسها كيف تنعكس? تنعكس آآ آآ كل باء الف تنعكس كل الف باء</w:t>
      </w:r>
    </w:p>
    <w:p>
      <w:r>
        <w:t>نعم عندنا الضرورة وعندنا الضرورة اه المقطعية</w:t>
      </w:r>
    </w:p>
    <w:p>
      <w:r>
        <w:t>عندنا الضرورة المقطعية</w:t>
      </w:r>
    </w:p>
    <w:p>
      <w:r>
        <w:t>اذا جاء الاختلاف بالكيف مطلقة عامة اه وموجبة جزئية</w:t>
      </w:r>
    </w:p>
    <w:p>
      <w:r>
        <w:t>يعني الجهة كذا بعض باء الف مطلقة عامة يعني مطلق الدخول</w:t>
      </w:r>
    </w:p>
    <w:p>
      <w:r>
        <w:t>نعم مطلق الضرورة ترفع لماذا? لان الضرورة في الكبرى في القياس ببركة الوصف</w:t>
      </w:r>
    </w:p>
    <w:p>
      <w:r>
        <w:t>يختفي الوصف في النتيجة فضرورة تختفي</w:t>
      </w:r>
    </w:p>
    <w:p>
      <w:r>
        <w:t>نعم</w:t>
      </w:r>
    </w:p>
    <w:p>
      <w:r>
        <w:t>فتصير مطلقة عامة موجبة جزئيا</w:t>
      </w:r>
    </w:p>
    <w:p>
      <w:r>
        <w:t>ولو قال مطلق وصفي بدل قوله او بدل بدلا من قوله مطلقا عما كان اولى</w:t>
      </w:r>
    </w:p>
    <w:p>
      <w:r>
        <w:t>مطلق وصفي الصحيح نعم ليس مطلق عامة</w:t>
      </w:r>
    </w:p>
    <w:p>
      <w:r>
        <w:t>من المطلق عامة لبشرط مطلقة وصفية</w:t>
      </w:r>
    </w:p>
    <w:p>
      <w:r>
        <w:t>يعني الدخول الوصي وانتهى الامر</w:t>
      </w:r>
    </w:p>
    <w:p>
      <w:r>
        <w:t>نعم</w:t>
      </w:r>
    </w:p>
    <w:p>
      <w:r>
        <w:t>لان نتيجة الشكل الاول ضرورية وهي تنعكس الى الواص نعم</w:t>
      </w:r>
    </w:p>
    <w:p>
      <w:r>
        <w:t>خلينا نعيد التطبيق</w:t>
      </w:r>
    </w:p>
    <w:p>
      <w:r>
        <w:t>كل باب الضرورة</w:t>
      </w:r>
    </w:p>
    <w:p>
      <w:r>
        <w:t>يعني الدخول ضروري</w:t>
      </w:r>
    </w:p>
    <w:p>
      <w:r>
        <w:t>نسبة داخلة بالضرورة</w:t>
      </w:r>
    </w:p>
    <w:p>
      <w:r>
        <w:t>النسبة بين جيم وباء</w:t>
      </w:r>
    </w:p>
    <w:p>
      <w:r>
        <w:t>وكل الف جيم باء بالضرورة ما دام الف</w:t>
      </w:r>
    </w:p>
    <w:p>
      <w:r>
        <w:t>يعني مادام الوصف لا دائما كذلك دخول ضروري مقطعي ببركة الوصف</w:t>
      </w:r>
    </w:p>
    <w:p>
      <w:r>
        <w:t>هذا الشكل الرابع غير بين الانتاج</w:t>
      </w:r>
    </w:p>
    <w:p>
      <w:r>
        <w:t>نرجح الى الشكل الاول بين الانتاج</w:t>
      </w:r>
    </w:p>
    <w:p>
      <w:r>
        <w:t>بماذا? بالية القلب</w:t>
      </w:r>
    </w:p>
    <w:p>
      <w:r>
        <w:t>الية ما معناه? يعني الصور التي هي كل جيم باء بالضرورة جعلها كبرى</w:t>
      </w:r>
    </w:p>
    <w:p>
      <w:r>
        <w:t>وكل الف جيم بالضرورة ما دام الف لا دائما اجعله صغرى</w:t>
      </w:r>
    </w:p>
    <w:p>
      <w:r>
        <w:t>تتحصل لك على شكل ثالث</w:t>
      </w:r>
    </w:p>
    <w:p>
      <w:r>
        <w:t>ما معنى الشكل آآ الشكل الأول? جيم محمول في الصورة وموضوع في الكبرى يختفي يتلاقى باء مع الف</w:t>
      </w:r>
    </w:p>
    <w:p>
      <w:r>
        <w:t>ماذا تقول? آآ تقول كل باء الف نعم</w:t>
      </w:r>
    </w:p>
    <w:p>
      <w:r>
        <w:t>كل الف باء مادام هذه الضرورة هنا وصفية</w:t>
      </w:r>
    </w:p>
    <w:p>
      <w:r>
        <w:t>نعم</w:t>
      </w:r>
    </w:p>
    <w:p>
      <w:r>
        <w:t>فانه بحسب الرد الى الشك الاول بيناها بالقلب ينتج مطلقة عامة موجبة جزئية بعدما عملنا القلب حصلنا على ماذا? على كل باء باء اليف</w:t>
      </w:r>
    </w:p>
    <w:p>
      <w:r>
        <w:t>نعم</w:t>
      </w:r>
    </w:p>
    <w:p>
      <w:r>
        <w:t>كل الف باء بظرورة فقط الوصفية وين? الوصفية تختفي مع الحد الاوسط</w:t>
      </w:r>
    </w:p>
    <w:p>
      <w:r>
        <w:t>لان الحد الاوسط يختفي يختفي</w:t>
      </w:r>
    </w:p>
    <w:p>
      <w:r>
        <w:t>نعم</w:t>
      </w:r>
    </w:p>
    <w:p>
      <w:r>
        <w:t>كل جيم كل الف جيم بالضرورة ما دام الف لا دائما وكل جيم باب الضرورة نعمل القلب سر كل الف جيم بالظرورة مد الف لا دائما هنا الحد الأوسط هو جيم</w:t>
      </w:r>
    </w:p>
    <w:p>
      <w:r>
        <w:t>نعم</w:t>
      </w:r>
    </w:p>
    <w:p>
      <w:r>
        <w:t>وكل جيم باب الضرورة النتيجة تكون كل باء</w:t>
      </w:r>
    </w:p>
    <w:p>
      <w:r>
        <w:t>الف بالضرورة</w:t>
      </w:r>
    </w:p>
    <w:p>
      <w:r>
        <w:t>هنا الوصف ما يختفي</w:t>
      </w:r>
    </w:p>
    <w:p>
      <w:r>
        <w:t>لأن الوصف متصل بألف</w:t>
      </w:r>
    </w:p>
    <w:p>
      <w:r>
        <w:t>ما دام الف لا دائما هذه هي النتيجة</w:t>
      </w:r>
    </w:p>
    <w:p>
      <w:r>
        <w:t>اعكسها لأن القلب ينتج ينتج نتيجة تكون نتيجة نقلبها</w:t>
      </w:r>
    </w:p>
    <w:p>
      <w:r>
        <w:t>ماذا تأتي بعد القلب? يعني كل باء الف</w:t>
      </w:r>
    </w:p>
    <w:p>
      <w:r>
        <w:t>بالضرورة ما دام الف لا دائما اعكسها</w:t>
      </w:r>
    </w:p>
    <w:p>
      <w:r>
        <w:t>بعض باء الف بعض باء الف بالضرورة ما دام باء فانه بحسب الرد الى الشكل وبيناه بالقلب ينتج مطلقة عامة موجبة جزئية</w:t>
      </w:r>
    </w:p>
    <w:p>
      <w:r>
        <w:t>نعم</w:t>
      </w:r>
    </w:p>
    <w:p>
      <w:r>
        <w:t>من بالعكس تنقلب جزئيا</w:t>
      </w:r>
    </w:p>
    <w:p>
      <w:r>
        <w:t>نعم</w:t>
      </w:r>
    </w:p>
    <w:p>
      <w:r>
        <w:t>الوصف لماذا? لان الوصف ليس لجيم الوصف لالف</w:t>
      </w:r>
    </w:p>
    <w:p>
      <w:r>
        <w:t>والف موجود في النتيجة</w:t>
      </w:r>
    </w:p>
    <w:p>
      <w:r>
        <w:t>فالوصف يأتي فتكون واس في ياء</w:t>
      </w:r>
    </w:p>
    <w:p>
      <w:r>
        <w:t>ولكن لا تكون ظرورية</w:t>
      </w:r>
    </w:p>
    <w:p>
      <w:r>
        <w:t>لان نتيجة الشكل الاول آآ نعم</w:t>
      </w:r>
    </w:p>
    <w:p>
      <w:r>
        <w:t>ولو قال مطلق وصفية بدلا من قوله مطلقة عامة كان اولى</w:t>
      </w:r>
    </w:p>
    <w:p>
      <w:r>
        <w:t>لان نتيجة الشيك الاول ضرورية وهي تنعكس الى الى الوصفية</w:t>
      </w:r>
    </w:p>
    <w:p>
      <w:r>
        <w:t>نعم</w:t>
      </w:r>
    </w:p>
    <w:p>
      <w:r>
        <w:t>تنعكس الى وصفية</w:t>
      </w:r>
    </w:p>
    <w:p>
      <w:r>
        <w:t>صحيح الحقوا مع اه مع العلامة الحلي مطلقة عما لا بشرط تنسجم مع الضرورة</w:t>
      </w:r>
    </w:p>
    <w:p>
      <w:r>
        <w:t>اما المطلقة الوصفية لا المطلقة الوصفية لا تنسجم مع نعم مع الضرورة</w:t>
      </w:r>
    </w:p>
    <w:p>
      <w:r>
        <w:t>وبالنظر الى الكبرى وبالنظر الى الكبرى ينتج مطلقا عن ما سالب كليا</w:t>
      </w:r>
    </w:p>
    <w:p>
      <w:r>
        <w:t>لان قد بينا في الصفحة مية ستة وتسعين من هذا الكتاب ان الكبرى في مثل هذا الظرب اذا كانت احدى الخاصيتين شرطة خاصة او عرفية خاصة انتجت مطلقة عامة سالبة مع اي صورة فقط هذي بيناه واذا ضممنا هذه المقدس المقدمة السالبة ما تقدم من المطلقة العامة الموجبة كانت النتيجة مطلقة عن مسالب كلية وجودية في البعض</w:t>
      </w:r>
    </w:p>
    <w:p>
      <w:r>
        <w:t>وهذه النتيجة مخالفة للمقدمات في الكيف</w:t>
      </w:r>
    </w:p>
    <w:p>
      <w:r>
        <w:t>لان السالبة والمقدمة موجبتان</w:t>
      </w:r>
    </w:p>
    <w:p>
      <w:r>
        <w:t>هذا يحتاج الى الممارس لو فيه سبورة صدقوني تتضح الامور بطريقة راعية جدا</w:t>
      </w:r>
    </w:p>
    <w:p>
      <w:r>
        <w:t>الية السبورة انا افضلها</w:t>
      </w:r>
    </w:p>
    <w:p>
      <w:r>
        <w:t>نعم درست نهاية الحكمة كاملا بالسبورة عند الشيخ فياضي</w:t>
      </w:r>
    </w:p>
    <w:p>
      <w:r>
        <w:t>المقدمات والاقيسة كلها</w:t>
      </w:r>
    </w:p>
    <w:p>
      <w:r>
        <w:t>آآ تبقى راسخة في الى يومنا هذا نعم اما هكذا في الفضاء مع هذه الجهات المعقدة صعب على الطالب العزيز ان يحصرها في خياله</w:t>
      </w:r>
    </w:p>
    <w:p>
      <w:r>
        <w:t>ستبقى دائما مبهمة الا بالامثلة الدقيقة</w:t>
      </w:r>
    </w:p>
    <w:p>
      <w:r>
        <w:t>نعم</w:t>
      </w:r>
    </w:p>
    <w:p>
      <w:r>
        <w:t>انتاج الصغرى الممكنة مع الكبرى المشروطة العامة المشروطة العامة يعني اه دخول الوصفي الدائمي</w:t>
      </w:r>
    </w:p>
    <w:p>
      <w:r>
        <w:t>اه الدخول الوسطي الضروري المقطعي المشهورة الخاصة والدخول الوصفي</w:t>
      </w:r>
    </w:p>
    <w:p>
      <w:r>
        <w:t>استخدم هذه المصطلحات احسن</w:t>
      </w:r>
    </w:p>
    <w:p>
      <w:r>
        <w:t>الدخول الوصفي المقطع الدخول يعني النسبة</w:t>
      </w:r>
    </w:p>
    <w:p>
      <w:r>
        <w:t>دخول النسبة يعني تعانق جيم وباء تصادق جيم وباء</w:t>
      </w:r>
    </w:p>
    <w:p>
      <w:r>
        <w:t>الدخول الوصفي الضروري المقطعي</w:t>
      </w:r>
    </w:p>
    <w:p>
      <w:r>
        <w:t>هذه المشروطة الخاصة حتى تلصق في ذهنك</w:t>
      </w:r>
    </w:p>
    <w:p>
      <w:r>
        <w:t>الدخول الوصفي يعني ببركة الوصف</w:t>
      </w:r>
    </w:p>
    <w:p>
      <w:r>
        <w:t>الظروري المقطعي في الشكل الرابع</w:t>
      </w:r>
    </w:p>
    <w:p>
      <w:r>
        <w:t>قال ومع الصغرى الممكنة الصورة الممكنة يعني العلاقة بين الموضوع والمحمول او بين الحد الاوسط والحد الاصغر</w:t>
      </w:r>
    </w:p>
    <w:p>
      <w:r>
        <w:t>قابلية فقط فعلية ما ما فيه</w:t>
      </w:r>
    </w:p>
    <w:p>
      <w:r>
        <w:t>ومع الصورة الممكنة مع الكبرى المشهورة الخاصة يعني الدخول الوصفي المقطع الضروري تنتج بحسب الشكل الأول اذا ارجعنا القياس من الشكل الرابع الى الشكل الأول ممكنة عامة موجبة جزء ايا نعم نعم ممكنة ام موجبة جزئية نعم واضحة جدا</w:t>
      </w:r>
    </w:p>
    <w:p>
      <w:r>
        <w:t>لان اه ما دام الامكان موجود عدم الدخول الفعلي</w:t>
      </w:r>
    </w:p>
    <w:p>
      <w:r>
        <w:t>وجئنا دخول فعلي ضروري مقطعي ببركة الوصف نتيجة تكون بالنسبة للأصغر دخول فعلي ام امكاني امكاني قابلية لأن الأصغر بالإمكان وليس بالفعلية نعم الا اذا بين هكذا نقول الإمكان يتساوى النسبة الى الدخول وعدم الدخول اذا بنينا على الدخول على دخول الإمكان النتيجة تكون آآ تكون دخول امكانيا نعم اذا بنينا على السرب تكون النتيجة تكون اه عدم الدخول الإمكاني</w:t>
      </w:r>
    </w:p>
    <w:p>
      <w:r>
        <w:t>نعم الضرورة تختفي</w:t>
      </w:r>
    </w:p>
    <w:p>
      <w:r>
        <w:t>الضرورة لمن? للكبرى لأنها مشروطة خاصة</w:t>
      </w:r>
    </w:p>
    <w:p>
      <w:r>
        <w:t>نعم</w:t>
      </w:r>
    </w:p>
    <w:p>
      <w:r>
        <w:t>ولهذا يقول اه فإنها تنتج بحسب الشكل الأول بعد الرد طبعا</w:t>
      </w:r>
    </w:p>
    <w:p>
      <w:r>
        <w:t>ممكنة عامة وموجبة جزئية</w:t>
      </w:r>
    </w:p>
    <w:p>
      <w:r>
        <w:t>وبالنظر الى الكبرى مطلقة عامة سالبة كليا</w:t>
      </w:r>
    </w:p>
    <w:p>
      <w:r>
        <w:t>نعم</w:t>
      </w:r>
    </w:p>
    <w:p>
      <w:r>
        <w:t>كبرى الكبرى مطلقة عامة يعني اه الدخول فقط</w:t>
      </w:r>
    </w:p>
    <w:p>
      <w:r>
        <w:t>الدخول في دار الوجود</w:t>
      </w:r>
    </w:p>
    <w:p>
      <w:r>
        <w:t>فتكون سالبة كليا</w:t>
      </w:r>
    </w:p>
    <w:p>
      <w:r>
        <w:t>نعم</w:t>
      </w:r>
    </w:p>
    <w:p>
      <w:r>
        <w:t>وبالنظر الى الكبرى مطلقة عن مسالب كلية يعني عدم الدخول التام الكلي دار الوجود مطلقة عامة ما معناه يعني التواجد</w:t>
      </w:r>
    </w:p>
    <w:p>
      <w:r>
        <w:t>سلب التواجد الكلي يعني عدم الدخول الفعلي كلية</w:t>
      </w:r>
    </w:p>
    <w:p>
      <w:r>
        <w:t>فتكون النتيجة مطلقة عامة</w:t>
      </w:r>
    </w:p>
    <w:p>
      <w:r>
        <w:t>نعم</w:t>
      </w:r>
    </w:p>
    <w:p>
      <w:r>
        <w:t>مطلقة عامة سالبة كليا</w:t>
      </w:r>
    </w:p>
    <w:p>
      <w:r>
        <w:t>نعم</w:t>
      </w:r>
    </w:p>
    <w:p>
      <w:r>
        <w:t>نعم</w:t>
      </w:r>
    </w:p>
    <w:p>
      <w:r>
        <w:t>واضح جدا</w:t>
      </w:r>
    </w:p>
    <w:p>
      <w:r>
        <w:t>لان سالبة</w:t>
      </w:r>
    </w:p>
    <w:p>
      <w:r>
        <w:t>سالبة قليلة المؤونة</w:t>
      </w:r>
    </w:p>
    <w:p>
      <w:r>
        <w:t>نعم</w:t>
      </w:r>
    </w:p>
    <w:p>
      <w:r>
        <w:t>سالبة كلية ووجودية لا ضرورية في البعض</w:t>
      </w:r>
    </w:p>
    <w:p>
      <w:r>
        <w:t>يعني في بعض المصادر تكون الدخول غير ضروري</w:t>
      </w:r>
    </w:p>
    <w:p>
      <w:r>
        <w:t>وكلتا النتيجتين مخالفتي الكيف للمقدمتين</w:t>
      </w:r>
    </w:p>
    <w:p>
      <w:r>
        <w:t>نعم</w:t>
      </w:r>
    </w:p>
    <w:p>
      <w:r>
        <w:t>وهذا امر عجيب</w:t>
      </w:r>
    </w:p>
    <w:p>
      <w:r>
        <w:t>لان ماذا? لان فيه المقطعية</w:t>
      </w:r>
    </w:p>
    <w:p>
      <w:r>
        <w:t>كلما كانت المقطعية يعني الدخول الوصفي الضروري المقطعي او الدخول الوصفي غير المقطعي يعني مشروطة خاصة وعرفية خاصة النتيجة قد تخالف المقدمتين</w:t>
      </w:r>
    </w:p>
    <w:p>
      <w:r>
        <w:t>نعم</w:t>
      </w:r>
    </w:p>
    <w:p>
      <w:r>
        <w:t>هنا مقطعية يعني تكون في تلك الجهة نعم قلنا ان الكيف يرتفع في المقطعية</w:t>
      </w:r>
    </w:p>
    <w:p>
      <w:r>
        <w:t>خذ هذي قاعدة الكيف يرتفع في المشروطة الخاصة والعرفية الخاصة</w:t>
      </w:r>
    </w:p>
    <w:p>
      <w:r>
        <w:t>يعني المقطعية</w:t>
      </w:r>
    </w:p>
    <w:p>
      <w:r>
        <w:t>المواقع الضعية نعم فتنسجب المجمل مع الموجبة وتنسجم السليمة مع السليمة</w:t>
      </w:r>
    </w:p>
    <w:p>
      <w:r>
        <w:t>نعم</w:t>
      </w:r>
    </w:p>
    <w:p>
      <w:r>
        <w:t>اقول هذا مثال اخر لي اه القسم الثاني من الاختلاف ايضا وهو الصغرى الممكنة</w:t>
      </w:r>
    </w:p>
    <w:p>
      <w:r>
        <w:t>الصورة الممكنة يعني قابلية الدخول مع الكبرى المشروطة الخاصة من الضرب الأول</w:t>
      </w:r>
    </w:p>
    <w:p>
      <w:r>
        <w:t>مثاله كل بالإمكان ما معنى? يعني جيم يتلبس بباء بالفعل ام بالقابلية? بالقابلية الجهة الإمكان</w:t>
      </w:r>
    </w:p>
    <w:p>
      <w:r>
        <w:t>كان كان هذا الإمكان عام او خاص</w:t>
      </w:r>
    </w:p>
    <w:p>
      <w:r>
        <w:t>وكل الف جيم مادام الف دخول الوصف لا دائما يعني مقطعي</w:t>
      </w:r>
    </w:p>
    <w:p>
      <w:r>
        <w:t>نعم</w:t>
      </w:r>
    </w:p>
    <w:p>
      <w:r>
        <w:t>لماذا لم يقل بالضرورة? المفروض يقول بالضرورة لأن مع الكبرى المشروطة الخاصة ما قال العرف هي الخاصة</w:t>
      </w:r>
    </w:p>
    <w:p>
      <w:r>
        <w:t>لا ادري آآ يريد يمثل بالمشروطة الخاصة والعرفية الخاصة</w:t>
      </w:r>
    </w:p>
    <w:p>
      <w:r>
        <w:t>او لا? كل باب الإمكان فهمناه</w:t>
      </w:r>
    </w:p>
    <w:p>
      <w:r>
        <w:t>يعني تلبس ببا بالقابلية وليس بالفعلية يعني هنا ما في دخول في دار الوجود</w:t>
      </w:r>
    </w:p>
    <w:p>
      <w:r>
        <w:t>وكل الف جيم ما دام الف لا دائما</w:t>
      </w:r>
    </w:p>
    <w:p>
      <w:r>
        <w:t>اذا بنينا على المشروط الخاصة يعني دخول ضروري</w:t>
      </w:r>
    </w:p>
    <w:p>
      <w:r>
        <w:t>يعني الف تلبس بجيم في الخارج في دار الوجود ما دام الوصف بالظرورة يعني في مقطع اخر يختفي الوصف هناك ما تكون الضرورة نعم فان ينتج بحسب رده الى الشك الاول بقلب اه بالقلب يعني القلب تجعل الصغرى كبرى وكبرى صغرى خلينا نقلب كل جيم باب الإمكان هذا يصير كبرى كله الف جيم مادام لا داعمين يصير صغرى</w:t>
      </w:r>
    </w:p>
    <w:p>
      <w:r>
        <w:t>نعم</w:t>
      </w:r>
    </w:p>
    <w:p>
      <w:r>
        <w:t>يصير الحد الاوسط اه تجيم في شكل اول</w:t>
      </w:r>
    </w:p>
    <w:p>
      <w:r>
        <w:t>يعني تصير هكذا القياس</w:t>
      </w:r>
    </w:p>
    <w:p>
      <w:r>
        <w:t>الصغرى ما هي كل الف جيم ما دام الف لا دائما صغرى</w:t>
      </w:r>
    </w:p>
    <w:p>
      <w:r>
        <w:t>وكل جيمبا هذا هو الشكل الاول احذف جيم يبقى باء والف</w:t>
      </w:r>
    </w:p>
    <w:p>
      <w:r>
        <w:t>ما هي النتيجة? ممكنة عامة موجبة جزئية</w:t>
      </w:r>
    </w:p>
    <w:p>
      <w:r>
        <w:t>نعم لان بعد القلب آآ بعد القلب نعكس القضية</w:t>
      </w:r>
    </w:p>
    <w:p>
      <w:r>
        <w:t>كل جين بالامكان وكل جيم الف دائما اذا قلبناها تصير هكذا تصير كل الف باء اه بالامكان من لا يمكن ان يدخل بالضرورة كل الف باء بالامكان عكسها الكبرى الموجبة تنعكس اه الصغرى الصورة الجزئية سير بعض اه بعض الف باء بعض الف باء بالان نعم بحسب ردي الى الشرك الاول ممكنة عن ما موجبة جزئيا نعم</w:t>
      </w:r>
    </w:p>
    <w:p>
      <w:r>
        <w:t>يعني تقول بعض الف باء بالامكان العام</w:t>
      </w:r>
    </w:p>
    <w:p>
      <w:r>
        <w:t>ما معناه? يعني لا يستحيل لا يستحيل الف عن باء يمكن ان يتلبس به نعم</w:t>
      </w:r>
    </w:p>
    <w:p>
      <w:r>
        <w:t>صحيح? لان الامكان قابلية الدخول فالنتيجة تكون قابلية الدخول نعم</w:t>
      </w:r>
    </w:p>
    <w:p>
      <w:r>
        <w:t>خلينا بدون آآ القلب يمكن الوصول الى هذه النتيجة</w:t>
      </w:r>
    </w:p>
    <w:p>
      <w:r>
        <w:t>موجبة جزئية ممكنة بالامكان العام</w:t>
      </w:r>
    </w:p>
    <w:p>
      <w:r>
        <w:t>يمكن انظر</w:t>
      </w:r>
    </w:p>
    <w:p>
      <w:r>
        <w:t>نجرب خلينا نجرب</w:t>
      </w:r>
    </w:p>
    <w:p>
      <w:r>
        <w:t>كل باب الإمكان</w:t>
      </w:r>
    </w:p>
    <w:p>
      <w:r>
        <w:t>يعني جيم يتصادق مع باب القابلية</w:t>
      </w:r>
    </w:p>
    <w:p>
      <w:r>
        <w:t>يعني يمكن ان يدخل دار الوجود</w:t>
      </w:r>
    </w:p>
    <w:p>
      <w:r>
        <w:t>ليس بمستحيل</w:t>
      </w:r>
    </w:p>
    <w:p>
      <w:r>
        <w:t>جميل</w:t>
      </w:r>
    </w:p>
    <w:p>
      <w:r>
        <w:t>وكل الف جيم جيم وكل الف جيم ما دام الف لا دائما</w:t>
      </w:r>
    </w:p>
    <w:p>
      <w:r>
        <w:t>هنا في دخول في دخول الى دار الوجود بين الف وجيم</w:t>
      </w:r>
    </w:p>
    <w:p>
      <w:r>
        <w:t>هذا الدخول صحيح مقطاعي ببركة الوصف</w:t>
      </w:r>
    </w:p>
    <w:p>
      <w:r>
        <w:t>دخول الوصف مقطعي</w:t>
      </w:r>
    </w:p>
    <w:p>
      <w:r>
        <w:t>ضروري بنينا على المشروطة الخاصة</w:t>
      </w:r>
    </w:p>
    <w:p>
      <w:r>
        <w:t>اذا ما هي العلاقة بين باء وآآ الف</w:t>
      </w:r>
    </w:p>
    <w:p>
      <w:r>
        <w:t>التلاقي ضروري? لا</w:t>
      </w:r>
    </w:p>
    <w:p>
      <w:r>
        <w:t>تلاقي امكاني</w:t>
      </w:r>
    </w:p>
    <w:p>
      <w:r>
        <w:t>تلاقي امكاني وتلاقي جزئي</w:t>
      </w:r>
    </w:p>
    <w:p>
      <w:r>
        <w:t>يعني</w:t>
      </w:r>
    </w:p>
    <w:p>
      <w:r>
        <w:t>جيم</w:t>
      </w:r>
    </w:p>
    <w:p>
      <w:r>
        <w:t>يندرج تحت بتمامه بالامكان</w:t>
      </w:r>
    </w:p>
    <w:p>
      <w:r>
        <w:t>يعني يمكن ان يدخل تحت دائرة باب الإمكان</w:t>
      </w:r>
    </w:p>
    <w:p>
      <w:r>
        <w:t>نعم</w:t>
      </w:r>
    </w:p>
    <w:p>
      <w:r>
        <w:t>الكبرى ماذا تقول? تقول الف مندرج تحت جيم بتمامه</w:t>
      </w:r>
    </w:p>
    <w:p>
      <w:r>
        <w:t>مندرج تحت جيم بتمامه</w:t>
      </w:r>
    </w:p>
    <w:p>
      <w:r>
        <w:t>انه مقطعي ببركة الوصف وهذا الاندراج ضروري</w:t>
      </w:r>
    </w:p>
    <w:p>
      <w:r>
        <w:t>اذا ما هي العلاقة بين باء والف لا يمكن ان يندرج الف تحت باء بالظرورة</w:t>
      </w:r>
    </w:p>
    <w:p>
      <w:r>
        <w:t>لا ابدا ولا بالمشروطة الخاصة</w:t>
      </w:r>
    </w:p>
    <w:p>
      <w:r>
        <w:t>ببركة لا ابدا اذا يدخل تحت تحت باء بالامكان العام يعني قابلية لالف ان يكون مندرجا تحت باء هذه هي بدون قلب المقدمة بدون قلب المقدمتين</w:t>
      </w:r>
    </w:p>
    <w:p>
      <w:r>
        <w:t>فقط يشتغل نعم</w:t>
      </w:r>
    </w:p>
    <w:p>
      <w:r>
        <w:t>لانه بالقلب يحصل قياس من الاول يعني من صورة مشروطة خاصة انظر مشروطة خاصة قال يعني العبارة كتكون هكذا كل الف جيم ما دام الف بالضرورة ما دام لا دائما</w:t>
      </w:r>
    </w:p>
    <w:p>
      <w:r>
        <w:t>نعم الظرورة موجودة هنا نعم</w:t>
      </w:r>
    </w:p>
    <w:p>
      <w:r>
        <w:t>لانه بالقلب يحصل قياس من الاول صغراه مشروطة خاصة</w:t>
      </w:r>
    </w:p>
    <w:p>
      <w:r>
        <w:t>هذه كل الف جيم باء كل الف جيم ما دام الف دائرة دائما وكبرها ممكنة ما يأكل جنب باب الامكان</w:t>
      </w:r>
    </w:p>
    <w:p>
      <w:r>
        <w:t>وينتج ممكنا ما معنى ممكنا? يعني كل باء الف بالامكان نعم</w:t>
      </w:r>
    </w:p>
    <w:p>
      <w:r>
        <w:t>تنعكس ممكنة جزئية عامة</w:t>
      </w:r>
    </w:p>
    <w:p>
      <w:r>
        <w:t>نعم</w:t>
      </w:r>
    </w:p>
    <w:p>
      <w:r>
        <w:t>ويقولون بعض بالف بالامكان</w:t>
      </w:r>
    </w:p>
    <w:p>
      <w:r>
        <w:t>لان النتيجة ت كل باء الف بالإمكان عكس كل اه اه كل الف باء او اه نعم النتيجة كل باء الف واعكسها مم كل با الف بالامكان لان اخص الجهات نعم</w:t>
      </w:r>
    </w:p>
    <w:p>
      <w:r>
        <w:t>تنعكس بعض بالف بالامكان</w:t>
      </w:r>
    </w:p>
    <w:p>
      <w:r>
        <w:t>نعم</w:t>
      </w:r>
    </w:p>
    <w:p>
      <w:r>
        <w:t>تنعكس بعضيا</w:t>
      </w:r>
    </w:p>
    <w:p>
      <w:r>
        <w:t>نعم</w:t>
      </w:r>
    </w:p>
    <w:p>
      <w:r>
        <w:t>النتيجة هذه</w:t>
      </w:r>
    </w:p>
    <w:p>
      <w:r>
        <w:t>اذا اذا دخل جيم بالقابلية</w:t>
      </w:r>
    </w:p>
    <w:p>
      <w:r>
        <w:t>اذا دخل جيم بالقابلية الى باء</w:t>
      </w:r>
    </w:p>
    <w:p>
      <w:r>
        <w:t>القابلية يعني الامكان</w:t>
      </w:r>
    </w:p>
    <w:p>
      <w:r>
        <w:t>قابلية الدخول في نفس الامر معانقا لجيل متصادقا مع جيل</w:t>
      </w:r>
    </w:p>
    <w:p>
      <w:r>
        <w:t>جيد</w:t>
      </w:r>
    </w:p>
    <w:p>
      <w:r>
        <w:t>والف داخل في جيم</w:t>
      </w:r>
    </w:p>
    <w:p>
      <w:r>
        <w:t>بالظرورة ببركة الوصف مقطعيا</w:t>
      </w:r>
    </w:p>
    <w:p>
      <w:r>
        <w:t>هي المشروع الخاصة</w:t>
      </w:r>
    </w:p>
    <w:p>
      <w:r>
        <w:t>اذا ما هي العلاقة المنطقية بين الف وباء؟ العلاقة الكلية غير مؤمنة تبقى العلاقة الجزئية</w:t>
      </w:r>
    </w:p>
    <w:p>
      <w:r>
        <w:t>العلاقة الجزئية يتصادق مع علي في الواقع الخارجي لكن ليس بالفعلية بالامكان قابلية ان يكون قابلية ان يكون آآ با مندرجا تحت الف يعني هذا هو الامكان نعم جهة الامكان وبحسب النظر الى الكبرى مطلقة عامة سالبة كليا</w:t>
      </w:r>
    </w:p>
    <w:p>
      <w:r>
        <w:t>نعم</w:t>
      </w:r>
    </w:p>
    <w:p>
      <w:r>
        <w:t>وبحسب النظر الى الكبرى الكبرى ما هي? كل الف جيم ما دام الف لا دائما</w:t>
      </w:r>
    </w:p>
    <w:p>
      <w:r>
        <w:t>وبحسب النظر الى الكبرى ينتج مطلق عامة</w:t>
      </w:r>
    </w:p>
    <w:p>
      <w:r>
        <w:t>مطلقة عامة يعني اه متوقعا معني الدخول الدخول الفعلي مطلقا</w:t>
      </w:r>
    </w:p>
    <w:p>
      <w:r>
        <w:t>سلب كليا يعني عدم التلاقي في نفس الأمر مطلقا</w:t>
      </w:r>
    </w:p>
    <w:p>
      <w:r>
        <w:t>كما مر في القاعدة الكلية من ان الكبريات الكلية في هذا اذا كانت احدى الخاصيتين يعني المصروفة الخاصة او العرفية الخاصة تنتج مع اي صورة اتفقت مطلقة عما سالبة كما في الشكل الثاني بينا هذه المسألة واذا ركبنا هذه السليبة مع الممكنة العامة بالرد الى الشكل حصلت النتيجة مطلقة عامة سالبة كلية وجودية لا ضرورية في البعض وهذه النتيجة ايضا مخالفة للمقدمات في الكيف كما في النتيجة الاولى</w:t>
      </w:r>
    </w:p>
    <w:p>
      <w:r>
        <w:t>اينما كنت في دائرة المشروطة الخاصة العرفية خاصة فلا بأس ان النتيجة تكون مخالفة اه المقدمتين في في الكيف</w:t>
      </w:r>
    </w:p>
    <w:p>
      <w:r>
        <w:t>عندنا صورة موجبة كبرى موجبة سلبة والنتيجة سالبة</w:t>
      </w:r>
    </w:p>
    <w:p>
      <w:r>
        <w:t>لان مقدمة من كلمتين مقطعية</w:t>
      </w:r>
    </w:p>
    <w:p>
      <w:r>
        <w:t>ما معناه? يعني النسبة تنسجم ايجابا وتنسجم سلبا</w:t>
      </w:r>
    </w:p>
    <w:p>
      <w:r>
        <w:t>في المشروطة الخاصة وفي في العرفية العامة</w:t>
      </w:r>
    </w:p>
    <w:p>
      <w:r>
        <w:t>اذا يمكن ان النتيجة تكون منسجمة مع الدائرة السلبية</w:t>
      </w:r>
    </w:p>
    <w:p>
      <w:r>
        <w:t>وممكن تكون منسجمة النتيجة الإيجابية هذه هي القاعدة هذه هي القاعدة نعم قال حتى ما نقدر نختم هذا هذا الفصل حتى ندخل في الشرطيات اقسام القياسات المؤلفة من ندخل في الشرطية في القياس الاقتراني ثم في القياس الاستثنائي</w:t>
      </w:r>
    </w:p>
    <w:p>
      <w:r>
        <w:t>نعم</w:t>
      </w:r>
    </w:p>
    <w:p>
      <w:r>
        <w:t>قال وكالصورة الوجودية الصورة الوجودية ما معناها? يعني الدخول بدون ضرورة</w:t>
      </w:r>
    </w:p>
    <w:p>
      <w:r>
        <w:t>دخول دار الوجود بدون ضرورة</w:t>
      </w:r>
    </w:p>
    <w:p>
      <w:r>
        <w:t>وكالصورة الوجودية في الظرب الثالث مع الكبرى المشروطة الخاصة نعم فانها تنتج بحسب الايجاب اللازم للصغرى لان الشكل الثالث الصورة يجب ان تكون موجبة شروطه فانها تنتج بحسب الايجاب اللازم للصغرى في الشكل الثالث والرد الى الشكل الاول</w:t>
      </w:r>
    </w:p>
    <w:p>
      <w:r>
        <w:t>ماذا تنتج? مطلقة عامة موجبة</w:t>
      </w:r>
    </w:p>
    <w:p>
      <w:r>
        <w:t>يعني الدخول الايجابي فقط</w:t>
      </w:r>
    </w:p>
    <w:p>
      <w:r>
        <w:t>وبالنظر الى الكبرى الكبرى تكون كلية او تكون تكون آآ آآ اذا كانت الصغرى جزئية تكون الكبرى كليا</w:t>
      </w:r>
    </w:p>
    <w:p>
      <w:r>
        <w:t>وبالنظر الى الكبرى تكن كلية وقد لا تكن كلية الشكل الثالث مشروط كبرى احدى المقدمتين مطلقة عامة سالبة كليا</w:t>
      </w:r>
    </w:p>
    <w:p>
      <w:r>
        <w:t>نعم</w:t>
      </w:r>
    </w:p>
    <w:p>
      <w:r>
        <w:t>وتكون في النتيجة مقيدة بان يصدق الوجود في بعضها</w:t>
      </w:r>
    </w:p>
    <w:p>
      <w:r>
        <w:t>يعني تسري في بعض المصاديق فقط في الدخول اقول هذا مثال اخر للقسم الثاني مع الاختلاف في الوجهين بالكيف ايضا وهو ان تكون صغرى وجودية يعني دخول مقطعي غير ضروري في الضرب الثالث من هذا الشكل والكبرى مشروطة خاصة</w:t>
      </w:r>
    </w:p>
    <w:p>
      <w:r>
        <w:t>اذا عندك دخول تواجدي فقط هذه الوجودية غير ضروري وعندك مشروطة خاصة يعني دخول وجودي مقطعي اذا هذا الدخول الوجودي غير الضروري اسمه الوجودية قد ينسجم مع جهة الجهة جهة الايجاب في المشروطة يعني جيت لاجابة ضروري للمقطعي وقد ينسجم مع الجهة السالبة</w:t>
      </w:r>
    </w:p>
    <w:p>
      <w:r>
        <w:t>اذا يمكن ان تكون النتيجة سالبة وقد تكون موجبة</w:t>
      </w:r>
    </w:p>
    <w:p>
      <w:r>
        <w:t>النتيجة موجبة ليست سالبة</w:t>
      </w:r>
    </w:p>
    <w:p>
      <w:r>
        <w:t>الا تكون جزئية لان الشكل الثالث يكون آآ ينتج الا الجزئية</w:t>
      </w:r>
    </w:p>
    <w:p>
      <w:r>
        <w:t>مثاله انتهى الوقت خلينا معليش ناخد شوية دقائق من من قاعة السيطرة</w:t>
      </w:r>
    </w:p>
    <w:p>
      <w:r>
        <w:t>مثال لا شيء من جيم بال دائما</w:t>
      </w:r>
    </w:p>
    <w:p>
      <w:r>
        <w:t>يعني فيه بينونة بين جيم وباء ببركة الوصف مقطعيا</w:t>
      </w:r>
    </w:p>
    <w:p>
      <w:r>
        <w:t>المقطع الثاني لا قد يكون توافق</w:t>
      </w:r>
    </w:p>
    <w:p>
      <w:r>
        <w:t>ما تكون البينونة</w:t>
      </w:r>
    </w:p>
    <w:p>
      <w:r>
        <w:t>لاحظت سلب وايجاب</w:t>
      </w:r>
    </w:p>
    <w:p>
      <w:r>
        <w:t>وكل الف جيم بالظرورة ما دام اه ما دا اما الف لا دائما هادي هي الخاصة</w:t>
      </w:r>
    </w:p>
    <w:p>
      <w:r>
        <w:t>نعم</w:t>
      </w:r>
    </w:p>
    <w:p>
      <w:r>
        <w:t>لا شيء من جيمبا لا دائما</w:t>
      </w:r>
    </w:p>
    <w:p>
      <w:r>
        <w:t>هذه هي الوجودية المرفوعة</w:t>
      </w:r>
    </w:p>
    <w:p>
      <w:r>
        <w:t>وكل الف جيم بالضرورة ما دام الف لا دائما</w:t>
      </w:r>
    </w:p>
    <w:p>
      <w:r>
        <w:t>هذه هي المشروطة الخاصة</w:t>
      </w:r>
    </w:p>
    <w:p>
      <w:r>
        <w:t>الدخول الوصفي الضروري المقطع نعم خلينا من من الرد الى الشكل الأول او الشكل الثاني او الشكل الثالث واي آلية</w:t>
      </w:r>
    </w:p>
    <w:p>
      <w:r>
        <w:t>عندك ارتفاع وجودي</w:t>
      </w:r>
    </w:p>
    <w:p>
      <w:r>
        <w:t>عدم عدم التواجد الصدقي</w:t>
      </w:r>
    </w:p>
    <w:p>
      <w:r>
        <w:t>لا شيء من جنب لا دائما</w:t>
      </w:r>
    </w:p>
    <w:p>
      <w:r>
        <w:t>الارتفاع المقطعي وعندنا الدخول المقطعي الضروري فقد تكون النتيجة سالبة قد تكون النتيجة موجبة نعم</w:t>
      </w:r>
    </w:p>
    <w:p>
      <w:r>
        <w:t>اذا رفعنا التصادق في دائرة الضرورة في دائرة الضرورة تكون سالبة</w:t>
      </w:r>
    </w:p>
    <w:p>
      <w:r>
        <w:t>نعم اذا رفعنا التصادق خارج الضرورة تكون مجبرة</w:t>
      </w:r>
    </w:p>
    <w:p>
      <w:r>
        <w:t>ما في بأس</w:t>
      </w:r>
    </w:p>
    <w:p>
      <w:r>
        <w:t>لا شيء من جنب لا دائما يعني كل من صدق عليه عنوان جيب لا يصدق عليه باء</w:t>
      </w:r>
    </w:p>
    <w:p>
      <w:r>
        <w:t>في مقطع خاص هذه هي الوجودية غير ضرورية وكل الف جيم بالضرورة ما دام الف دائما يعني الف جيم ضروري وهذه هذه النسبة ضرورية في الخارج ما دام الوصف اليف مقطعية خارج المقطع لا فانه ينتج بحسب الى الاول بالقلب بان نجعل الكبرى صغرى والايجاب لازم للصغرى كبرى موجبة جزئية مطلقة عامة</w:t>
      </w:r>
    </w:p>
    <w:p>
      <w:r>
        <w:t>نعم اذا مرة تنتج موجبة مرة تنتج سالبة ولهذا يقول موجبة جزئية تنسجم مع السالبة الجزء اي بعض الانسان شعر ينسجم مع بعضه الانسان ليس بشعر</w:t>
      </w:r>
    </w:p>
    <w:p>
      <w:r>
        <w:t>نعم</w:t>
      </w:r>
    </w:p>
    <w:p>
      <w:r>
        <w:t>جيد خلوا ان شاء الله في الحصة القادمة نعيد المثال من الاول</w:t>
      </w:r>
    </w:p>
    <w:p>
      <w:r>
        <w:t>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