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صلي على محمد وال محمد</w:t>
      </w:r>
    </w:p>
    <w:p>
      <w:r>
        <w:t>اللهم ارزقنا التوفيق والاخلاص</w:t>
      </w:r>
    </w:p>
    <w:p>
      <w:r>
        <w:t>وصلنا معكم الى هذه الفقرة مثاله لا شيء من جيم بال لا دائما وكل الف جيم بالضرورة ما دام الف لا دائما نعود الى اصل المتن قال وكالصغرى الوجودية في الضرب الثالث من الكبرى</w:t>
      </w:r>
    </w:p>
    <w:p>
      <w:r>
        <w:t>الضرب الثالث من الشكل الرابع</w:t>
      </w:r>
    </w:p>
    <w:p>
      <w:r>
        <w:t>مع الكبرى المشروطة الخاصة يعني الدخول الوصفي الضروري المقطعي</w:t>
      </w:r>
    </w:p>
    <w:p>
      <w:r>
        <w:t>فانها تنتج مع الصغرى الصغرى الوجودية يعني الدخول غير الضروري</w:t>
      </w:r>
    </w:p>
    <w:p>
      <w:r>
        <w:t>فعندنا دخول ضروري مقطعي وعندنا دخول غير ضروري مقطعي</w:t>
      </w:r>
    </w:p>
    <w:p>
      <w:r>
        <w:t>نعم فانها تنتج بحسب الايجاب اللازم للصغر نعم لان الصورة يجب ان تكون موجبة والرد الى الشكل الاول مطلقة عامة موجبة يعني مطلقة عامة يعني الدخول مطلق الدخول نعم مطلق الدخول هذه هي النتيجة بالنظر الى الكبرى يعني بالنظر الى الصغرى بيناها مطلقة موجبة وبالنظر الى الكبرى مطلقة عامة سالبة كليا لماذا? لان اه المشروطة الخاصة كما تدخل بالايجاب مقطعيا تدخل بسلب مقطعيا كل قضية قيدت باللا دائمية يعني عندها مقطع ايجابي ومقطع سلبي</w:t>
      </w:r>
    </w:p>
    <w:p>
      <w:r>
        <w:t>وتكون هي النتيجة مقيدة بان يصدق الوجود في بعضها</w:t>
      </w:r>
    </w:p>
    <w:p>
      <w:r>
        <w:t>نعم</w:t>
      </w:r>
    </w:p>
    <w:p>
      <w:r>
        <w:t>جزئية فقط اقول هذا مثال اخر للقسم الثاني مع الاختلاف في الوجهين بالكيف سلب ايجاب ايضا وهو ان تكون الصغرى وجودية في الضرب الثالث من هذا الشكل والكبرى مشروطة خاصة</w:t>
      </w:r>
    </w:p>
    <w:p>
      <w:r>
        <w:t>وجوده يعني الدخول غير ضروري الدخول المقطعي غير ضروري</w:t>
      </w:r>
    </w:p>
    <w:p>
      <w:r>
        <w:t>الخاصة دخول وصفي ضروري مقطعي</w:t>
      </w:r>
    </w:p>
    <w:p>
      <w:r>
        <w:t>مثاله يمثل لا شيء من جيمبا لا دائما</w:t>
      </w:r>
    </w:p>
    <w:p>
      <w:r>
        <w:t>لاحظت دخول غير ظروري ومقطعي</w:t>
      </w:r>
    </w:p>
    <w:p>
      <w:r>
        <w:t>هذه هي الوجودية</w:t>
      </w:r>
    </w:p>
    <w:p>
      <w:r>
        <w:t>ما في ضرورة لا امين نجي من عند الله دائما</w:t>
      </w:r>
    </w:p>
    <w:p>
      <w:r>
        <w:t>طبعا هنا دخول مجازي دخول سلبي</w:t>
      </w:r>
    </w:p>
    <w:p>
      <w:r>
        <w:t>يعني رفع النسبة</w:t>
      </w:r>
    </w:p>
    <w:p>
      <w:r>
        <w:t>يعني جيم وباء لا يتصادقان</w:t>
      </w:r>
    </w:p>
    <w:p>
      <w:r>
        <w:t>في مقطع ما وقعت هذا ليس ضروريا</w:t>
      </w:r>
    </w:p>
    <w:p>
      <w:r>
        <w:t>بمعنى انه يمكن لجيبو ما ان يلتقيان في دار الوجود</w:t>
      </w:r>
    </w:p>
    <w:p>
      <w:r>
        <w:t>اذا هنا السلب هنا رفع النسبة مقطعيا</w:t>
      </w:r>
    </w:p>
    <w:p>
      <w:r>
        <w:t>وليس هذه النسبة بالضرورة ان ترفع</w:t>
      </w:r>
    </w:p>
    <w:p>
      <w:r>
        <w:t>معناه يمكن ان يلتقي بمعجن</w:t>
      </w:r>
    </w:p>
    <w:p>
      <w:r>
        <w:t>هذه الصورة السالبة وكل الف جيم يعني فيه تصادق بين الف وجيم في دار الوجود بالضرورة</w:t>
      </w:r>
    </w:p>
    <w:p>
      <w:r>
        <w:t>نعم ما دام الف لا دائما اذا الضرورة هذه او النسبة الضرورية يقول احسن ببركة يعني التصادق ببركة الوصف ما دامها الف</w:t>
      </w:r>
    </w:p>
    <w:p>
      <w:r>
        <w:t>فانه ينتج بحسب الرد الاول بالقلب</w:t>
      </w:r>
    </w:p>
    <w:p>
      <w:r>
        <w:t>اقلب انت الان</w:t>
      </w:r>
    </w:p>
    <w:p>
      <w:r>
        <w:t>يعني اجعل آآ الصورة كبرى</w:t>
      </w:r>
    </w:p>
    <w:p>
      <w:r>
        <w:t>والكبر الصورة تصير هكذا كل الف جيم بالضرورة ما دام الف لا دائما هذه الصورة</w:t>
      </w:r>
    </w:p>
    <w:p>
      <w:r>
        <w:t>موجبة ولا شيء من جيم بلى دائما يصير من الشكل الأول</w:t>
      </w:r>
    </w:p>
    <w:p>
      <w:r>
        <w:t>نعم ثم اذا خرجت النتيجة يجب ان تعكسها</w:t>
      </w:r>
    </w:p>
    <w:p>
      <w:r>
        <w:t>لا شيء من جيم باء لا دائما</w:t>
      </w:r>
    </w:p>
    <w:p>
      <w:r>
        <w:t>وكل جيم الف بالظرورة ما دام الف لا دائما</w:t>
      </w:r>
    </w:p>
    <w:p>
      <w:r>
        <w:t>نعم</w:t>
      </w:r>
    </w:p>
    <w:p>
      <w:r>
        <w:t>النتيجة يقول عرفية او ليس عرفية مطلقة عامة يعني مطلق مطلق الدخول</w:t>
      </w:r>
    </w:p>
    <w:p>
      <w:r>
        <w:t>لماذا الضرورة تختفي من النتيجة؟ تختفي لان الضرورة تابعة للوصف</w:t>
      </w:r>
    </w:p>
    <w:p>
      <w:r>
        <w:t>اذا اختفى الوصف اه من اختفى الوصف من اه من القياس او من من تابعة للحد الاوسط</w:t>
      </w:r>
    </w:p>
    <w:p>
      <w:r>
        <w:t>انك انت عكست كل الف جيم بالظرورة مادة ماء الف لا دائما</w:t>
      </w:r>
    </w:p>
    <w:p>
      <w:r>
        <w:t>ثم تقول لا شيء من جيم باء لا دائما</w:t>
      </w:r>
    </w:p>
    <w:p>
      <w:r>
        <w:t>احذف الحد الاوسط جيم</w:t>
      </w:r>
    </w:p>
    <w:p>
      <w:r>
        <w:t>فتأتي القضية طبعا اه السلب يبقى وتنتج صغرى اه مطلقة عامة يعني مطلق الدخول</w:t>
      </w:r>
    </w:p>
    <w:p>
      <w:r>
        <w:t>فاذا اردنا ان ننتج نقول هكذا</w:t>
      </w:r>
    </w:p>
    <w:p>
      <w:r>
        <w:t>الف جيم بالضرورة ما دام الف لا دائما اذا هنا جيم هو الحد الاوسط تأتي بالصورة لا شيء من جيم باء لا دائما اذا جيم صار هو الحد الاوسط في الشكل الاول احذف جيم عندك هنا اه كيف يكون التصادق؟ عندك الخروج من الوجود غير الضروري والدخول الى الوجود الضروري ببركة الوصف</w:t>
      </w:r>
    </w:p>
    <w:p>
      <w:r>
        <w:t>نعم كيف</w:t>
      </w:r>
    </w:p>
    <w:p>
      <w:r>
        <w:t>يعني النتيجة بالأخص في مقدمته عندنا الخروج غير ضروري مقطعي يعني يمكن ان يكون هناك دخول غير ضروري مقطعي هذا ينسجم مع هذا مض ينسجم مع الاخرى مع كل الف جيم بالضرورة لان موجبة موجبة موجبة آآ ينتج ماذا? ينتج آآ سلبا موجبة جزئية دخول لأن الذي نطمئن له هو التلاقي بين الف وباء على الأقل تلاقي مقطعي</w:t>
      </w:r>
    </w:p>
    <w:p>
      <w:r>
        <w:t>تلاقي مقطعي</w:t>
      </w:r>
    </w:p>
    <w:p>
      <w:r>
        <w:t>نعم</w:t>
      </w:r>
    </w:p>
    <w:p>
      <w:r>
        <w:t>بأن نجعل الكبرى صغرى والإيجاب اللازم الصغرى كبرى نعم الإيجاب اللازم للصغرى الكبرى</w:t>
      </w:r>
    </w:p>
    <w:p>
      <w:r>
        <w:t>انظر يعني نجعل هكذا كل الف جيم بالضرورة ما دام لا دائما</w:t>
      </w:r>
    </w:p>
    <w:p>
      <w:r>
        <w:t>ثم الكبرى لا شيء من جيم بلد دائما يعني فيه خروج من الوجود غير ضروري مقطعي ما معناه? يعني فيه دخول وجودي مقطعي</w:t>
      </w:r>
    </w:p>
    <w:p>
      <w:r>
        <w:t>انت نحي هذا السلب ركز على الدخول الوجودي المقطعي</w:t>
      </w:r>
    </w:p>
    <w:p>
      <w:r>
        <w:t>نعم حتى هذا الدخول غير ضروري الخروج غير ضروري الدخول غير ضروري هذه هي الوجودية</w:t>
      </w:r>
    </w:p>
    <w:p>
      <w:r>
        <w:t>مع الكبرى كل الف جيم بالضرورة مادة ما الف لا دائما هذا يجعلها صغرى</w:t>
      </w:r>
    </w:p>
    <w:p>
      <w:r>
        <w:t>تصير القضية موجبة</w:t>
      </w:r>
    </w:p>
    <w:p>
      <w:r>
        <w:t>النتيجة تكون جزئية لأن التقاطع جزئي آآ وتكون مطلقة عامة يعني ما معناه? يعني الدخول فقط دار الوجود لأن الضرورة تختفي نعم لأن الصغرى ليست ضرورية التي صارت عند القلب كبرى</w:t>
      </w:r>
    </w:p>
    <w:p>
      <w:r>
        <w:t>نعم</w:t>
      </w:r>
    </w:p>
    <w:p>
      <w:r>
        <w:t>يقول ان بان تجعل الكبرى صورة هذه الكبرى كل الف جيم بالضرورة ما دام الف لا دائما جعلها صغرى والايجاب اللازم لصغرى كبرى او الاجابة يعني بان تجعل الاجابة اللازم لصورة كبرى</w:t>
      </w:r>
    </w:p>
    <w:p>
      <w:r>
        <w:t>الصغرى ما هي? لا شيء من جيم با لا دائما</w:t>
      </w:r>
    </w:p>
    <w:p>
      <w:r>
        <w:t>يعني فيه خروج من دار الوجود المقطعي غير ضروري</w:t>
      </w:r>
    </w:p>
    <w:p>
      <w:r>
        <w:t>ما معناه? يعني يمكن الدخول يعني الدخول دار الوجود هذا هو الايجاب</w:t>
      </w:r>
    </w:p>
    <w:p>
      <w:r>
        <w:t>نعم</w:t>
      </w:r>
    </w:p>
    <w:p>
      <w:r>
        <w:t>فتكون القضية هكذا</w:t>
      </w:r>
    </w:p>
    <w:p>
      <w:r>
        <w:t>كل جيم باء لا دائما</w:t>
      </w:r>
    </w:p>
    <w:p>
      <w:r>
        <w:t>كل جيم بلى دائما فيأتي من الشكل الشكل الأول تخرج النتيجة</w:t>
      </w:r>
    </w:p>
    <w:p>
      <w:r>
        <w:t>تخرج النتيجة كل باء الف اعكسها</w:t>
      </w:r>
    </w:p>
    <w:p>
      <w:r>
        <w:t>بعض اه الف باء هذا هو فقط دخول بعض الف باء فقط</w:t>
      </w:r>
    </w:p>
    <w:p>
      <w:r>
        <w:t>اه اطلاقا</w:t>
      </w:r>
    </w:p>
    <w:p>
      <w:r>
        <w:t>اه المطلقة العامة يعني الاطلاق العام</w:t>
      </w:r>
    </w:p>
    <w:p>
      <w:r>
        <w:t>يعني الدخول فقط التواجد فقط</w:t>
      </w:r>
    </w:p>
    <w:p>
      <w:r>
        <w:t>نعم هذا بالنسبة الى الصورة</w:t>
      </w:r>
    </w:p>
    <w:p>
      <w:r>
        <w:t>لو في سبورة المسألة تتضح جيدا لان اولا تعمل القلب تخرج نتيجة تعكسها</w:t>
      </w:r>
    </w:p>
    <w:p>
      <w:r>
        <w:t>وآآ القلب لا يكون بالمقدمة السالبة الكبرى السالبة تكون بما يلازمها لأن دائما الدخول والمقطع عندنا قضية قضية موجهة وقضية سالبة</w:t>
      </w:r>
    </w:p>
    <w:p>
      <w:r>
        <w:t>نعم خليني اعيد التطبيق لأن المسألة مبهمة لأنها الخيال لا يمكن ان يضبطها</w:t>
      </w:r>
    </w:p>
    <w:p>
      <w:r>
        <w:t>مثاله لا شيء من جيب لا دائما ما معناه؟ يعني خروج من دار الوجود لا شيء</w:t>
      </w:r>
    </w:p>
    <w:p>
      <w:r>
        <w:t>الكلي غير ضروري</w:t>
      </w:r>
    </w:p>
    <w:p>
      <w:r>
        <w:t>يعني كل من صدق عليه جيم لا يصدق عليه يبقى في مقطع ما</w:t>
      </w:r>
    </w:p>
    <w:p>
      <w:r>
        <w:t>هل هذا الصدق لا صدق ظروري? يعني عدم التصادق ليس ضروريا</w:t>
      </w:r>
    </w:p>
    <w:p>
      <w:r>
        <w:t>ما معنى? يعني في مقطع اخر يكون</w:t>
      </w:r>
    </w:p>
    <w:p>
      <w:r>
        <w:t>اه كل جيم لا دائم</w:t>
      </w:r>
    </w:p>
    <w:p>
      <w:r>
        <w:t>انا مقطعية</w:t>
      </w:r>
    </w:p>
    <w:p>
      <w:r>
        <w:t>كل جيبة لا ذ هذا هو معنى وكل جيم الف بالظرورة ما دام الف دائما هذا كذلك دخول ضروري مقطعي ببركة الوصف فانه ينتج بحسب الرد الى الاول بالقلب اذا قلبت بان نجعل كيف نقلب بان نجعل الكبرى الكبرى صغرى يعني كل الف جيم بالضرورة ما دام الف لا دائما اجعلها صغرى</w:t>
      </w:r>
    </w:p>
    <w:p>
      <w:r>
        <w:t>وبان نجعل الاجابة اللازم للصغرى كبرى</w:t>
      </w:r>
    </w:p>
    <w:p>
      <w:r>
        <w:t>ما هو هذا الايجاب اللازم لصغرى كبرى? صغرى لا من جيم بلى دائما في مقطع فيه خروج من الوجود غير ضروري</w:t>
      </w:r>
    </w:p>
    <w:p>
      <w:r>
        <w:t>اذا عندنا دخول آآ الى الوجود كذلك غير ضروري ومقطعي ما معناه يعني كل لا دائما</w:t>
      </w:r>
    </w:p>
    <w:p>
      <w:r>
        <w:t>كل دائما</w:t>
      </w:r>
    </w:p>
    <w:p>
      <w:r>
        <w:t>حينها نحصل الشكل الاول</w:t>
      </w:r>
    </w:p>
    <w:p>
      <w:r>
        <w:t>يعني كل جيم كل الف جيم باء بالضرورة ما دام لا ما دام الف لا دائما هذه هي المشروطة الخاصة ببركة الوصف</w:t>
      </w:r>
    </w:p>
    <w:p>
      <w:r>
        <w:t>هذه الصغرى الكبرى ما هي? كل دين بالة دائما</w:t>
      </w:r>
    </w:p>
    <w:p>
      <w:r>
        <w:t>كل النتيجة ما هي? كل باء الف لا دائما كل الف باء لا دائما</w:t>
      </w:r>
    </w:p>
    <w:p>
      <w:r>
        <w:t>يعني دخول في الوجود فقط</w:t>
      </w:r>
    </w:p>
    <w:p>
      <w:r>
        <w:t>اي نعم اقلبها</w:t>
      </w:r>
    </w:p>
    <w:p>
      <w:r>
        <w:t>لان الية القلب النتيجة يجب ان تعكسها</w:t>
      </w:r>
    </w:p>
    <w:p>
      <w:r>
        <w:t>هكذا بعض الف لام لا دائما</w:t>
      </w:r>
    </w:p>
    <w:p>
      <w:r>
        <w:t>يعني الدخول دار الوجود فقط</w:t>
      </w:r>
    </w:p>
    <w:p>
      <w:r>
        <w:t>نعم ولهذا يقول بان نجعل الكبرى صغرى والايجاب اللازم للصغرى الكبرى</w:t>
      </w:r>
    </w:p>
    <w:p>
      <w:r>
        <w:t>يعني لا تجعل الصغرى كبرى فقط</w:t>
      </w:r>
    </w:p>
    <w:p>
      <w:r>
        <w:t>لا</w:t>
      </w:r>
    </w:p>
    <w:p>
      <w:r>
        <w:t>اجعل المقطع الاخر</w:t>
      </w:r>
    </w:p>
    <w:p>
      <w:r>
        <w:t>عندنا سلب اجعل الايجاب هذا هو اللازم للصورة</w:t>
      </w:r>
    </w:p>
    <w:p>
      <w:r>
        <w:t>موجبة جزئية مطلقة عامة</w:t>
      </w:r>
    </w:p>
    <w:p>
      <w:r>
        <w:t>يعني هكذا تقول بعض الف بلى دائما</w:t>
      </w:r>
    </w:p>
    <w:p>
      <w:r>
        <w:t>لان الصورة تستلزم انظر</w:t>
      </w:r>
    </w:p>
    <w:p>
      <w:r>
        <w:t>لان الصغرى ما هي الصغرى لا شيء من دائما تستلزم كل جنب الاطلاق العام</w:t>
      </w:r>
    </w:p>
    <w:p>
      <w:r>
        <w:t>يعني مطلق الدخول مطلق الدخول</w:t>
      </w:r>
    </w:p>
    <w:p>
      <w:r>
        <w:t>نعم</w:t>
      </w:r>
    </w:p>
    <w:p>
      <w:r>
        <w:t>فتجعل فتجعل كبرى للصغرى ويحصل قياس من موجبتين كليتين صغراه مشروطة خاصة</w:t>
      </w:r>
    </w:p>
    <w:p>
      <w:r>
        <w:t>نعم</w:t>
      </w:r>
    </w:p>
    <w:p>
      <w:r>
        <w:t>سورة مشروطة خاصة يعني هذه هي وكل الف جيم بالضرورة ما دام الف دائما</w:t>
      </w:r>
    </w:p>
    <w:p>
      <w:r>
        <w:t>وكبراه مطلقة في الاول نعم وينتج موجب كلية مطلقة تنعكس موجب جزئية مطلقة</w:t>
      </w:r>
    </w:p>
    <w:p>
      <w:r>
        <w:t>اما يعني بعض الف باء بعض الف باء</w:t>
      </w:r>
    </w:p>
    <w:p>
      <w:r>
        <w:t>انت اكتب هذه الاقيسا بهذا الترتيب تتضح لك الامر</w:t>
      </w:r>
    </w:p>
    <w:p>
      <w:r>
        <w:t>وبحسب الكبرى</w:t>
      </w:r>
    </w:p>
    <w:p>
      <w:r>
        <w:t>الكبرى ما هي? كل الف جيم بالضرورة ما دام الف لا دائما</w:t>
      </w:r>
    </w:p>
    <w:p>
      <w:r>
        <w:t>يعني كل من صدق عليه عنوان الف من المصاديق</w:t>
      </w:r>
    </w:p>
    <w:p>
      <w:r>
        <w:t>يصدق عليه عنوان جيم بالضرورة الى انه مقطعي ما دام الوصف موجود</w:t>
      </w:r>
    </w:p>
    <w:p>
      <w:r>
        <w:t>اذا ارتفع الوصف بعد تصادق ما موجود</w:t>
      </w:r>
    </w:p>
    <w:p>
      <w:r>
        <w:t>هذي هي مؤدى اه القضية</w:t>
      </w:r>
    </w:p>
    <w:p>
      <w:r>
        <w:t>اذا فهمت مؤدى القضايا كلش اسهال</w:t>
      </w:r>
    </w:p>
    <w:p>
      <w:r>
        <w:t>وبحسب الكبرى مطلقة عامة</w:t>
      </w:r>
    </w:p>
    <w:p>
      <w:r>
        <w:t>يعني اذا ركزنا على الكبرى ليس على الصورة مطلقة عامة سالبة كلية</w:t>
      </w:r>
    </w:p>
    <w:p>
      <w:r>
        <w:t>لماذا سالبة كلية? لانه يشتغل على الكبرى</w:t>
      </w:r>
    </w:p>
    <w:p>
      <w:r>
        <w:t>الصغرى يخليها كما هي</w:t>
      </w:r>
    </w:p>
    <w:p>
      <w:r>
        <w:t>نعم لا يأتي بلازمها الموجب</w:t>
      </w:r>
    </w:p>
    <w:p>
      <w:r>
        <w:t>خليها هكذا لا شيء من جيم باء لا دائما</w:t>
      </w:r>
    </w:p>
    <w:p>
      <w:r>
        <w:t>كل الف جيم بالظرورة ما دام الف لا دائما</w:t>
      </w:r>
    </w:p>
    <w:p>
      <w:r>
        <w:t>ما هي النتيجة? نعم اه الصغرى مشروطة خاصة</w:t>
      </w:r>
    </w:p>
    <w:p>
      <w:r>
        <w:t>نعم صورة مشروطة خاصة وكبرى نعم</w:t>
      </w:r>
    </w:p>
    <w:p>
      <w:r>
        <w:t>اه وبحسب الكبرى مطلقة عامة اية النتيجة مطلقة عامة سالبة كليا</w:t>
      </w:r>
    </w:p>
    <w:p>
      <w:r>
        <w:t>نعم</w:t>
      </w:r>
    </w:p>
    <w:p>
      <w:r>
        <w:t>يعني تقول هكذا اه اه مطلقة عامة سالبة كليا</w:t>
      </w:r>
    </w:p>
    <w:p>
      <w:r>
        <w:t>عندك انت لا شيء من دائما وكل الف جيم بالضرورة مادام الف لا دائما الصغرى خليها كما هي لا شيء من جيم الا دائما يعني في خروج وجود مقطعي غير ضروري</w:t>
      </w:r>
    </w:p>
    <w:p>
      <w:r>
        <w:t>ما معنى هذا الكلام? يعني يمكن ان يتصادق</w:t>
      </w:r>
    </w:p>
    <w:p>
      <w:r>
        <w:t>هذا الخروج غير ضروري يمكن ان ان يعود جيم بباء ولكن هذا العود غير ضروري نعم الدخول فقط</w:t>
      </w:r>
    </w:p>
    <w:p>
      <w:r>
        <w:t>دخول غير ظروري جيد هذه الصورة</w:t>
      </w:r>
    </w:p>
    <w:p>
      <w:r>
        <w:t>النتيجة تكون مطلقة عامة سالبة كليا</w:t>
      </w:r>
    </w:p>
    <w:p>
      <w:r>
        <w:t>لان لانه قياس كبراه كلية مشروطة خاصة</w:t>
      </w:r>
    </w:p>
    <w:p>
      <w:r>
        <w:t>هذه هي كل الف جيم بالضرورة ما دام الف لا دائما</w:t>
      </w:r>
    </w:p>
    <w:p>
      <w:r>
        <w:t>هذه هي كلية مشروطة خاصة</w:t>
      </w:r>
    </w:p>
    <w:p>
      <w:r>
        <w:t>يعني الدوخ وصفي ظروري غير اه شامل مقطعي</w:t>
      </w:r>
    </w:p>
    <w:p>
      <w:r>
        <w:t>او عرفية خاصة عرفية خاصة يعني اه تقول هكذا</w:t>
      </w:r>
    </w:p>
    <w:p>
      <w:r>
        <w:t>كل الف جيم ما دام الف لا دائما</w:t>
      </w:r>
    </w:p>
    <w:p>
      <w:r>
        <w:t>والعروف هي الخاصة تنزع فقط الظرورة فينتج القياس مع اي صورة اتفقت</w:t>
      </w:r>
    </w:p>
    <w:p>
      <w:r>
        <w:t>اي صورة اتفقت مطلقة عامة يعني دخول شامل في المصاديق سالبة كليا</w:t>
      </w:r>
    </w:p>
    <w:p>
      <w:r>
        <w:t>مطلقة عامة سالبة كلية</w:t>
      </w:r>
    </w:p>
    <w:p>
      <w:r>
        <w:t>كالشكل الثاني</w:t>
      </w:r>
    </w:p>
    <w:p>
      <w:r>
        <w:t>نعم</w:t>
      </w:r>
    </w:p>
    <w:p>
      <w:r>
        <w:t>الشكل الثاني اه اذا اه طبعا اذا عكسنا مثلا الكبرى عكسنا الصغرى لا شيء من لا دائما</w:t>
      </w:r>
    </w:p>
    <w:p>
      <w:r>
        <w:t>اه نقول لا شيء من بال دائما فيأتي الشكل الثاني احذف جيم النتيجة لا شيء من باء اه لا شيء من باء لا دائما هذه هي او تقول لا شيء من جيم باء مطلقا هو قال عرفي اه آآ مطلقة عامة يعني تقول مطلقة عامة يعني تقول لا شيء آآ من باء الف مطلقا نعم لانه قياس كبراه كلية مشروطة خاصة بيناه كل كل الف جيم بالضرورة ما دام الف لا دائما او عرفية خاصة تنزع الضرورة فقط هي هي القضية بدون ضرورة هي العرفية الخاصة يعني هكذا كل الف جيم ليس بالضرورة هنا نقول كل الف جيم ما دام الف دائما هذه هي العرفية الخاصة فينتج القياس اي صورة اتفقت</w:t>
      </w:r>
    </w:p>
    <w:p>
      <w:r>
        <w:t>اي صورة اتفقت</w:t>
      </w:r>
    </w:p>
    <w:p>
      <w:r>
        <w:t>مطلقة عامة سالبة كليا</w:t>
      </w:r>
    </w:p>
    <w:p>
      <w:r>
        <w:t>كالشكل الثاني</w:t>
      </w:r>
    </w:p>
    <w:p>
      <w:r>
        <w:t>واذا ظممنا ظممنا هذه السالبة الى موجب الجزئية المطلقة</w:t>
      </w:r>
    </w:p>
    <w:p>
      <w:r>
        <w:t>نعم الى السالئ ان ضممنا هذه اذا ضمن هذه السالبة الى الموجبة الجزئية المطلقة كانت النتيجة سالبة كلية مطلقة عامة</w:t>
      </w:r>
    </w:p>
    <w:p>
      <w:r>
        <w:t>لماذا اه لماذا النظم? واذا ضممنا هذه السالبة الى الموجب الجزئي الم الموجبة الجزئية المطلقة نعم كانت نتيجة سالبة كلية مطلقة عامة وجودية لا دائمية في البعض واليه اشار بقوله ويكون في هي مقيدة بان يصدق الوجود في بعضها</w:t>
      </w:r>
    </w:p>
    <w:p>
      <w:r>
        <w:t>نعم</w:t>
      </w:r>
    </w:p>
    <w:p>
      <w:r>
        <w:t>يعني تقول هكذا لا شيء من جيمبالا دائما يعني ممكن تعكسها هذه</w:t>
      </w:r>
    </w:p>
    <w:p>
      <w:r>
        <w:t>سالبة الكلية تنعكس مثل نفسها يعني تستطيع ان تقول لا شيء من باجيم لا دائما</w:t>
      </w:r>
    </w:p>
    <w:p>
      <w:r>
        <w:t>الكبرى وكل الف جي بالظرورة ما دام عرفنا دائما عندك الشكل الثاني</w:t>
      </w:r>
    </w:p>
    <w:p>
      <w:r>
        <w:t>احذف جيم اه تقول لا شيء لا شيء من باء الف</w:t>
      </w:r>
    </w:p>
    <w:p>
      <w:r>
        <w:t>بالاطلاق</w:t>
      </w:r>
    </w:p>
    <w:p>
      <w:r>
        <w:t>نعم</w:t>
      </w:r>
    </w:p>
    <w:p>
      <w:r>
        <w:t>لا شيء من الف لا شيء من باء</w:t>
      </w:r>
    </w:p>
    <w:p>
      <w:r>
        <w:t>بالاطلاق</w:t>
      </w:r>
    </w:p>
    <w:p>
      <w:r>
        <w:t>جيد</w:t>
      </w:r>
    </w:p>
    <w:p>
      <w:r>
        <w:t>وصلنا الى السالبة</w:t>
      </w:r>
    </w:p>
    <w:p>
      <w:r>
        <w:t>واذا ظننا هذه السالبة الى الموجبة الجزئية المطلقة</w:t>
      </w:r>
    </w:p>
    <w:p>
      <w:r>
        <w:t>هو هنا اه لماذا اذا ظننا هذه السالبة الى الموجب الجزء المطلقة</w:t>
      </w:r>
    </w:p>
    <w:p>
      <w:r>
        <w:t>يعني الى نقيض النقيض الصغرى</w:t>
      </w:r>
    </w:p>
    <w:p>
      <w:r>
        <w:t>من النقيض الصغرى يعني عندك انت خروج مقطعي يمكن يكون هناك دخول مقطعي نقيض نقيض نعم كانت النتيجة سالبة كليا مطلقة عامة</w:t>
      </w:r>
    </w:p>
    <w:p>
      <w:r>
        <w:t>نعم</w:t>
      </w:r>
    </w:p>
    <w:p>
      <w:r>
        <w:t>ووجودية لا دائمية في البعض</w:t>
      </w:r>
    </w:p>
    <w:p>
      <w:r>
        <w:t>نعم</w:t>
      </w:r>
    </w:p>
    <w:p>
      <w:r>
        <w:t>صحيح</w:t>
      </w:r>
    </w:p>
    <w:p>
      <w:r>
        <w:t>اما ان تسلب يعني عدم الدخول مطلقا او الدخول مطلقا</w:t>
      </w:r>
    </w:p>
    <w:p>
      <w:r>
        <w:t>لماذا? لان مقطع دائما اذا جئنا بقيد الله دائمي يعني عندنا فمرة تنتج سالبة يعني عدم الدخول بالاطلاق يعني مطلق عدم الدخول وموراها الدخول غير ضروري نعم الدخول غير ضروري لماذا? لان الصغرى غير ضرورية نعم كانت النتيجة سالبة كلية مطلقة عامة نعم ووجودية لا دائمية يعني في السلب رفع وفي الايجاب دخول نعم وجودية لا دائمية في البعض يعني فقط واليه اشار بقوله ويكون وتكون هي النتيجة مقيدة بان يصدق الوجود في بعضها</w:t>
      </w:r>
    </w:p>
    <w:p>
      <w:r>
        <w:t>نعم</w:t>
      </w:r>
    </w:p>
    <w:p>
      <w:r>
        <w:t>اذا عدم التصادق بين باجين عدم التصادق المقطعي</w:t>
      </w:r>
    </w:p>
    <w:p>
      <w:r>
        <w:t>ما معنى المقطعي? يعني في مساحة يمكن التصادق يمكن التواجد</w:t>
      </w:r>
    </w:p>
    <w:p>
      <w:r>
        <w:t>يعني هذا عدم التصادق ليس ضروريا</w:t>
      </w:r>
    </w:p>
    <w:p>
      <w:r>
        <w:t>اذا يمكن الدخول دار الوجود</w:t>
      </w:r>
    </w:p>
    <w:p>
      <w:r>
        <w:t>دخل دار الوجود</w:t>
      </w:r>
    </w:p>
    <w:p>
      <w:r>
        <w:t>دخل الوجوب مقطعيا</w:t>
      </w:r>
    </w:p>
    <w:p>
      <w:r>
        <w:t>هذا هو الايجاب</w:t>
      </w:r>
    </w:p>
    <w:p>
      <w:r>
        <w:t>دخول مقطعي</w:t>
      </w:r>
    </w:p>
    <w:p>
      <w:r>
        <w:t>فانت تختار في القياس اذا بنيت على الخروج تعطيك سالبة</w:t>
      </w:r>
    </w:p>
    <w:p>
      <w:r>
        <w:t>مم سالبة مقيدة آآ بالإطلاق</w:t>
      </w:r>
    </w:p>
    <w:p>
      <w:r>
        <w:t>يعني الإطلاق يعني المطلقة العامة</w:t>
      </w:r>
    </w:p>
    <w:p>
      <w:r>
        <w:t>عدم الدخول فقط</w:t>
      </w:r>
    </w:p>
    <w:p>
      <w:r>
        <w:t>فقط عدم الدخول فقط</w:t>
      </w:r>
    </w:p>
    <w:p>
      <w:r>
        <w:t>اذا قيدتها بالموجبة يعني الدخول الايجابي مع الكبرى كل الف جيم بالظرورة ما دام الف لا دائما ماذا تعطيك? تعطي الدخول فقط</w:t>
      </w:r>
    </w:p>
    <w:p>
      <w:r>
        <w:t>خروج فقط ودخول فقط</w:t>
      </w:r>
    </w:p>
    <w:p>
      <w:r>
        <w:t>مطلقة مطلق عامة يعني عدم عدم الدخول عدم التصادم والتصادق المقطعي غير ضروري التي هي الوجودية وتكون في بعض المصادق لا تكون في كل المصاديق</w:t>
      </w:r>
    </w:p>
    <w:p>
      <w:r>
        <w:t>نعم</w:t>
      </w:r>
    </w:p>
    <w:p>
      <w:r>
        <w:t>قال واما ان لم يختلفا فالحكم ظاهرهم</w:t>
      </w:r>
    </w:p>
    <w:p>
      <w:r>
        <w:t>يختلف يعني بالا وذلك كالصغرى المذكورة الصغرى المذكورة يعني لا شيء من جيم باء لا دائما</w:t>
      </w:r>
    </w:p>
    <w:p>
      <w:r>
        <w:t>نعم</w:t>
      </w:r>
    </w:p>
    <w:p>
      <w:r>
        <w:t>يعني هذه هي المطلقة العامة</w:t>
      </w:r>
    </w:p>
    <w:p>
      <w:r>
        <w:t>مع الكبرى الضرورية</w:t>
      </w:r>
    </w:p>
    <w:p>
      <w:r>
        <w:t>مع الكبرى الضرور فانها تنتج بحسب الايجاب بحسب الايجاب يعني لا تركز على الصغرى على الجهة السلبية على الخروج التصادقي ركز على الدخول التصادقي</w:t>
      </w:r>
    </w:p>
    <w:p>
      <w:r>
        <w:t>نعم اكتب هذه المصطلحات جميلة</w:t>
      </w:r>
    </w:p>
    <w:p>
      <w:r>
        <w:t>خروج التصادق والدخول التصادقي</w:t>
      </w:r>
    </w:p>
    <w:p>
      <w:r>
        <w:t>دائما في القضية التي تقيد باللا دائمية اذا كنا في الايجاب دخول تصادقي وخروج تصادقي</w:t>
      </w:r>
    </w:p>
    <w:p>
      <w:r>
        <w:t>اذا كنا في الايجاب كذلك دخول وخروج تصادقي</w:t>
      </w:r>
    </w:p>
    <w:p>
      <w:r>
        <w:t>اذا شكلت القياس يمكن ان تركز على وعلى السلب</w:t>
      </w:r>
    </w:p>
    <w:p>
      <w:r>
        <w:t>يعني عندك انت عندك انت آآ فرصة فرصة ايجابية وفرصة فرصة سلبية</w:t>
      </w:r>
    </w:p>
    <w:p>
      <w:r>
        <w:t>نعم</w:t>
      </w:r>
    </w:p>
    <w:p>
      <w:r>
        <w:t>واما اذا ان لم يختلفا يعني واحدة موجبة والثانية موجبة او الاولى سالبة والثانية سالبة</w:t>
      </w:r>
    </w:p>
    <w:p>
      <w:r>
        <w:t>فالحكم ظاهرون</w:t>
      </w:r>
    </w:p>
    <w:p>
      <w:r>
        <w:t>وذلك كالصغرى المذكورة</w:t>
      </w:r>
    </w:p>
    <w:p>
      <w:r>
        <w:t>الصورة المذكورة ما هي? لا شيء من جيم بلد يعني عدم التصادق المقطوع المقطعي غير ظروري مع الكبرى الظرورية</w:t>
      </w:r>
    </w:p>
    <w:p>
      <w:r>
        <w:t>فانها تنتج بحسب الايجاب</w:t>
      </w:r>
    </w:p>
    <w:p>
      <w:r>
        <w:t>عندك انت السرب ما دخل الايجاب هنا لان الخروج المقطع يعني الخروج التصادقي المقطعي يلازمه دخول تصادق مقطعي</w:t>
      </w:r>
    </w:p>
    <w:p>
      <w:r>
        <w:t>ركز على الدخول التصادقي المقطعي هذا هو آآ معناه فانه تنتج بحسب الايجاب المذكور في الشكل الاول والثالث مطلقة موجبة جزئية مخالفة للصغرى كيفان نعم لان الصغرى سالبة نحن تركناها دخلنا في ركزنا على التداخل الايجابي المقطعي</w:t>
      </w:r>
    </w:p>
    <w:p>
      <w:r>
        <w:t>حتما تخالفها</w:t>
      </w:r>
    </w:p>
    <w:p>
      <w:r>
        <w:t>والتصادق يكون جزئيا</w:t>
      </w:r>
    </w:p>
    <w:p>
      <w:r>
        <w:t>نعم</w:t>
      </w:r>
    </w:p>
    <w:p>
      <w:r>
        <w:t>فانها تنتج بحسب الايجاب المذكور في الشكل الاول والثالث مطلقة موجب الجزئية يعني دخول فقط</w:t>
      </w:r>
    </w:p>
    <w:p>
      <w:r>
        <w:t>دخول تواجدي فقط مخالفة للصغرى كيفا</w:t>
      </w:r>
    </w:p>
    <w:p>
      <w:r>
        <w:t>الصغرى سالبة ركزنا على الدخول التصادقي تكون موجبة</w:t>
      </w:r>
    </w:p>
    <w:p>
      <w:r>
        <w:t>ولي المقدمتين كمان صغرى كلية لا شيء من جبل دائما والكبرى وكل الف جيم يقول النتيجة تخالفهم في الكمية لان تكون جزئية لا تكون كلية</w:t>
      </w:r>
    </w:p>
    <w:p>
      <w:r>
        <w:t>عليه فيما عدا ذلك</w:t>
      </w:r>
    </w:p>
    <w:p>
      <w:r>
        <w:t>نعم</w:t>
      </w:r>
    </w:p>
    <w:p>
      <w:r>
        <w:t>اقول هذا هو القسم الثاني من القسم الثاني وهو الذي يكون المنتج على وجهين لا يكون بينهما عموم وخصوص وليس بينهما اختلاف بالكيف</w:t>
      </w:r>
    </w:p>
    <w:p>
      <w:r>
        <w:t>وحكمه ظهر وذلك كالصغرى الوجودية الكبرى الظرورية كقولنا لا شيء من جيمبا لا دائما هي نفسها سابقة ما معنى هذه? بيناها ونكررها خروج خروج التصادق يعني عدم التصادق المقطعي غير ضروري</w:t>
      </w:r>
    </w:p>
    <w:p>
      <w:r>
        <w:t>ما معناه? يعني يمكن ان يكون في الوجود تصادق</w:t>
      </w:r>
    </w:p>
    <w:p>
      <w:r>
        <w:t>هذا هو معناه</w:t>
      </w:r>
    </w:p>
    <w:p>
      <w:r>
        <w:t>وكل الف جيم بالضرورة</w:t>
      </w:r>
    </w:p>
    <w:p>
      <w:r>
        <w:t>كل الف جيم بالضرورة</w:t>
      </w:r>
    </w:p>
    <w:p>
      <w:r>
        <w:t>يعني هنا دخول تصادقي ضروري</w:t>
      </w:r>
    </w:p>
    <w:p>
      <w:r>
        <w:t>نعم</w:t>
      </w:r>
    </w:p>
    <w:p>
      <w:r>
        <w:t>فانها تنتج بحسب بحسب الايجاب يعني الصغرى سالبة رحل ما يلازمها من الايجاب</w:t>
      </w:r>
    </w:p>
    <w:p>
      <w:r>
        <w:t>يعني تقول هكذا لا شيء من لا دائما خروج خروج تصادقي مقطعي رحل الدخول</w:t>
      </w:r>
    </w:p>
    <w:p>
      <w:r>
        <w:t>التصادقي المقطعي ماذا تقول? تقول آآ كل جيم ب لا دائما بحسب الايجاب الذي هو الصغرى بالرد الى الشكل الاول والثالث طبعا بعملية القلب مطلقة عامة موجبة جزئية</w:t>
      </w:r>
    </w:p>
    <w:p>
      <w:r>
        <w:t>يعني النتيجة ماذا تكون? تكون آآ بعض الف باء</w:t>
      </w:r>
    </w:p>
    <w:p>
      <w:r>
        <w:t>بل اطلاق العاء</w:t>
      </w:r>
    </w:p>
    <w:p>
      <w:r>
        <w:t>يعني الدخول فقط</w:t>
      </w:r>
    </w:p>
    <w:p>
      <w:r>
        <w:t>فان الصغرى تتضمن كل جيم باب الاطلاق</w:t>
      </w:r>
    </w:p>
    <w:p>
      <w:r>
        <w:t>هذا هو الايجاب</w:t>
      </w:r>
    </w:p>
    <w:p>
      <w:r>
        <w:t>الدخول الدخول لدار الوجود</w:t>
      </w:r>
    </w:p>
    <w:p>
      <w:r>
        <w:t>عندك لا شيء من جيمبالا دائما يعني خروج مقطعي يلازم ماذا? دخول مقطعي</w:t>
      </w:r>
    </w:p>
    <w:p>
      <w:r>
        <w:t>نعم هذا هو الدخول المقطعي</w:t>
      </w:r>
    </w:p>
    <w:p>
      <w:r>
        <w:t>كل باب الاطلاق يعني مطلق الدخول</w:t>
      </w:r>
    </w:p>
    <w:p>
      <w:r>
        <w:t>فاذا جعلناه كبرى للكبرى كبرى للكبرى يعني كل دين بالاطلاق كبرى لمن? للكبرى ما هي الكبرى? وكل الف جيم بالظرورة ما دام الف لا دائما او لا كبرى هنا عندنا كل كل الف جيم بالظرورة نعم فعندك انت كل بالاطلاق وكل الف جيم بالضرورة</w:t>
      </w:r>
    </w:p>
    <w:p>
      <w:r>
        <w:t>نعم</w:t>
      </w:r>
    </w:p>
    <w:p>
      <w:r>
        <w:t>فاذا جعلنا كبرى للكبرى حصل قياس في الشكل الاول طبعا بالقلب اذا قلبنا شكل اول صغراه ضرور نعم وكبره مطلقة موجبتان كلية وينتج مطلقة عامة موجبة كليا</w:t>
      </w:r>
    </w:p>
    <w:p>
      <w:r>
        <w:t>ينتج هكذا كل الف باء</w:t>
      </w:r>
    </w:p>
    <w:p>
      <w:r>
        <w:t>بالاطلاق</w:t>
      </w:r>
    </w:p>
    <w:p>
      <w:r>
        <w:t>وينعكس الى مطلق عم موجبة جزئية عكسها لان القلب تعكس</w:t>
      </w:r>
    </w:p>
    <w:p>
      <w:r>
        <w:t>تصير ماذا? اه كل الف باء بالاطلاق بعض باليف</w:t>
      </w:r>
    </w:p>
    <w:p>
      <w:r>
        <w:t>او بعض الف باء</w:t>
      </w:r>
    </w:p>
    <w:p>
      <w:r>
        <w:t>ما فيه مشكل</w:t>
      </w:r>
    </w:p>
    <w:p>
      <w:r>
        <w:t>نعم وينعكس الى مطلقة عامة موجبة جزئية هذا بحسب الرد الى الشكل الاول</w:t>
      </w:r>
    </w:p>
    <w:p>
      <w:r>
        <w:t>اما بحسب الرد الى الثالث الثالث ما معناه? يعني الحد الاوسط يكون موضوعا في المقدمة</w:t>
      </w:r>
    </w:p>
    <w:p>
      <w:r>
        <w:t>فلان نعكس الكبرى الضرورية الى مطلق وصفية هذه هي الكبرى كل الف جيم باء اعكسها انت كيف تنعكس? يعني اه لان نعكس الكبرى الظرورية الكبرى الظرورية يعني كل الف جيم بالظرورة الى مطلقة وصفية</w:t>
      </w:r>
    </w:p>
    <w:p>
      <w:r>
        <w:t>نعم</w:t>
      </w:r>
    </w:p>
    <w:p>
      <w:r>
        <w:t>مطلقة وصفية يعني تصير هكذا اه كل الجيم الف مد الف نعم فقط ما دام الف</w:t>
      </w:r>
    </w:p>
    <w:p>
      <w:r>
        <w:t>يعني هذه هي الوصفية</w:t>
      </w:r>
    </w:p>
    <w:p>
      <w:r>
        <w:t>ونجعل الموجبة التي تتضمنها الصغرى آآ الموجبة التي تتضمنها الصورة</w:t>
      </w:r>
    </w:p>
    <w:p>
      <w:r>
        <w:t>الصورة ما هي? آآ كل جيم باب الاطلاق</w:t>
      </w:r>
    </w:p>
    <w:p>
      <w:r>
        <w:t>صورة هكذا كل جيم ب كل جيم ب نعم هذه الصورة وبعض الف جيم حين وجيم لانه هو آآ عكسها عكسها صغرى كل الف جيم بالضرورة يصير بعض جيم الف مادام الف نعم وبعض الف جيم حين وجيم نعم اذا عكست انت عكست ان تقضي تعكس حتى صورة كل كل وبعض الف جيم هو حين هو جيم هي نفسها نفسها بعض جيم بعض جيم الف حين هو جيم</w:t>
      </w:r>
    </w:p>
    <w:p>
      <w:r>
        <w:t>بعد تنزع الحد الاوسط جيم لي هو موضوع في المقدمات ينتج بعض والف بالإطلاق العام يعني الدخول دار الوجود الجزئي فقط في بعض المصادر</w:t>
      </w:r>
    </w:p>
    <w:p>
      <w:r>
        <w:t>وهي النتيجة التي انتجها هذا الظرب بحسب الرد الى الأول</w:t>
      </w:r>
    </w:p>
    <w:p>
      <w:r>
        <w:t>وهذه النتيجة مخالفة للصغرى كيفا</w:t>
      </w:r>
    </w:p>
    <w:p>
      <w:r>
        <w:t>نعم</w:t>
      </w:r>
    </w:p>
    <w:p>
      <w:r>
        <w:t>بعض بعض الف اطلاق العام وفي الصغرى لا شيء منا</w:t>
      </w:r>
    </w:p>
    <w:p>
      <w:r>
        <w:t>نعم</w:t>
      </w:r>
    </w:p>
    <w:p>
      <w:r>
        <w:t>اه الصغرى كل جيم باب الاطلاق</w:t>
      </w:r>
    </w:p>
    <w:p>
      <w:r>
        <w:t>نعم</w:t>
      </w:r>
    </w:p>
    <w:p>
      <w:r>
        <w:t>وهذه النتيجة مخالفة للصورة كيفا</w:t>
      </w:r>
    </w:p>
    <w:p>
      <w:r>
        <w:t>النتيجة اه بعض الف بالاطلاق العام موجبة</w:t>
      </w:r>
    </w:p>
    <w:p>
      <w:r>
        <w:t>نعم</w:t>
      </w:r>
    </w:p>
    <w:p>
      <w:r>
        <w:t>وهذه النتيجة مخالفة للصورة كيف? لانه موجب او الصغرى سالبة</w:t>
      </w:r>
    </w:p>
    <w:p>
      <w:r>
        <w:t>الصغرى سالبة يعني اذا قلنا اه لا شيء من جيم لا دائما نعم</w:t>
      </w:r>
    </w:p>
    <w:p>
      <w:r>
        <w:t>وهذه النتيجة النتيجة ما هي بعض باليف بالاطلاق العام</w:t>
      </w:r>
    </w:p>
    <w:p>
      <w:r>
        <w:t>وهذه النتيجة مخالفة للصورة</w:t>
      </w:r>
    </w:p>
    <w:p>
      <w:r>
        <w:t>لان الصورة ما هي? لا شيء من جمبالها دائما</w:t>
      </w:r>
    </w:p>
    <w:p>
      <w:r>
        <w:t>نعم كيف لنموجب صورة سالبة? وللمقدمات كمان</w:t>
      </w:r>
    </w:p>
    <w:p>
      <w:r>
        <w:t>نعم</w:t>
      </w:r>
    </w:p>
    <w:p>
      <w:r>
        <w:t>كمن المقدمة اه الصغرى القياس لا شيء كليا كبرى القياس كل كل الف جيم بالضرورة كلية ونتيجة جزئية</w:t>
      </w:r>
    </w:p>
    <w:p>
      <w:r>
        <w:t>نعم وللمقدمة كما يعني اكتب اه المقدمة الصغرى كليا والمقدمة والكبرى كل النتيجة الجزئية لانها جزئية والمقدمتان كليتان</w:t>
      </w:r>
    </w:p>
    <w:p>
      <w:r>
        <w:t>نعم</w:t>
      </w:r>
    </w:p>
    <w:p>
      <w:r>
        <w:t>المسألة تحتاج الى سبورة فقط والا لا اقيسها جدا</w:t>
      </w:r>
    </w:p>
    <w:p>
      <w:r>
        <w:t>آآ سهلة فقط فقط</w:t>
      </w:r>
    </w:p>
    <w:p>
      <w:r>
        <w:t>تعمل هذه القاعدة في ذهنك</w:t>
      </w:r>
    </w:p>
    <w:p>
      <w:r>
        <w:t>ما هو? كل القضايا المصورة باللا دائمية</w:t>
      </w:r>
    </w:p>
    <w:p>
      <w:r>
        <w:t>عندك قضية قضية موجبة وقضية سالبة</w:t>
      </w:r>
    </w:p>
    <w:p>
      <w:r>
        <w:t>في القياس انت تختار المقطع الذي يساعدك</w:t>
      </w:r>
    </w:p>
    <w:p>
      <w:r>
        <w:t>مرة يساعدك السر ومرة يساعدك الايجاب تخرج النتيجة</w:t>
      </w:r>
    </w:p>
    <w:p>
      <w:r>
        <w:t>بآلية القلب نعم تقلب المقدمات الكبرى والكبرى سجل عليها صغرى</w:t>
      </w:r>
    </w:p>
    <w:p>
      <w:r>
        <w:t>تخرج النتيجة عكسها</w:t>
      </w:r>
    </w:p>
    <w:p>
      <w:r>
        <w:t>تخرج لك النتيجة</w:t>
      </w:r>
    </w:p>
    <w:p>
      <w:r>
        <w:t>سهلة</w:t>
      </w:r>
    </w:p>
    <w:p>
      <w:r>
        <w:t>اقسام القياسات المؤلفة من الشرطيات يأتي ان شاء الله</w:t>
      </w:r>
    </w:p>
    <w:p>
      <w:r>
        <w:t>اللهم صلي على محمد وآل محمد</w:t>
      </w:r>
    </w:p>
    <w:p>
      <w:r>
        <w:t>اللهم صلي على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