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اقسام القياسات المؤلفة من الشرطيات</w:t>
      </w:r>
    </w:p>
    <w:p>
      <w:r>
        <w:t>قال سائر الاقترانات اما المؤلفة من الشرط ياك? يعني عندك قياس اقتراني</w:t>
      </w:r>
    </w:p>
    <w:p>
      <w:r>
        <w:t>قياس اقتراني بالشرطيات</w:t>
      </w:r>
    </w:p>
    <w:p>
      <w:r>
        <w:t>ليس القياس الاستثنائي بعد ما وصلنا اليه</w:t>
      </w:r>
    </w:p>
    <w:p>
      <w:r>
        <w:t>يعني عندك صورة كبرى نتيجة اما محض قضايا شرطية او مخلوطة</w:t>
      </w:r>
    </w:p>
    <w:p>
      <w:r>
        <w:t>في قضية شرطية وفيها قضية حملية</w:t>
      </w:r>
    </w:p>
    <w:p>
      <w:r>
        <w:t>المهم اننا ما زلنا في الاقتياس في القياس الاقتراني</w:t>
      </w:r>
    </w:p>
    <w:p>
      <w:r>
        <w:t>ما دخلنا في القياس الاستثنائي القياس الاستثنائي من هذا الشكل لو كان الف لكانب كان الف اذا كذب لا هذا بعد ما وصلنا اليه ما زلنا في القياس الاقتران يعني كبرى صورة نتيجة</w:t>
      </w:r>
    </w:p>
    <w:p>
      <w:r>
        <w:t>نعم</w:t>
      </w:r>
    </w:p>
    <w:p>
      <w:r>
        <w:t>اما المؤلفة من الشرطيات فيشترك في جزء</w:t>
      </w:r>
    </w:p>
    <w:p>
      <w:r>
        <w:t>نعم</w:t>
      </w:r>
    </w:p>
    <w:p>
      <w:r>
        <w:t>اما تام او غير تام</w:t>
      </w:r>
    </w:p>
    <w:p>
      <w:r>
        <w:t>او تام في احدى المقدمتين غير تام في الاخرى</w:t>
      </w:r>
    </w:p>
    <w:p>
      <w:r>
        <w:t>يعني اربعة اه اربعة احتمالات</w:t>
      </w:r>
    </w:p>
    <w:p>
      <w:r>
        <w:t>نعم اذا عندك انت المشترك الذي هو في حكم الحد الاوسط</w:t>
      </w:r>
    </w:p>
    <w:p>
      <w:r>
        <w:t>نعم</w:t>
      </w:r>
    </w:p>
    <w:p>
      <w:r>
        <w:t>يقسم</w:t>
      </w:r>
    </w:p>
    <w:p>
      <w:r>
        <w:t>فيشترك في يعني الشرطيات الصغرى او الكبرى تشتركان في جزء اما تام او غير تام</w:t>
      </w:r>
    </w:p>
    <w:p>
      <w:r>
        <w:t>ناقص او تام في احدى المقدمتين غير تام في الصورة</w:t>
      </w:r>
    </w:p>
    <w:p>
      <w:r>
        <w:t>نعم</w:t>
      </w:r>
    </w:p>
    <w:p>
      <w:r>
        <w:t>سهلة بالتطبيقات سهلة</w:t>
      </w:r>
    </w:p>
    <w:p>
      <w:r>
        <w:t>اقول لما فرغ من البحث عن الاقترانيات الحملية شرع في الاقترانيات الشرطية واقسامها واقسامها خمسة اذا كملنا في الاقتران الحاملي الان في الاقتران الشرطي</w:t>
      </w:r>
    </w:p>
    <w:p>
      <w:r>
        <w:t>ما زلنا في الاقتران</w:t>
      </w:r>
    </w:p>
    <w:p>
      <w:r>
        <w:t>ما معناه يعني صغرى كبرى نتيجة</w:t>
      </w:r>
    </w:p>
    <w:p>
      <w:r>
        <w:t>هذا غير القياس الاستثنائي الذي سيأتي</w:t>
      </w:r>
    </w:p>
    <w:p>
      <w:r>
        <w:t>نعم</w:t>
      </w:r>
    </w:p>
    <w:p>
      <w:r>
        <w:t>لانها اما ان تتألف من المتصلات متصلات او المنفصلات لأن القضية الشرطية اما متصلة من سلخ اذا كان الف كنبة او من صنخ الشيء اما الف وهو اما باء</w:t>
      </w:r>
    </w:p>
    <w:p>
      <w:r>
        <w:t>او من خلط منهما من خلط منهما مقدمة متصلة ومقدمة اخرى منفصلة لا بأس</w:t>
      </w:r>
    </w:p>
    <w:p>
      <w:r>
        <w:t>او من المتصلات والحمليات عندك مقدمة هي متصلة ومقدمة اخرى حملية</w:t>
      </w:r>
    </w:p>
    <w:p>
      <w:r>
        <w:t>نعم</w:t>
      </w:r>
    </w:p>
    <w:p>
      <w:r>
        <w:t>او من المنفصلات والحمليات</w:t>
      </w:r>
    </w:p>
    <w:p>
      <w:r>
        <w:t>نعم يعني اما عندك المتصلات الخالص المنفصلة الخالص او المخلوطة بين المتصلة والحملية والمتصلة والمنفصلة والمنفصلة والحملية</w:t>
      </w:r>
    </w:p>
    <w:p>
      <w:r>
        <w:t>نعم</w:t>
      </w:r>
    </w:p>
    <w:p>
      <w:r>
        <w:t>ولما كانت الشرطيات مؤلفة تأليفا ثانيا نعم انقسم القياس المؤلف منها الى اقسام ثلاثة</w:t>
      </w:r>
    </w:p>
    <w:p>
      <w:r>
        <w:t>لان المقدمتين اما ان تشترك في جزء تام من المقدمة كقولنا كلما كان الف باء فجمدا</w:t>
      </w:r>
    </w:p>
    <w:p>
      <w:r>
        <w:t>قضية اتصالية</w:t>
      </w:r>
    </w:p>
    <w:p>
      <w:r>
        <w:t>شرطية متصلة</w:t>
      </w:r>
    </w:p>
    <w:p>
      <w:r>
        <w:t>نعم</w:t>
      </w:r>
    </w:p>
    <w:p>
      <w:r>
        <w:t>هذه صغرى</w:t>
      </w:r>
    </w:p>
    <w:p>
      <w:r>
        <w:t>الكبرى ما هي? وكلما كان جيم دال فجيم دال فهذا</w:t>
      </w:r>
    </w:p>
    <w:p>
      <w:r>
        <w:t>نعم هذه متصلة اخرى</w:t>
      </w:r>
    </w:p>
    <w:p>
      <w:r>
        <w:t>اذا الاقتران متشكل من شرطيتين متصلتين</w:t>
      </w:r>
    </w:p>
    <w:p>
      <w:r>
        <w:t>نعم</w:t>
      </w:r>
    </w:p>
    <w:p>
      <w:r>
        <w:t>ثم الاشتراك انظر كلما كان الف باء فجمد</w:t>
      </w:r>
    </w:p>
    <w:p>
      <w:r>
        <w:t>وكلما كان جندال فهزا</w:t>
      </w:r>
    </w:p>
    <w:p>
      <w:r>
        <w:t>اذا الاشتراك في جيم دال الحد الاوسط يختفي في النتيجة</w:t>
      </w:r>
    </w:p>
    <w:p>
      <w:r>
        <w:t>واما اه في جزء تام من مقدمة هذا الاشتراك في جزء تام</w:t>
      </w:r>
    </w:p>
    <w:p>
      <w:r>
        <w:t>ما هو جيم دال جيم دال</w:t>
      </w:r>
    </w:p>
    <w:p>
      <w:r>
        <w:t>يعني الصغرى فيها جيم دال بتمامي والكبرى فيها جيم دال</w:t>
      </w:r>
    </w:p>
    <w:p>
      <w:r>
        <w:t>بتمامه</w:t>
      </w:r>
    </w:p>
    <w:p>
      <w:r>
        <w:t>هذا الجزء اشتراك في الجزء التام</w:t>
      </w:r>
    </w:p>
    <w:p>
      <w:r>
        <w:t>نعم النتيجة سهلة سهلة كلما كان الف باء كان هزا هزا</w:t>
      </w:r>
    </w:p>
    <w:p>
      <w:r>
        <w:t>واما ان تشترك في جزء غير تام منها كقولنا كلما كان الف باء فجمدا</w:t>
      </w:r>
    </w:p>
    <w:p>
      <w:r>
        <w:t>ات كلما كان الف باء فجمدان وكلما كان الدال طاء انظر الاشتراك في دال فقط نعم يعني في جزء وهو دا فهزا واما ان تشترك في جزء من احداهما فقط غير تنفر من الاخرى كقولنا كلما كان الف باء فجمد جيد اتصالية وكلما كانت جمدال فهزا نعم كل كان الفا جيم دال وكلما كان جيم دال فاز</w:t>
      </w:r>
    </w:p>
    <w:p>
      <w:r>
        <w:t>نعم</w:t>
      </w:r>
    </w:p>
    <w:p>
      <w:r>
        <w:t>وكلما كان هزا فجيم فجيم طا انظر اه نعم</w:t>
      </w:r>
    </w:p>
    <w:p>
      <w:r>
        <w:t>يعني والصغرى طويلة جدا كلما كان الف باء فجمد وكلما كان جمدال فاز</w:t>
      </w:r>
    </w:p>
    <w:p>
      <w:r>
        <w:t>نعم</w:t>
      </w:r>
    </w:p>
    <w:p>
      <w:r>
        <w:t>وكلما كان هزاف جيمطا انظر زا اه اه تام في اه احدى المقدمتين غير تنفي اه في الاخرى كلما كان هزا نعم جيم طا</w:t>
      </w:r>
    </w:p>
    <w:p>
      <w:r>
        <w:t>نعم</w:t>
      </w:r>
    </w:p>
    <w:p>
      <w:r>
        <w:t>كلما كان الف جمدا واضحة جدا</w:t>
      </w:r>
    </w:p>
    <w:p>
      <w:r>
        <w:t>وكلما كان جيم دال فهزا يعني هنا جيم دال جيم دال تام وكلما كان هاء زاف جيم طاء جيم ناقص</w:t>
      </w:r>
    </w:p>
    <w:p>
      <w:r>
        <w:t>يعني الجيم ده جيم ما فيه دال</w:t>
      </w:r>
    </w:p>
    <w:p>
      <w:r>
        <w:t>نعم اذا تام في في الصغرى غير تام في الكبرى</w:t>
      </w:r>
    </w:p>
    <w:p>
      <w:r>
        <w:t>ما عندنا جيم دال عندنا جيم طاء</w:t>
      </w:r>
    </w:p>
    <w:p>
      <w:r>
        <w:t>وهو انما يتحقق اذا كانت احدى المقدمات شرطية مركبة من شرطية او غيرها</w:t>
      </w:r>
    </w:p>
    <w:p>
      <w:r>
        <w:t>لاحظت? يعني هذا يكون تام في تاما في قضية وغير تام في قضية مشغول شرطية مركبة</w:t>
      </w:r>
    </w:p>
    <w:p>
      <w:r>
        <w:t>مركبة يعني فيها قضيتين نعم فيها قضيتين نعم الا ان القضية الاولى شرطية والقضية الثانية شرطية</w:t>
      </w:r>
    </w:p>
    <w:p>
      <w:r>
        <w:t>سهلة هذه ليست آآ صعبة</w:t>
      </w:r>
    </w:p>
    <w:p>
      <w:r>
        <w:t>القياسات المؤلفة من المتصلات يبدأ بالمرحلة الاولى متصلة متصلة يعني الصغرى</w:t>
      </w:r>
    </w:p>
    <w:p>
      <w:r>
        <w:t>متصلة الكبرى متصلة</w:t>
      </w:r>
    </w:p>
    <w:p>
      <w:r>
        <w:t>بحسب هذه الاحتمالات يختفي الحد الاوسط فقط</w:t>
      </w:r>
    </w:p>
    <w:p>
      <w:r>
        <w:t>نعم</w:t>
      </w:r>
    </w:p>
    <w:p>
      <w:r>
        <w:t>قال اما من المتصلات فالاول نعم</w:t>
      </w:r>
    </w:p>
    <w:p>
      <w:r>
        <w:t>يعني الضرب الاول على هيئة الاشكال الحملية</w:t>
      </w:r>
    </w:p>
    <w:p>
      <w:r>
        <w:t>على هيئة الاشكال الحملية يعني صورة كبرى نتيجة الحد الاوسط</w:t>
      </w:r>
    </w:p>
    <w:p>
      <w:r>
        <w:t>نفسها نفسها</w:t>
      </w:r>
    </w:p>
    <w:p>
      <w:r>
        <w:t>انت هنا كنت في الحميات الان صرت اي في الشرطيات</w:t>
      </w:r>
    </w:p>
    <w:p>
      <w:r>
        <w:t>صغرى كبرى نتيجة حد اوسط</w:t>
      </w:r>
    </w:p>
    <w:p>
      <w:r>
        <w:t>الحد الاوسط يختفي في النتيجة وتخرج النتيجة</w:t>
      </w:r>
    </w:p>
    <w:p>
      <w:r>
        <w:t>نعم</w:t>
      </w:r>
    </w:p>
    <w:p>
      <w:r>
        <w:t>اما من المتصلات متصلة من هذا الشكل</w:t>
      </w:r>
    </w:p>
    <w:p>
      <w:r>
        <w:t>اذا كان الف كان باء</w:t>
      </w:r>
    </w:p>
    <w:p>
      <w:r>
        <w:t>نعم</w:t>
      </w:r>
    </w:p>
    <w:p>
      <w:r>
        <w:t>فالاول يعني الضرب الاول يتألف على هيئة الاشكال الحملية وينتج منها الظروف التسعة عشر المنتجة</w:t>
      </w:r>
    </w:p>
    <w:p>
      <w:r>
        <w:t>بحسب اه هنا فالاول ليس الضرب الاول الشكل الاول</w:t>
      </w:r>
    </w:p>
    <w:p>
      <w:r>
        <w:t>اما من المتصلات فالشكل الاول يتألف على هيئة الاشكال الحملية</w:t>
      </w:r>
    </w:p>
    <w:p>
      <w:r>
        <w:t>فقط القضايا اه شرطية ممكن تكون حملية معها</w:t>
      </w:r>
    </w:p>
    <w:p>
      <w:r>
        <w:t>وينتج منها الظروف التسعة عشر</w:t>
      </w:r>
    </w:p>
    <w:p>
      <w:r>
        <w:t>المنتجة بساطة الجهات في اللزوميات</w:t>
      </w:r>
    </w:p>
    <w:p>
      <w:r>
        <w:t>يعني حسب الجهات والاتفاقيات لان في القضايا الشرطية عندنا اللجومية والاتفاقية</w:t>
      </w:r>
    </w:p>
    <w:p>
      <w:r>
        <w:t>اللزومية يعني فيه ربط تكويني بين المقدم والتالي</w:t>
      </w:r>
    </w:p>
    <w:p>
      <w:r>
        <w:t>الاتفاقيات ما فيها رفض تكويني</w:t>
      </w:r>
    </w:p>
    <w:p>
      <w:r>
        <w:t>اللواء معلول بين المقدم والتالي</w:t>
      </w:r>
    </w:p>
    <w:p>
      <w:r>
        <w:t>البسيطتين متصلة مثلها مثله مثلهما</w:t>
      </w:r>
    </w:p>
    <w:p>
      <w:r>
        <w:t>نعم</w:t>
      </w:r>
    </w:p>
    <w:p>
      <w:r>
        <w:t>يعني ما في جهاد سهلة جدا</w:t>
      </w:r>
    </w:p>
    <w:p>
      <w:r>
        <w:t>تأتي بصغرى كبرى تبحث عن الحد الاوسط تحذفه وتخرج شرطية متصلة نعم النتيجة الشرطية مو متصلة</w:t>
      </w:r>
    </w:p>
    <w:p>
      <w:r>
        <w:t>نعم والاتفاقيات البسيطتين متصلتان متصلات مثل مثلهما يعني مثل الصغرى والكبرى</w:t>
      </w:r>
    </w:p>
    <w:p>
      <w:r>
        <w:t>وان كانت الاتفاقيات قليلة اين في العلوم? يقول في العلوم يعني ليست لها فائدة</w:t>
      </w:r>
    </w:p>
    <w:p>
      <w:r>
        <w:t>وهذا يحتاج الى دليل ولا يخالفها في شرط ولا بيان</w:t>
      </w:r>
    </w:p>
    <w:p>
      <w:r>
        <w:t>اقول القسم الاول وهو الذي يكون المشترك جزءا تاما من المقدمتين</w:t>
      </w:r>
    </w:p>
    <w:p>
      <w:r>
        <w:t>نعم اذا اعتبر في المتصلات صرفة يعني بدون آآ جهات كان الظروف المنتجة منها هي الظروف الحملية حمليات التسع عشر</w:t>
      </w:r>
    </w:p>
    <w:p>
      <w:r>
        <w:t>لان المشترك ان كان تاليا في الصورة المشتركة يكون في التاليا</w:t>
      </w:r>
    </w:p>
    <w:p>
      <w:r>
        <w:t>يعني اذا كان الف باء اذا كان الف فهو باء واذا كان بث وجبة يكون هو التالي في الصورة</w:t>
      </w:r>
    </w:p>
    <w:p>
      <w:r>
        <w:t>لان المشترك ان كان تاليا في الصورة مقدما في الكبرى فهو الشكل الاول واضح جدا</w:t>
      </w:r>
    </w:p>
    <w:p>
      <w:r>
        <w:t>كلما كان الف ذا فجدا</w:t>
      </w:r>
    </w:p>
    <w:p>
      <w:r>
        <w:t>الامر الاحسن للتبسيط ما يجيب التركيب</w:t>
      </w:r>
    </w:p>
    <w:p>
      <w:r>
        <w:t>يقول هكذا كلما كان الف كان باء احسن</w:t>
      </w:r>
    </w:p>
    <w:p>
      <w:r>
        <w:t>يجب التعقيدات هاديا جيم ودان</w:t>
      </w:r>
    </w:p>
    <w:p>
      <w:r>
        <w:t>لانها فيه جاء</w:t>
      </w:r>
    </w:p>
    <w:p>
      <w:r>
        <w:t>فجاء بهذه الامور</w:t>
      </w:r>
    </w:p>
    <w:p>
      <w:r>
        <w:t>كلما كان الف با فجيم</w:t>
      </w:r>
    </w:p>
    <w:p>
      <w:r>
        <w:t>دال</w:t>
      </w:r>
    </w:p>
    <w:p>
      <w:r>
        <w:t>وكلما كان جيم دال فهاء زا</w:t>
      </w:r>
    </w:p>
    <w:p>
      <w:r>
        <w:t>انظر جيم دال ت الصغرى مقدم في الكفرة</w:t>
      </w:r>
    </w:p>
    <w:p>
      <w:r>
        <w:t>احذفه وان كان تاليا فيهما فهو الثاني</w:t>
      </w:r>
    </w:p>
    <w:p>
      <w:r>
        <w:t>وان كان تاليا فيهما فهو الشكل الثاني</w:t>
      </w:r>
    </w:p>
    <w:p>
      <w:r>
        <w:t>كقولنا كلما كان الف باء فجيم دال</w:t>
      </w:r>
    </w:p>
    <w:p>
      <w:r>
        <w:t>جمدال هو التالي وليس البتة اذا كان هازم فجمدان</w:t>
      </w:r>
    </w:p>
    <w:p>
      <w:r>
        <w:t>طبعا الشكل الثاني كما آآ درستم فيما مضى الاختلاف في الكيف</w:t>
      </w:r>
    </w:p>
    <w:p>
      <w:r>
        <w:t>مقدمة موجبة ومقدمة ثانية سالبة</w:t>
      </w:r>
    </w:p>
    <w:p>
      <w:r>
        <w:t>نعيد وان كانت تاليا فيهما فهو الشكل الثاني</w:t>
      </w:r>
    </w:p>
    <w:p>
      <w:r>
        <w:t>مثل الشكل الثاني في الحملية</w:t>
      </w:r>
    </w:p>
    <w:p>
      <w:r>
        <w:t>فقط هنا صياغة شرطية</w:t>
      </w:r>
    </w:p>
    <w:p>
      <w:r>
        <w:t>كلما كان الف باء ف جيم دال</w:t>
      </w:r>
    </w:p>
    <w:p>
      <w:r>
        <w:t>الف باء مقدم</w:t>
      </w:r>
    </w:p>
    <w:p>
      <w:r>
        <w:t>جيم دال تالي</w:t>
      </w:r>
    </w:p>
    <w:p>
      <w:r>
        <w:t>اذا جيم دال هنا هو التالي وليس البتة</w:t>
      </w:r>
    </w:p>
    <w:p>
      <w:r>
        <w:t>يعني سلب كليا وليس البتة اذا كان هزيل فجمدا</w:t>
      </w:r>
    </w:p>
    <w:p>
      <w:r>
        <w:t>انظر جمدا جم دال وضع في التالي في الصغرى وفي الكبرى</w:t>
      </w:r>
    </w:p>
    <w:p>
      <w:r>
        <w:t>بالايجاب والسلب</w:t>
      </w:r>
    </w:p>
    <w:p>
      <w:r>
        <w:t>هذا هو الشكل الشكل الثاني</w:t>
      </w:r>
    </w:p>
    <w:p>
      <w:r>
        <w:t>كل الف باء كل الف باء ولا شيء من جيم باء شكل الشكل الثاني في الحمل</w:t>
      </w:r>
    </w:p>
    <w:p>
      <w:r>
        <w:t>نعم تقول لها شيء من الف جيم</w:t>
      </w:r>
    </w:p>
    <w:p>
      <w:r>
        <w:t>ما يختفي الحد الاوسط</w:t>
      </w:r>
    </w:p>
    <w:p>
      <w:r>
        <w:t>هنا في الانتاج كلما كان اليست باء فجمدة وكلما كان الف باء فهذه هكذا كلما نعم آآ لا في الثاني كلما كان انا اشتبهت الاحتلال الثالث كان الف با فجمد وليس البتة ان كان هاز فجبدا</w:t>
      </w:r>
    </w:p>
    <w:p>
      <w:r>
        <w:t>جمدا هنا تالي في المقدمة واحدة موجبة وواحدة سالبة</w:t>
      </w:r>
    </w:p>
    <w:p>
      <w:r>
        <w:t>النتيجة سالبة لان النتيجة تتبع اخص مقدمته</w:t>
      </w:r>
    </w:p>
    <w:p>
      <w:r>
        <w:t>احذف جيمدا ماذا يأتي? ليس البت كلما كان الف كان هذه جيم دال يتبخر وان كان مقدما يعني التالي مقدما في الصورة وكبرى فيهما فهو الشكل الثالث وهو الثالث يعني الشكل الثالث كقولنا كلما كان ال وكلما كان الف باء فهو هز</w:t>
      </w:r>
    </w:p>
    <w:p>
      <w:r>
        <w:t>النتيجة جزئية الشكل الثالث ينتج جزئية موجبة</w:t>
      </w:r>
    </w:p>
    <w:p>
      <w:r>
        <w:t>يعني تقول هكذا آآ آآ قد يكون اذا كان الف با فهو هزا يعني موجبات جزئية</w:t>
      </w:r>
    </w:p>
    <w:p>
      <w:r>
        <w:t>وان كان مقدما في الصغرى تاليا في الكبرى فهو الشكل الرابع</w:t>
      </w:r>
    </w:p>
    <w:p>
      <w:r>
        <w:t>كقولنا كل كلما كان الف باء فجمدا وكلما كان هازف الذ</w:t>
      </w:r>
    </w:p>
    <w:p>
      <w:r>
        <w:t>نعم الأشكال في القياس للإقتران الشرطي</w:t>
      </w:r>
    </w:p>
    <w:p>
      <w:r>
        <w:t>والنتائج في هذا القسم هي النتائج في الحميات</w:t>
      </w:r>
    </w:p>
    <w:p>
      <w:r>
        <w:t>هي هي</w:t>
      </w:r>
    </w:p>
    <w:p>
      <w:r>
        <w:t>نعم والبيان ما تقدم من العكس والخلف والافتراظ على قياسات على قياس الحمليات</w:t>
      </w:r>
    </w:p>
    <w:p>
      <w:r>
        <w:t>فقط شكل تغير</w:t>
      </w:r>
    </w:p>
    <w:p>
      <w:r>
        <w:t>هناك عمليات صرفة هنا مخلوطة متصلة متصلة متصلة منفصلة</w:t>
      </w:r>
    </w:p>
    <w:p>
      <w:r>
        <w:t>اه متصلة حملية منفصلة حملية متصلة منفصلة في خلط خلط هذا فقط والا الشكل واحد</w:t>
      </w:r>
    </w:p>
    <w:p>
      <w:r>
        <w:t>شكل واحد</w:t>
      </w:r>
    </w:p>
    <w:p>
      <w:r>
        <w:t>نعم صغرى كبرى النتيجة وتخرج الأشكال حسب تموضع الحد الأوسط</w:t>
      </w:r>
    </w:p>
    <w:p>
      <w:r>
        <w:t>اذا كان الحد الأوسط اه تاليا في الصغرى مقدم في في الكبرى الشكل الأول</w:t>
      </w:r>
    </w:p>
    <w:p>
      <w:r>
        <w:t>اذا كانت ثانيا في السورة تاليا في الكبرى مع اختلاف في الكيف في شكل ثاني</w:t>
      </w:r>
    </w:p>
    <w:p>
      <w:r>
        <w:t>اذا كان الحد الاوسط مقدما في الصغرى وفي الكبرى ينتج جزئية الشكل الثالث</w:t>
      </w:r>
    </w:p>
    <w:p>
      <w:r>
        <w:t>اذا كان خلاف الشكل الاول الشكل الرابع</w:t>
      </w:r>
    </w:p>
    <w:p>
      <w:r>
        <w:t>انتهى الامر</w:t>
      </w:r>
    </w:p>
    <w:p>
      <w:r>
        <w:t>نعم</w:t>
      </w:r>
    </w:p>
    <w:p>
      <w:r>
        <w:t>والنتائج في هذا القسم من الاقيس هي النتائج في الحملات</w:t>
      </w:r>
    </w:p>
    <w:p>
      <w:r>
        <w:t>نعم</w:t>
      </w:r>
    </w:p>
    <w:p>
      <w:r>
        <w:t>والبيان ما تقدم من العكس والخلف والافتراظ على قياس الحمليات</w:t>
      </w:r>
    </w:p>
    <w:p>
      <w:r>
        <w:t>ثم ان كانت المتصلات اللزوميتين</w:t>
      </w:r>
    </w:p>
    <w:p>
      <w:r>
        <w:t>يعني عندك متصلة وعندك كبرى متصلة الربط بين المقدم والتالي في المتصلتين آآ ربط تكويني يعني تابع للعلية والماء العلياء ليس بنحو الاتفاق نعم ماذا يقول? يقول ثم اذا كانت المتصلات لزميتين كانت النتيجة الرسومية لماذا? الإنتاج نحن في ذات الأسباب والمسببات الضرورة نعم لأن لازم اللازم لازمون واضحة جدا منطقية</w:t>
      </w:r>
    </w:p>
    <w:p>
      <w:r>
        <w:t>ولا يلزم التناقض التناقضية تقول اذا جئت بمقدمة نعم لزومية صغرى ومقدمة كبرى لزومية نتيجة اذا لم تكن لزومية يلزم التناقض نعم يعني للنتيجة</w:t>
      </w:r>
    </w:p>
    <w:p>
      <w:r>
        <w:t>لازم يعني ربط تكويني والنتيجة لا يمكن ان ينفك</w:t>
      </w:r>
    </w:p>
    <w:p>
      <w:r>
        <w:t>المقدم على التالي</w:t>
      </w:r>
    </w:p>
    <w:p>
      <w:r>
        <w:t>هذا اجتماع عن باقي</w:t>
      </w:r>
    </w:p>
    <w:p>
      <w:r>
        <w:t>اذا اجتماع الناقضين هي هيكل كل الاقيساء</w:t>
      </w:r>
    </w:p>
    <w:p>
      <w:r>
        <w:t>هي مشروعية لكل الاقيص</w:t>
      </w:r>
    </w:p>
    <w:p>
      <w:r>
        <w:t>نعم كل الاقيسة هي تعطي المشروعية لكل اقيسه</w:t>
      </w:r>
    </w:p>
    <w:p>
      <w:r>
        <w:t>مع الاسف الشديد في الدراسات الفلسفية يجعلون مبدأ التناقض قضية من القضايا</w:t>
      </w:r>
    </w:p>
    <w:p>
      <w:r>
        <w:t>متشكلة من موضوع محمول مع الاسف الشديد يعالجها كقضية معرفية لا هي ملاك المعرفة</w:t>
      </w:r>
    </w:p>
    <w:p>
      <w:r>
        <w:t>وهي ليست معرفية</w:t>
      </w:r>
    </w:p>
    <w:p>
      <w:r>
        <w:t>نعم</w:t>
      </w:r>
    </w:p>
    <w:p>
      <w:r>
        <w:t>هذا الصباح خرجت كتاب الليكانت</w:t>
      </w:r>
    </w:p>
    <w:p>
      <w:r>
        <w:t>آآ كشكول منطقي يعني ما معنى كشكول منطقي؟ يعني موضوعات تتصل بالمنطق ليس لها آآ ليست فيما بينها ربط</w:t>
      </w:r>
    </w:p>
    <w:p>
      <w:r>
        <w:t>يعني الفصل الاول يعالج موضوعا ما عنده علاقة بالفصل الثاني والثالث</w:t>
      </w:r>
    </w:p>
    <w:p>
      <w:r>
        <w:t>كل فصل في جهة الفصل الاول اه يتناول هذه هذه القضايا المعيارية</w:t>
      </w:r>
    </w:p>
    <w:p>
      <w:r>
        <w:t>يبدأ بمبدأ التناقض ويفصل فيه</w:t>
      </w:r>
    </w:p>
    <w:p>
      <w:r>
        <w:t>نعم</w:t>
      </w:r>
    </w:p>
    <w:p>
      <w:r>
        <w:t>خطأ كبير ان نجعل مبدأ تناقض قضية من القضايا المعرفية</w:t>
      </w:r>
    </w:p>
    <w:p>
      <w:r>
        <w:t>يعني قضية لها موضوع معمول وتحكي التحكيم هذا تحكي ان الوجود يجتمع مع العذاب</w:t>
      </w:r>
    </w:p>
    <w:p>
      <w:r>
        <w:t>تحكي ان العدم لا يجتمع مع الوجوب</w:t>
      </w:r>
    </w:p>
    <w:p>
      <w:r>
        <w:t>اجتماع النقضين نبيه المعرفة</w:t>
      </w:r>
    </w:p>
    <w:p>
      <w:r>
        <w:t>يعني انت تتعين بمعرفة ثم هي تقول لك هذه المعرفة آآ زيف او معرفة صادق</w:t>
      </w:r>
    </w:p>
    <w:p>
      <w:r>
        <w:t>معرفة صحيحة</w:t>
      </w:r>
    </w:p>
    <w:p>
      <w:r>
        <w:t>هذا فقط</w:t>
      </w:r>
    </w:p>
    <w:p>
      <w:r>
        <w:t>مثل هذا هذا المورد عندنا قضية شرطية صغرى لزومية يعني في ربط تكويني بين التالي كبرى لزومية يعني فيه ربط تكويني بين المقدم والتالي النتيجة يجب ان تكون هكذا</w:t>
      </w:r>
    </w:p>
    <w:p>
      <w:r>
        <w:t>نتيجة يكون المقدم فيها مع التالي في ربط تكويني سببي ومسببي</w:t>
      </w:r>
    </w:p>
    <w:p>
      <w:r>
        <w:t>اذا لم تكن هكذا يعني ما كان لزوميا ليست بلزوم</w:t>
      </w:r>
    </w:p>
    <w:p>
      <w:r>
        <w:t>اجتماعا تعقيبيا</w:t>
      </w:r>
    </w:p>
    <w:p>
      <w:r>
        <w:t>جيد</w:t>
      </w:r>
    </w:p>
    <w:p>
      <w:r>
        <w:t>ثم اذا كانت المتصلات لزميتين</w:t>
      </w:r>
    </w:p>
    <w:p>
      <w:r>
        <w:t>بينا ما معنى اللزومية? كانت النتيجة اللزومية</w:t>
      </w:r>
    </w:p>
    <w:p>
      <w:r>
        <w:t>المنطق مبدأ التناقض</w:t>
      </w:r>
    </w:p>
    <w:p>
      <w:r>
        <w:t>نعم لان هاي القاعدة لان لازم اللازم لازم اذا قلت لان اللازم لازم ليس بلازم هذا آآ تناقض نعم وان كانت يعني الصورة والكبرى اتفاقيتين يعني التصادق الوجودي ليس من باب الاسباب والمسببات</w:t>
      </w:r>
    </w:p>
    <w:p>
      <w:r>
        <w:t>تصادق من غير سبب مسببات</w:t>
      </w:r>
    </w:p>
    <w:p>
      <w:r>
        <w:t>نعم</w:t>
      </w:r>
    </w:p>
    <w:p>
      <w:r>
        <w:t>يعني ولد التالي خارج دائر الاسباب والمسببات</w:t>
      </w:r>
    </w:p>
    <w:p>
      <w:r>
        <w:t>هذه الاتفاقية</w:t>
      </w:r>
    </w:p>
    <w:p>
      <w:r>
        <w:t>نعم</w:t>
      </w:r>
    </w:p>
    <w:p>
      <w:r>
        <w:t>واذا كانتا اتفاقيتين كانت النتيجة اتفاقية</w:t>
      </w:r>
    </w:p>
    <w:p>
      <w:r>
        <w:t>المعيار هو المعيار التناقض</w:t>
      </w:r>
    </w:p>
    <w:p>
      <w:r>
        <w:t>يعني اذا جعلت انت النتيجة اللزومية من اين جاءت هذه اللجومية؟ مبدأ التناقض آآ ليس مبدأ التناقض</w:t>
      </w:r>
    </w:p>
    <w:p>
      <w:r>
        <w:t>مبدأ السبب الكافي يقول من مين اخرجت هذه اللجومية؟ من اين؟ الربط في في المقدمة الصغرى والكبرى</w:t>
      </w:r>
    </w:p>
    <w:p>
      <w:r>
        <w:t>الربط كان اتفاقيا يعني لا يخضع لنظام الاسباب والمسببات</w:t>
      </w:r>
    </w:p>
    <w:p>
      <w:r>
        <w:t>لا المقدم علة للتالي</w:t>
      </w:r>
    </w:p>
    <w:p>
      <w:r>
        <w:t>ولا التالي علل المقدم ولا التالي والمقدم معلولا لعلة اه علة ثالثة</w:t>
      </w:r>
    </w:p>
    <w:p>
      <w:r>
        <w:t>نعم ولا من باب التظايف</w:t>
      </w:r>
    </w:p>
    <w:p>
      <w:r>
        <w:t>وان كان التظايف من باب تحصيل الحاصل لا يستخدم في في العلو</w:t>
      </w:r>
    </w:p>
    <w:p>
      <w:r>
        <w:t>اذا كان الف قبلي اللي اللي تجيم فجيم ابن اليمن ابن الالف</w:t>
      </w:r>
    </w:p>
    <w:p>
      <w:r>
        <w:t>واضحة جدا</w:t>
      </w:r>
    </w:p>
    <w:p>
      <w:r>
        <w:t>نعم</w:t>
      </w:r>
    </w:p>
    <w:p>
      <w:r>
        <w:t>من باب التحصيل الحاصل</w:t>
      </w:r>
    </w:p>
    <w:p>
      <w:r>
        <w:t>اذا خرجنا عن النظام السببي والمسببين علة و معلول</w:t>
      </w:r>
    </w:p>
    <w:p>
      <w:r>
        <w:t>ومعلول له علة او معلولا لعلة ثالثة</w:t>
      </w:r>
    </w:p>
    <w:p>
      <w:r>
        <w:t>نخرج ندخل في الإتفاق</w:t>
      </w:r>
    </w:p>
    <w:p>
      <w:r>
        <w:t>اذا لا يمكن ان ان النتيجة تتولد لزومية من مقدمتين بين المقدم والتالي فيهما آآ علاقة اتفاقية</w:t>
      </w:r>
    </w:p>
    <w:p>
      <w:r>
        <w:t>نعم</w:t>
      </w:r>
    </w:p>
    <w:p>
      <w:r>
        <w:t>والا يلزم الانقلاب</w:t>
      </w:r>
    </w:p>
    <w:p>
      <w:r>
        <w:t>يعني التناقض</w:t>
      </w:r>
    </w:p>
    <w:p>
      <w:r>
        <w:t>وان كانت اتفاقيات اتفاقية اتفاقيت يعني الصغرى بين المقدم والتالي ما فيه علاقة سببية ومسببية في الكبرى العلاقة بين المقدم والتالي ليس فيها علاقة سببية او مسببية النتيجة تخرج كذلك لان النتيجة تسانخ مقدمتين وان شئت الدقة النتيجة هي تعين الكبرى</w:t>
      </w:r>
    </w:p>
    <w:p>
      <w:r>
        <w:t>تعين الكبرى يعني النتيجة في الكبرى تعينت</w:t>
      </w:r>
    </w:p>
    <w:p>
      <w:r>
        <w:t>مم تعينت كانت بالقوة صارت متعينة</w:t>
      </w:r>
    </w:p>
    <w:p>
      <w:r>
        <w:t>كانت لا بشرط صارت بشرط شيء</w:t>
      </w:r>
    </w:p>
    <w:p>
      <w:r>
        <w:t>هي هي</w:t>
      </w:r>
    </w:p>
    <w:p>
      <w:r>
        <w:t>اذا الكبرى اذا كان في اتفاقية فتعينها يكون اتفاقية</w:t>
      </w:r>
    </w:p>
    <w:p>
      <w:r>
        <w:t>اذا كانت اللزوبية عينها يكونوا لزوبية</w:t>
      </w:r>
    </w:p>
    <w:p>
      <w:r>
        <w:t>واضحة جدا المسألة</w:t>
      </w:r>
    </w:p>
    <w:p>
      <w:r>
        <w:t>لان الصغرى ليس شيئا منفصلا</w:t>
      </w:r>
    </w:p>
    <w:p>
      <w:r>
        <w:t>هي الكبرى بنحوين</w:t>
      </w:r>
    </w:p>
    <w:p>
      <w:r>
        <w:t>خذ هذي قاعدة</w:t>
      </w:r>
    </w:p>
    <w:p>
      <w:r>
        <w:t>الصورة هي الكبرى بنحوين</w:t>
      </w:r>
    </w:p>
    <w:p>
      <w:r>
        <w:t>نعم</w:t>
      </w:r>
    </w:p>
    <w:p>
      <w:r>
        <w:t>الحد الاوسط يساعدنا على فهم ان الاصغر كان في الاكبر</w:t>
      </w:r>
    </w:p>
    <w:p>
      <w:r>
        <w:t>ها</w:t>
      </w:r>
    </w:p>
    <w:p>
      <w:r>
        <w:t>كان في الاكبر</w:t>
      </w:r>
    </w:p>
    <w:p>
      <w:r>
        <w:t>وكذا ان كانت احداهما على تفصيل نعم ان كانت احداهما لزومية واحدة اتفاقية على تفصيل سياتي</w:t>
      </w:r>
    </w:p>
    <w:p>
      <w:r>
        <w:t>وان كانت الاتفاقيات قليلة الجدوى يعني ما تنفع حتى ان بعضهم منع قياء آآ قياسيتها يعني لا يؤمن به سياسية اتفاقية لان المطلوب من القياس</w:t>
      </w:r>
    </w:p>
    <w:p>
      <w:r>
        <w:t>تعليل لنفي القياسية</w:t>
      </w:r>
    </w:p>
    <w:p>
      <w:r>
        <w:t>نعم</w:t>
      </w:r>
    </w:p>
    <w:p>
      <w:r>
        <w:t>لان المطلوب من القياس استعلام</w:t>
      </w:r>
    </w:p>
    <w:p>
      <w:r>
        <w:t>لان المطلوب من القياس است النسبة الاكبر الى الاصغر</w:t>
      </w:r>
    </w:p>
    <w:p>
      <w:r>
        <w:t>ما معنى هذا الكلام? هذه فلسفة المنطق لاحظت هذه المفرد الذي ذكرها العلماء الحلي رحمة الله عليه هذا الرجل حقيقة رجل عظيم</w:t>
      </w:r>
    </w:p>
    <w:p>
      <w:r>
        <w:t>هذه تنتمي الى فلسفة المنطق</w:t>
      </w:r>
    </w:p>
    <w:p>
      <w:r>
        <w:t>خلفيات المنطق</w:t>
      </w:r>
    </w:p>
    <w:p>
      <w:r>
        <w:t>انظر يقول لان المطلوب يعني تسأل ما هي فلسفة الاقيسة? يجيبك</w:t>
      </w:r>
    </w:p>
    <w:p>
      <w:r>
        <w:t>لان المطلوب من القياس استعلام نسبة الاكبر الى الاصغر</w:t>
      </w:r>
    </w:p>
    <w:p>
      <w:r>
        <w:t>بمعنى يعني ان الكبرى تنطوي على الاسعار</w:t>
      </w:r>
    </w:p>
    <w:p>
      <w:r>
        <w:t>ونريد نعرف هذا الانطواء</w:t>
      </w:r>
    </w:p>
    <w:p>
      <w:r>
        <w:t>هذا هو القياس</w:t>
      </w:r>
    </w:p>
    <w:p>
      <w:r>
        <w:t>اذا النتيجة شيء جديد ام هي? هي هو الاكبر المتجلي في الاصغر</w:t>
      </w:r>
    </w:p>
    <w:p>
      <w:r>
        <w:t>يعني الكبرى بنحو ما</w:t>
      </w:r>
    </w:p>
    <w:p>
      <w:r>
        <w:t>فالنتيجة لا خارجة من الكبرى مطلقا</w:t>
      </w:r>
    </w:p>
    <w:p>
      <w:r>
        <w:t>فالنتيجة هي تعين للكبرى</w:t>
      </w:r>
    </w:p>
    <w:p>
      <w:r>
        <w:t>فانتقص بعد</w:t>
      </w:r>
    </w:p>
    <w:p>
      <w:r>
        <w:t>خصوصياته الكبرى هي خصوصيات النتيجة</w:t>
      </w:r>
    </w:p>
    <w:p>
      <w:r>
        <w:t>كانت لزومية النتيجة تكون لزومية</w:t>
      </w:r>
    </w:p>
    <w:p>
      <w:r>
        <w:t>كانت اتفاقية النتيجة تكون اتفاقية</w:t>
      </w:r>
    </w:p>
    <w:p>
      <w:r>
        <w:t>هي القاعدة لان المطلوب من القياس</w:t>
      </w:r>
    </w:p>
    <w:p>
      <w:r>
        <w:t>قاعدة كلية</w:t>
      </w:r>
    </w:p>
    <w:p>
      <w:r>
        <w:t>استعلام نسبة الاكبر الى الاصغر</w:t>
      </w:r>
    </w:p>
    <w:p>
      <w:r>
        <w:t>يعني نريد نعرف ان الاصغر كان في اكبر منطويان</w:t>
      </w:r>
    </w:p>
    <w:p>
      <w:r>
        <w:t>الحد الاوسط جزاه الله خير</w:t>
      </w:r>
    </w:p>
    <w:p>
      <w:r>
        <w:t>البزناسي سمسار قال انا نبين لكم انه كان</w:t>
      </w:r>
    </w:p>
    <w:p>
      <w:r>
        <w:t>بالفعل ما كان معلوما صار معلوما اي على مستوى النتيجة</w:t>
      </w:r>
    </w:p>
    <w:p>
      <w:r>
        <w:t>نعم</w:t>
      </w:r>
    </w:p>
    <w:p>
      <w:r>
        <w:t>لان المطلوب من القياس استعلام النسبة الاكبر الى اصغر بالايجاب او السلب</w:t>
      </w:r>
    </w:p>
    <w:p>
      <w:r>
        <w:t>نعم اما تقول النتيجة داخلة في الكبرى او ليست داخلة</w:t>
      </w:r>
    </w:p>
    <w:p>
      <w:r>
        <w:t>وها هنا يجب ان تكون النسبة معلومة قبل الترتيب</w:t>
      </w:r>
    </w:p>
    <w:p>
      <w:r>
        <w:t>فلا يكون القياس منتجا للمطلوب فلا يكون قياسا</w:t>
      </w:r>
    </w:p>
    <w:p>
      <w:r>
        <w:t>يعني انا ما الاتفاقي الاتفاقي ما نعرف</w:t>
      </w:r>
    </w:p>
    <w:p>
      <w:r>
        <w:t>نعم</w:t>
      </w:r>
    </w:p>
    <w:p>
      <w:r>
        <w:t>يعني الف وباء اجتمع في الوجود تصادق في الوجود من دون معرفة الاسباب</w:t>
      </w:r>
    </w:p>
    <w:p>
      <w:r>
        <w:t>نعم هذه في الصغرى</w:t>
      </w:r>
    </w:p>
    <w:p>
      <w:r>
        <w:t>الكبرى آآ مثلا الف جيم جيم باء تصادق في الخارج آآ ما نعرف الاسباب</w:t>
      </w:r>
    </w:p>
    <w:p>
      <w:r>
        <w:t>اذا كان الحد الاوسط هو جيم الف باء جيم باء الف الف باء لا الف باء بجيب مع الف باء اتفاقي</w:t>
      </w:r>
    </w:p>
    <w:p>
      <w:r>
        <w:t>جيمبا تصادق اتفاقي</w:t>
      </w:r>
    </w:p>
    <w:p>
      <w:r>
        <w:t>اذا الف جيم تصادق اتفاقي</w:t>
      </w:r>
    </w:p>
    <w:p>
      <w:r>
        <w:t>ما نعرف</w:t>
      </w:r>
    </w:p>
    <w:p>
      <w:r>
        <w:t>نعم</w:t>
      </w:r>
    </w:p>
    <w:p>
      <w:r>
        <w:t>فلا يكون القياس منتجا للمطلوب فلا يكون قياسا</w:t>
      </w:r>
    </w:p>
    <w:p>
      <w:r>
        <w:t>نعم</w:t>
      </w:r>
    </w:p>
    <w:p>
      <w:r>
        <w:t>اذا في الاتفاقية تقول شيخنا العزيز في تصادق بين الف وجيم</w:t>
      </w:r>
    </w:p>
    <w:p>
      <w:r>
        <w:t>يعني التقى شخص علي مع اه بلال اتفاقا بين الحرمين</w:t>
      </w:r>
    </w:p>
    <w:p>
      <w:r>
        <w:t>بين الحرمين يعني بين حرم الحسين عليه السلام وحرم العباس عليه السلام</w:t>
      </w:r>
    </w:p>
    <w:p>
      <w:r>
        <w:t>نعم هاي اتفاق</w:t>
      </w:r>
    </w:p>
    <w:p>
      <w:r>
        <w:t>يعني ما في اسباب ترتبت حتى يلتقي</w:t>
      </w:r>
    </w:p>
    <w:p>
      <w:r>
        <w:t>نعم</w:t>
      </w:r>
    </w:p>
    <w:p>
      <w:r>
        <w:t>التواجد الأول عالي</w:t>
      </w:r>
    </w:p>
    <w:p>
      <w:r>
        <w:t>في ما بين الحرمين لاسباب خاصة تعود اليه وتواجد بلال باسباب خاصة لما هذا الاقتران هذا الاجتماع بين الحرمين لا</w:t>
      </w:r>
    </w:p>
    <w:p>
      <w:r>
        <w:t>هذا اتفاقي</w:t>
      </w:r>
    </w:p>
    <w:p>
      <w:r>
        <w:t>ما فيه سبب</w:t>
      </w:r>
    </w:p>
    <w:p>
      <w:r>
        <w:t>ولهذا يقول الاتفاق ليس دائميا</w:t>
      </w:r>
    </w:p>
    <w:p>
      <w:r>
        <w:t>نعم</w:t>
      </w:r>
    </w:p>
    <w:p>
      <w:r>
        <w:t>اذا كان هذا الاجتماع اتفاقيا وفي سابق ثالث مشتاق للاثنين لعلي وبلال</w:t>
      </w:r>
    </w:p>
    <w:p>
      <w:r>
        <w:t>ويطمع غدا يكون عنيف السنة القادمة بين الحرم ليس بالضرورة</w:t>
      </w:r>
    </w:p>
    <w:p>
      <w:r>
        <w:t>ليس بالضرورة</w:t>
      </w:r>
    </w:p>
    <w:p>
      <w:r>
        <w:t>نعم ويمكن ان لا يجدهما مطلقا</w:t>
      </w:r>
    </w:p>
    <w:p>
      <w:r>
        <w:t>وشرائط الانتاج ها هنا هي شرائط الحمليات</w:t>
      </w:r>
    </w:p>
    <w:p>
      <w:r>
        <w:t>كايجاب صغرى وكلية كبرى في الشكل الاول</w:t>
      </w:r>
    </w:p>
    <w:p>
      <w:r>
        <w:t>وهكذا في باقي الاشكال</w:t>
      </w:r>
    </w:p>
    <w:p>
      <w:r>
        <w:t>يعني في الشكل الثاني اختلاف في كيف وجبة سالبة انتاج سالبة</w:t>
      </w:r>
    </w:p>
    <w:p>
      <w:r>
        <w:t>في الشكل الثالث ايجاد الصغرى كلية احدى المقدمات النتيجة دائما تكون جزئية وهكذا</w:t>
      </w:r>
    </w:p>
    <w:p>
      <w:r>
        <w:t>نعم قال آآ وصلنا الى نقد وادعاء ان القياسات المؤلفة من المتصلات اللزومية غير منتجة نقاش مع ادعاءات ان شاء الله بيانه</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