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نقد ادعاء</w:t>
      </w:r>
    </w:p>
    <w:p>
      <w:r>
        <w:t>ان القياسات مؤلفة من المتصلات في اللجومية غير منتجة</w:t>
      </w:r>
    </w:p>
    <w:p>
      <w:r>
        <w:t>نعم</w:t>
      </w:r>
    </w:p>
    <w:p>
      <w:r>
        <w:t>خلاف خلاف المعايير العقلية</w:t>
      </w:r>
    </w:p>
    <w:p>
      <w:r>
        <w:t>خلاف المعايير العقلية</w:t>
      </w:r>
    </w:p>
    <w:p>
      <w:r>
        <w:t>اذا كانت القياسات المؤلفة من المتصلة اللزومية لا تنتج</w:t>
      </w:r>
    </w:p>
    <w:p>
      <w:r>
        <w:t>يعني موجود وغير موجود</w:t>
      </w:r>
    </w:p>
    <w:p>
      <w:r>
        <w:t>مبنى التناقض</w:t>
      </w:r>
    </w:p>
    <w:p>
      <w:r>
        <w:t>نعم</w:t>
      </w:r>
    </w:p>
    <w:p>
      <w:r>
        <w:t>اذا هنا اه القضية الصورية واضحة جدا</w:t>
      </w:r>
    </w:p>
    <w:p>
      <w:r>
        <w:t>اللزوم يولد اللزوم</w:t>
      </w:r>
    </w:p>
    <w:p>
      <w:r>
        <w:t>ثم تأتي انت بامثلة تطبيقية من المعطيات هذا بعد راجع اليك انت يجب ان تلتفت بدقة هل هذا المعطى مرتب الترتيب الصحيح اما القضية المعيارية الصورانية ثابتة ولهذا تفوق المنطق الجديد المنطق الجديد على المنطقة لان لا يعتمد على المعاني</w:t>
      </w:r>
    </w:p>
    <w:p>
      <w:r>
        <w:t>المضمون المعرفي ما فيه كل رموز</w:t>
      </w:r>
    </w:p>
    <w:p>
      <w:r>
        <w:t>نعم كلها رموز</w:t>
      </w:r>
    </w:p>
    <w:p>
      <w:r>
        <w:t>وآآ المنطق الارستي الذي نحن ندرسه يمثل جزءا من آآ المنطق السوري الحديث</w:t>
      </w:r>
    </w:p>
    <w:p>
      <w:r>
        <w:t>المنطق السوري الحديث يتحدث في مجالات اربعة فضاءات اربع</w:t>
      </w:r>
    </w:p>
    <w:p>
      <w:r>
        <w:t>المنطقة يمثل فقط فضاء المنطق السوري الحديث او السورنة الحديثة</w:t>
      </w:r>
    </w:p>
    <w:p>
      <w:r>
        <w:t>نعم</w:t>
      </w:r>
    </w:p>
    <w:p>
      <w:r>
        <w:t>قال وقيل ان اللزوميات لا تنتج متصلة</w:t>
      </w:r>
    </w:p>
    <w:p>
      <w:r>
        <w:t>في المتصلة طبعا</w:t>
      </w:r>
    </w:p>
    <w:p>
      <w:r>
        <w:t>لماذا? لان ملازمة الكبرى تحتمل الا تبقى على تقدير ثبوت الاصغار</w:t>
      </w:r>
    </w:p>
    <w:p>
      <w:r>
        <w:t>نعم</w:t>
      </w:r>
    </w:p>
    <w:p>
      <w:r>
        <w:t>كيف? غير معقول هذا</w:t>
      </w:r>
    </w:p>
    <w:p>
      <w:r>
        <w:t>غير معقول</w:t>
      </w:r>
    </w:p>
    <w:p>
      <w:r>
        <w:t>والعرف يدرك هذا الامر يدرك هذا الامر</w:t>
      </w:r>
    </w:p>
    <w:p>
      <w:r>
        <w:t>نعم</w:t>
      </w:r>
    </w:p>
    <w:p>
      <w:r>
        <w:t>تقول اذا مست النار الخشب ان يحترق</w:t>
      </w:r>
    </w:p>
    <w:p>
      <w:r>
        <w:t>واذا احترق رمادا الاولى لزوبية الثانية لزوبية</w:t>
      </w:r>
    </w:p>
    <w:p>
      <w:r>
        <w:t>نعم</w:t>
      </w:r>
    </w:p>
    <w:p>
      <w:r>
        <w:t>لماذا? مثلا اذا قلنا لاحظت راح الى المعطى الخارجي</w:t>
      </w:r>
    </w:p>
    <w:p>
      <w:r>
        <w:t>راح الى المعنى في المنطق وهذا هو الذي تميز به المنطق الجديد</w:t>
      </w:r>
    </w:p>
    <w:p>
      <w:r>
        <w:t>وما راح الى المعنى</w:t>
      </w:r>
    </w:p>
    <w:p>
      <w:r>
        <w:t>نعم مراحل الصغر هنا فقط</w:t>
      </w:r>
    </w:p>
    <w:p>
      <w:r>
        <w:t>هذا هو المنطق الصحيح</w:t>
      </w:r>
    </w:p>
    <w:p>
      <w:r>
        <w:t>انت الان تأتي بفهم ساذج تضرب بقاعدة سرمدية</w:t>
      </w:r>
    </w:p>
    <w:p>
      <w:r>
        <w:t>لان هذا المعطى الحسي مشوش تضرب به قاعدة سرمدية</w:t>
      </w:r>
    </w:p>
    <w:p>
      <w:r>
        <w:t>حتى لماذا? لاننا نعتمد على المادة</w:t>
      </w:r>
    </w:p>
    <w:p>
      <w:r>
        <w:t>نعم</w:t>
      </w:r>
    </w:p>
    <w:p>
      <w:r>
        <w:t>نقول اه كل انسان حيوان</w:t>
      </w:r>
    </w:p>
    <w:p>
      <w:r>
        <w:t>يعكسها بعض الانسان حيوان</w:t>
      </w:r>
    </w:p>
    <w:p>
      <w:r>
        <w:t>من اين جئت بهذا العكس? جيت من المعنى</w:t>
      </w:r>
    </w:p>
    <w:p>
      <w:r>
        <w:t>المنطق السوري ما ينظر الى الحيوان او للانسان</w:t>
      </w:r>
    </w:p>
    <w:p>
      <w:r>
        <w:t>ينظر الى القاعدة بشكل رمزي</w:t>
      </w:r>
    </w:p>
    <w:p>
      <w:r>
        <w:t>بشكل رمزي</w:t>
      </w:r>
    </w:p>
    <w:p>
      <w:r>
        <w:t>نعم ثم يخرج لك التلازم المنطقي</w:t>
      </w:r>
    </w:p>
    <w:p>
      <w:r>
        <w:t>من الرموز فقط</w:t>
      </w:r>
    </w:p>
    <w:p>
      <w:r>
        <w:t>لا يركز على المعنى</w:t>
      </w:r>
    </w:p>
    <w:p>
      <w:r>
        <w:t>يعني انا اذا سألتك من اين عرفت ان آآ العكس في هذه القضية كل انسان حيوان اعكس تقول بعض الحيوان</w:t>
      </w:r>
    </w:p>
    <w:p>
      <w:r>
        <w:t>تقول لي شيخنا من المعنى</w:t>
      </w:r>
    </w:p>
    <w:p>
      <w:r>
        <w:t>لأن الحيوان اعم من الإنسان</w:t>
      </w:r>
    </w:p>
    <w:p>
      <w:r>
        <w:t>اذا اذا عكسنا حتما نقول بعض الحيوان انسان</w:t>
      </w:r>
    </w:p>
    <w:p>
      <w:r>
        <w:t>لأن الحيوان اشمل</w:t>
      </w:r>
    </w:p>
    <w:p>
      <w:r>
        <w:t>الأسد حيوان فيه حيوان</w:t>
      </w:r>
    </w:p>
    <w:p>
      <w:r>
        <w:t>فالضيق دائرة الحيوان</w:t>
      </w:r>
    </w:p>
    <w:p>
      <w:r>
        <w:t>تقول بعض الحيوان الانسان من هذا البعض؟ يعني طه وبلال وليلى وعلي وزينب من اين؟ من المعاني وليس من الصورنة</w:t>
      </w:r>
    </w:p>
    <w:p>
      <w:r>
        <w:t>نعم</w:t>
      </w:r>
    </w:p>
    <w:p>
      <w:r>
        <w:t>مثلا اذا قلنا كلما كان هذا اللون سوادا وبيا كانا سوادا</w:t>
      </w:r>
    </w:p>
    <w:p>
      <w:r>
        <w:t>هنا تقول كان سوادا ما معناه? يعني السواد والبياض باعتبارهما ومتضادين بالتضاد المقولي</w:t>
      </w:r>
    </w:p>
    <w:p>
      <w:r>
        <w:t>تضاد المقولي مر علينا في بيناه في المقولات يعني عندنا عرضوا اذا حل في جوهر ينفي العرب الثاني</w:t>
      </w:r>
    </w:p>
    <w:p>
      <w:r>
        <w:t>نعم</w:t>
      </w:r>
    </w:p>
    <w:p>
      <w:r>
        <w:t>عرضان لا يجتمعان في وضوء واحد</w:t>
      </w:r>
    </w:p>
    <w:p>
      <w:r>
        <w:t>بينهما الخلاف</w:t>
      </w:r>
    </w:p>
    <w:p>
      <w:r>
        <w:t>كلما كان هذا اللون سوادا وبياضا كان سوادا</w:t>
      </w:r>
    </w:p>
    <w:p>
      <w:r>
        <w:t>يعني اذا دار الامر بين السواد والبياظ يجب ان نختار واحدا اخترنا السواد</w:t>
      </w:r>
    </w:p>
    <w:p>
      <w:r>
        <w:t>يعني كلما كان هذا اللون سوادا وبياضا كان سوادا</w:t>
      </w:r>
    </w:p>
    <w:p>
      <w:r>
        <w:t>يعني يجب ان في البياض او العكس تقول كلما كان هذا اللون سوادا وبياضا كان آآ كان بياضا</w:t>
      </w:r>
    </w:p>
    <w:p>
      <w:r>
        <w:t>يعني السواد يجب ان تنفيه بينهما التضاد</w:t>
      </w:r>
    </w:p>
    <w:p>
      <w:r>
        <w:t>وكلما كان سوادا لم يكن بياضان</w:t>
      </w:r>
    </w:p>
    <w:p>
      <w:r>
        <w:t>وكلما كان سواد ان لم يكن بياضا وجوابه</w:t>
      </w:r>
    </w:p>
    <w:p>
      <w:r>
        <w:t>انظر لما لنا الكبرى ماذا تقول? كلما كان هذا اللون سوادا وبياضا</w:t>
      </w:r>
    </w:p>
    <w:p>
      <w:r>
        <w:t>كان سوادا</w:t>
      </w:r>
    </w:p>
    <w:p>
      <w:r>
        <w:t>اذا الحد الاوسط هو وكلما كان سواد لم يكن بياضا</w:t>
      </w:r>
    </w:p>
    <w:p>
      <w:r>
        <w:t>اذا عندك هذا اللون فيه البياض وفيه لا بياض اجتماع النقيض</w:t>
      </w:r>
    </w:p>
    <w:p>
      <w:r>
        <w:t>هذا آآ المتوهم هكذا توهم</w:t>
      </w:r>
    </w:p>
    <w:p>
      <w:r>
        <w:t>المحقق التونسي يقول لا اشتبهت وجوابه ان الاوسط يعني السواد ان وقع في الصورة كوقوعه في الكبرى يعني بنفس الموازين او بالموازين نفسها التعبير الصحيح بين موازين نفسها يعني بكل الشروط حتما الإنتاج يكون حتما الإنتاج يكون</w:t>
      </w:r>
    </w:p>
    <w:p>
      <w:r>
        <w:t>والإنتاج يكون لزوميا</w:t>
      </w:r>
    </w:p>
    <w:p>
      <w:r>
        <w:t>يعني يكون ضروريا</w:t>
      </w:r>
    </w:p>
    <w:p>
      <w:r>
        <w:t>ان الأوسط مهما كان هنا يعني قاعدة كلية صورنة هنا</w:t>
      </w:r>
    </w:p>
    <w:p>
      <w:r>
        <w:t>ان وقع في الصورة كوقوعه في الكبرى</w:t>
      </w:r>
    </w:p>
    <w:p>
      <w:r>
        <w:t>يعني بكل الشروط</w:t>
      </w:r>
    </w:p>
    <w:p>
      <w:r>
        <w:t>اي على الجهة التي بها يستلزم الاكبر لازمة النتيجة ضرورة</w:t>
      </w:r>
    </w:p>
    <w:p>
      <w:r>
        <w:t>اذا هذه قاعدة مصورنة هنا المحقق التونسي يتكلم بلسان المنطق الحديث</w:t>
      </w:r>
    </w:p>
    <w:p>
      <w:r>
        <w:t>نعم كما تحدث العلمان حلي فيما سبق لان المطلوب من القياس استعلام نسبة الاكبر الى الاصغر بالايجاب والسلب هنا صورنا</w:t>
      </w:r>
    </w:p>
    <w:p>
      <w:r>
        <w:t>هنا يتحدثان بمنطق الحديث المنطق السوري الحديث</w:t>
      </w:r>
    </w:p>
    <w:p>
      <w:r>
        <w:t>هذه الصبرنة هنا ان الاوسط واذا ان وقع في السورة كوقوعه في الكبرى اي على الجهة التي بها يستلزم الاكبر لازمة النتيجة ضرورة</w:t>
      </w:r>
    </w:p>
    <w:p>
      <w:r>
        <w:t>مهما كانت المادة المعرفية هذه الصورة يعني في اذهانهم الشريفة كانت دستورنا موجودة</w:t>
      </w:r>
    </w:p>
    <w:p>
      <w:r>
        <w:t>ما فعلوها مع الاسف الشديد</w:t>
      </w:r>
    </w:p>
    <w:p>
      <w:r>
        <w:t>والا فلم يكن مشتركا</w:t>
      </w:r>
    </w:p>
    <w:p>
      <w:r>
        <w:t>فيكفي كفي كيف يكون مشتركا? يعني يتجمع بين بين الاصغر والاكبر وبيانه في المثال المذكور</w:t>
      </w:r>
    </w:p>
    <w:p>
      <w:r>
        <w:t>ثم يأتي الى المادة المعرفية الى المعنى</w:t>
      </w:r>
    </w:p>
    <w:p>
      <w:r>
        <w:t>هنا الكارثة قاعدة صورانية ثابتة</w:t>
      </w:r>
    </w:p>
    <w:p>
      <w:r>
        <w:t>نعم</w:t>
      </w:r>
    </w:p>
    <w:p>
      <w:r>
        <w:t>اه وبيانه في المثال المذكور المساواة في الكبرى</w:t>
      </w:r>
    </w:p>
    <w:p>
      <w:r>
        <w:t>الكبرى يعني وكلما كان سوادا لم يكن بياض</w:t>
      </w:r>
    </w:p>
    <w:p>
      <w:r>
        <w:t>نعم</w:t>
      </w:r>
    </w:p>
    <w:p>
      <w:r>
        <w:t>هذا هو التناقض المقولي</w:t>
      </w:r>
    </w:p>
    <w:p>
      <w:r>
        <w:t>تناقض المقولي</w:t>
      </w:r>
    </w:p>
    <w:p>
      <w:r>
        <w:t>اه ليس التناقض المقولي</w:t>
      </w:r>
    </w:p>
    <w:p>
      <w:r>
        <w:t>تظادل مقولي</w:t>
      </w:r>
    </w:p>
    <w:p>
      <w:r>
        <w:t>في مقابل التضاد الوجودي</w:t>
      </w:r>
    </w:p>
    <w:p>
      <w:r>
        <w:t>تظل تبادل وجود النار والماء</w:t>
      </w:r>
    </w:p>
    <w:p>
      <w:r>
        <w:t>هذه تضادات في متضادات في الواقع الوجودي</w:t>
      </w:r>
    </w:p>
    <w:p>
      <w:r>
        <w:t>هذا لا التضاد المنطقي بمعنى انه عرف اذا استولى على جوهرين وكان هناك عرض يقع مخالف له غاية الخلاف اذا استقر هذا العرض لا يستقر الثاني</w:t>
      </w:r>
    </w:p>
    <w:p>
      <w:r>
        <w:t>ليجتمعان في جوهر واحد وبينهما غاية الخلاف</w:t>
      </w:r>
    </w:p>
    <w:p>
      <w:r>
        <w:t>مثل السواد والبياظ</w:t>
      </w:r>
    </w:p>
    <w:p>
      <w:r>
        <w:t>اذا حل السواد في الجوهر يخالف البياض مخالفة نهائية</w:t>
      </w:r>
    </w:p>
    <w:p>
      <w:r>
        <w:t>البياض راه يستقر</w:t>
      </w:r>
    </w:p>
    <w:p>
      <w:r>
        <w:t>انظر ماذا تقول? وكلما كان سوادا لم يكن بياضا</w:t>
      </w:r>
    </w:p>
    <w:p>
      <w:r>
        <w:t>ان ملاك ما هو? التضاد المقولي</w:t>
      </w:r>
    </w:p>
    <w:p>
      <w:r>
        <w:t>التضاد المقولي</w:t>
      </w:r>
    </w:p>
    <w:p>
      <w:r>
        <w:t>اذا اجتمع البياض حين استيلاء السواد</w:t>
      </w:r>
    </w:p>
    <w:p>
      <w:r>
        <w:t>على الجوهر يعني سواد ليس بسواد</w:t>
      </w:r>
    </w:p>
    <w:p>
      <w:r>
        <w:t>وبياض وليس ببعض اجتماعا</w:t>
      </w:r>
    </w:p>
    <w:p>
      <w:r>
        <w:t>نعم</w:t>
      </w:r>
    </w:p>
    <w:p>
      <w:r>
        <w:t>وكلما كان سوادا لم يكن بياضا هنا التبادل اقول</w:t>
      </w:r>
    </w:p>
    <w:p>
      <w:r>
        <w:t>يعني الجوهر يعني اللون يتعين باحدهما فقط</w:t>
      </w:r>
    </w:p>
    <w:p>
      <w:r>
        <w:t>لا يتعين بالاثنين</w:t>
      </w:r>
    </w:p>
    <w:p>
      <w:r>
        <w:t>نعم</w:t>
      </w:r>
    </w:p>
    <w:p>
      <w:r>
        <w:t>وبيان في المثال المذكور ان السواد في الكبرى ما هي الكبرى؟ وكلما كان سوادا لم يكن بطبيعة الحال تضاد</w:t>
      </w:r>
    </w:p>
    <w:p>
      <w:r>
        <w:t>نعم وقع بالمعنى المضاد للبياض</w:t>
      </w:r>
    </w:p>
    <w:p>
      <w:r>
        <w:t>يعني تضاد المقولة</w:t>
      </w:r>
    </w:p>
    <w:p>
      <w:r>
        <w:t>وفي الصغرى كلما كان هذا اللون سوادا وبياضا كان سوادا</w:t>
      </w:r>
    </w:p>
    <w:p>
      <w:r>
        <w:t>وفي الصغرى بالمعنى الجامع له</w:t>
      </w:r>
    </w:p>
    <w:p>
      <w:r>
        <w:t>يعني الجمع له آآ كلما كان هذا اللون سواد وبياضا كان سوادا</w:t>
      </w:r>
    </w:p>
    <w:p>
      <w:r>
        <w:t>يعني تخيل انت عندك آآ لون في جسمك فيه سواد فيه بياض كلما كان هذا الجسم آآ سواد وبياضا حتما يكون سوادا ويكون بياضا</w:t>
      </w:r>
    </w:p>
    <w:p>
      <w:r>
        <w:t>هنا ما فيه تضاد لانه كله في جهة كل في جهة نعم وفي الصورة بالمعنى الجامع له</w:t>
      </w:r>
    </w:p>
    <w:p>
      <w:r>
        <w:t>ولذلك لم تبقى الملازمة مع الصورة</w:t>
      </w:r>
    </w:p>
    <w:p>
      <w:r>
        <w:t>الصغرى تجمع بين البياض والسواد في كل في جهة</w:t>
      </w:r>
    </w:p>
    <w:p>
      <w:r>
        <w:t>نعم</w:t>
      </w:r>
    </w:p>
    <w:p>
      <w:r>
        <w:t>عندك قطعة مثلا شوكولا</w:t>
      </w:r>
    </w:p>
    <w:p>
      <w:r>
        <w:t>هنا اه مصنوعة بالكاكاو</w:t>
      </w:r>
    </w:p>
    <w:p>
      <w:r>
        <w:t>لون اسود</w:t>
      </w:r>
    </w:p>
    <w:p>
      <w:r>
        <w:t>وهنا مصنوعة بالمادة بيضاء</w:t>
      </w:r>
    </w:p>
    <w:p>
      <w:r>
        <w:t>سواد وبياض</w:t>
      </w:r>
    </w:p>
    <w:p>
      <w:r>
        <w:t>نعم</w:t>
      </w:r>
    </w:p>
    <w:p>
      <w:r>
        <w:t>فتقول انت كلما كان اللون اه سواد وبياضا كان سواد</w:t>
      </w:r>
    </w:p>
    <w:p>
      <w:r>
        <w:t>وكان كذلك بياضا</w:t>
      </w:r>
    </w:p>
    <w:p>
      <w:r>
        <w:t>يجتمعان</w:t>
      </w:r>
    </w:p>
    <w:p>
      <w:r>
        <w:t>اما الصغرى الكبرى لا تقول كلما كان السواد لم بياضا هنا يعني في مقطع خاص</w:t>
      </w:r>
    </w:p>
    <w:p>
      <w:r>
        <w:t>اذا كان السواد في الكاكاو لا يكون البياض</w:t>
      </w:r>
    </w:p>
    <w:p>
      <w:r>
        <w:t>واذا كان البياض لا يكون السود</w:t>
      </w:r>
    </w:p>
    <w:p>
      <w:r>
        <w:t>نعم</w:t>
      </w:r>
    </w:p>
    <w:p>
      <w:r>
        <w:t>ولذلك لم تبقى الملازمة مع الاصغار ما في ملازمة</w:t>
      </w:r>
    </w:p>
    <w:p>
      <w:r>
        <w:t>نعم ما في ملازمة</w:t>
      </w:r>
    </w:p>
    <w:p>
      <w:r>
        <w:t>فالخلل انما وقع بسبب بسبب عدم اشتراك الأوساط</w:t>
      </w:r>
    </w:p>
    <w:p>
      <w:r>
        <w:t>يعني الحد الأوسط ليس واحدان</w:t>
      </w:r>
    </w:p>
    <w:p>
      <w:r>
        <w:t>لا بسبب العارض التابع</w:t>
      </w:r>
    </w:p>
    <w:p>
      <w:r>
        <w:t>واذا ارتفع الخلل ارتفع التعارف هذا هو</w:t>
      </w:r>
    </w:p>
    <w:p>
      <w:r>
        <w:t>نعم</w:t>
      </w:r>
    </w:p>
    <w:p>
      <w:r>
        <w:t>اذا في الصغرى في اجتماع بين السواد والبياض</w:t>
      </w:r>
    </w:p>
    <w:p>
      <w:r>
        <w:t>في الكبرى اذا ما في بين الصغرى والكبرى يعني ما في حد اوسط جامع واحد الانتاج لا يكون</w:t>
      </w:r>
    </w:p>
    <w:p>
      <w:r>
        <w:t>اذا الخلل هنا من اين جاء? جاء من المادة العلمية</w:t>
      </w:r>
    </w:p>
    <w:p>
      <w:r>
        <w:t>من المظمون المعرفي</w:t>
      </w:r>
    </w:p>
    <w:p>
      <w:r>
        <w:t>اما القاعدة الصورانية المنطق الحديث ما يهتم بالمضمون المعرفي</w:t>
      </w:r>
    </w:p>
    <w:p>
      <w:r>
        <w:t>يهتم فقط بالصورنة</w:t>
      </w:r>
    </w:p>
    <w:p>
      <w:r>
        <w:t>اقول اورد بعض المنطقيين</w:t>
      </w:r>
    </w:p>
    <w:p>
      <w:r>
        <w:t>هذا هو التعبير الصحيح</w:t>
      </w:r>
    </w:p>
    <w:p>
      <w:r>
        <w:t>المنطقيون المنطقيين المناطق خطأ نعم</w:t>
      </w:r>
    </w:p>
    <w:p>
      <w:r>
        <w:t>اورد بعض المنطقيين</w:t>
      </w:r>
    </w:p>
    <w:p>
      <w:r>
        <w:t>اعتراضا على المؤلف يعني على القياس المؤلف من اللزوميات</w:t>
      </w:r>
    </w:p>
    <w:p>
      <w:r>
        <w:t>يعني عندنا مقدمة متصلة لزوبية من المقدم والتالي رابط تكويني عندنا اتصالية كبرى بين المقدم والتالي ربط تكويني</w:t>
      </w:r>
    </w:p>
    <w:p>
      <w:r>
        <w:t>يقول النتيجة لا نتيجة قد تكون اتفاقية لا ابدا</w:t>
      </w:r>
    </w:p>
    <w:p>
      <w:r>
        <w:t>وتقريره ان الكبرى ان الكبرى حكمنا فيها بملازمة التالي للمقدم في نفس الامر</w:t>
      </w:r>
    </w:p>
    <w:p>
      <w:r>
        <w:t>في نص الامر يعني ايه الربط التكويني? اكتب تحتها نص الامر الربط التكويني</w:t>
      </w:r>
    </w:p>
    <w:p>
      <w:r>
        <w:t>علة ومعلول او التظايف</w:t>
      </w:r>
    </w:p>
    <w:p>
      <w:r>
        <w:t>التظايف</w:t>
      </w:r>
    </w:p>
    <w:p>
      <w:r>
        <w:t>من باب تحصيل الحاصل لا يستخدم في العلوم</w:t>
      </w:r>
    </w:p>
    <w:p>
      <w:r>
        <w:t>نعم</w:t>
      </w:r>
    </w:p>
    <w:p>
      <w:r>
        <w:t>الأمر يعني الربط التكويني</w:t>
      </w:r>
    </w:p>
    <w:p>
      <w:r>
        <w:t>يعني في نظام الأسباب والمسببات</w:t>
      </w:r>
    </w:p>
    <w:p>
      <w:r>
        <w:t>ان الكبرى حكمنا فيها بملازمة التالي للمقدم</w:t>
      </w:r>
    </w:p>
    <w:p>
      <w:r>
        <w:t>يعني التالي يتبع المقدم اتباع المعلول للعلة</w:t>
      </w:r>
    </w:p>
    <w:p>
      <w:r>
        <w:t>او العكس</w:t>
      </w:r>
    </w:p>
    <w:p>
      <w:r>
        <w:t>في نفس الأمر</w:t>
      </w:r>
    </w:p>
    <w:p>
      <w:r>
        <w:t>يعني الربط تكويني</w:t>
      </w:r>
    </w:p>
    <w:p>
      <w:r>
        <w:t>وذلك لا يستلزم ثبوت الملازمة على تقدير ثبوت مقدم الصغرى</w:t>
      </w:r>
    </w:p>
    <w:p>
      <w:r>
        <w:t>سيحتمل الا تبقى صادقة على تقدير ثبوت الاصغر</w:t>
      </w:r>
    </w:p>
    <w:p>
      <w:r>
        <w:t>فلا يندرج تالي الصغرى في مقدم الكبرى</w:t>
      </w:r>
    </w:p>
    <w:p>
      <w:r>
        <w:t>الصغرى في المقدمة الكبرى يعني النتيجة</w:t>
      </w:r>
    </w:p>
    <w:p>
      <w:r>
        <w:t>نعم فلا يحصل الانتاج</w:t>
      </w:r>
    </w:p>
    <w:p>
      <w:r>
        <w:t>مثال كلما كان هذا اللون سوادا وبياضا كان سوادا</w:t>
      </w:r>
    </w:p>
    <w:p>
      <w:r>
        <w:t>هذا في حالة ما في حالة الجمع</w:t>
      </w:r>
    </w:p>
    <w:p>
      <w:r>
        <w:t>يعني قطعة شوكولاتة</w:t>
      </w:r>
    </w:p>
    <w:p>
      <w:r>
        <w:t>قطعة سودا قطعة بيضاء نعم تقول كلما كان اللون سواد وبياض فهو سواد وكذلك بياض</w:t>
      </w:r>
    </w:p>
    <w:p>
      <w:r>
        <w:t>اما الثانية اذا جئت من باب التضاد مستحيل وكلما كان سوادا لم يكن بياضا</w:t>
      </w:r>
    </w:p>
    <w:p>
      <w:r>
        <w:t>هنا لا في مقطع واحد</w:t>
      </w:r>
    </w:p>
    <w:p>
      <w:r>
        <w:t>نعم</w:t>
      </w:r>
    </w:p>
    <w:p>
      <w:r>
        <w:t>كلما كان هذا اللون سوادا وبياضا كان سوادا</w:t>
      </w:r>
    </w:p>
    <w:p>
      <w:r>
        <w:t>وكلما كان سوادا لم يكن بياضا</w:t>
      </w:r>
    </w:p>
    <w:p>
      <w:r>
        <w:t>اذا الفيستغرافي اجتماع في الكبرى فيه كضاد</w:t>
      </w:r>
    </w:p>
    <w:p>
      <w:r>
        <w:t>اذا الحد الاوسط لم يتكرر ايها المستشكل</w:t>
      </w:r>
    </w:p>
    <w:p>
      <w:r>
        <w:t>ولا ينتج كل ما كان سوادا وبياضا يكن بياضا لانه كلما كان سواد وبياضا كان بياضا بالضرورة</w:t>
      </w:r>
    </w:p>
    <w:p>
      <w:r>
        <w:t>لاستلزام المركب الجزء انظر لاستلزام المركب الجوز</w:t>
      </w:r>
    </w:p>
    <w:p>
      <w:r>
        <w:t>اذا المركب عندنا بياض و آآ سواد نعم بياض وسواد</w:t>
      </w:r>
    </w:p>
    <w:p>
      <w:r>
        <w:t>كله في مقطع خاص يجتمع نعم يجتمعان والجواب ان الاوسط ان وقع في الصغرى كوقعه في الكبرى</w:t>
      </w:r>
    </w:p>
    <w:p>
      <w:r>
        <w:t>هذا لسان الصبر هنا فورماليز</w:t>
      </w:r>
    </w:p>
    <w:p>
      <w:r>
        <w:t>يعني يبين القاعدة التي بينها المحقق التونسي في المتر</w:t>
      </w:r>
    </w:p>
    <w:p>
      <w:r>
        <w:t>حتى يكون في الصورة الكبرى كما وقع في الكبرى اتحد الاوسط وانت انتج القياس بالضرورة</w:t>
      </w:r>
    </w:p>
    <w:p>
      <w:r>
        <w:t>هذه الظرورة الصورانية فورماليز ما عندنا علاقة بالمادة</w:t>
      </w:r>
    </w:p>
    <w:p>
      <w:r>
        <w:t>اي مادة ادخلتها النتيجة تكون زوبية</w:t>
      </w:r>
    </w:p>
    <w:p>
      <w:r>
        <w:t>بعلاقة بالمادة العلمية</w:t>
      </w:r>
    </w:p>
    <w:p>
      <w:r>
        <w:t>ارباك المنطق الارسطي هو بهذه اه المضمون المعرفي</w:t>
      </w:r>
    </w:p>
    <w:p>
      <w:r>
        <w:t>الطلاب يتوقفون في فهمه وبعضهم يزهد في التخصص فيه لاجل هذه الارباكات اللفظ الارباكات المعنوية في داخل القضايا</w:t>
      </w:r>
    </w:p>
    <w:p>
      <w:r>
        <w:t>اما المنطق الحديث تخلص من هذا الامر وانا الان اهتم بجدية بهذا المنطق الحديث</w:t>
      </w:r>
    </w:p>
    <w:p>
      <w:r>
        <w:t>وان شاء الله ندخله في الحوزة لان الحوزة الايرانية بدأ من زمان الان فيه متخصصون كبار وسيقام قريبا مؤتمر اه متخصص بالمنطق مؤتمر خالص عن المنطق في طهران عاصمة تمام وممكن يأتي متخصصون من الغرب</w:t>
      </w:r>
    </w:p>
    <w:p>
      <w:r>
        <w:t>اول مؤتمر منطقي في العالم الإسلامي</w:t>
      </w:r>
    </w:p>
    <w:p>
      <w:r>
        <w:t>هذا خير دليل على ان الدراسات المنطقية في ايران مرونقة قوية</w:t>
      </w:r>
    </w:p>
    <w:p>
      <w:r>
        <w:t>يجب ان يدخل هذا المنطق الحديث الى الحوزة العربية</w:t>
      </w:r>
    </w:p>
    <w:p>
      <w:r>
        <w:t>يجب نعم لان هذا المنطق الارصي القديم وان كان جميلا ويبقى الى انه تتبين جماليته وعمقه في المنطق السوري الحديث</w:t>
      </w:r>
    </w:p>
    <w:p>
      <w:r>
        <w:t>والجواب ان الاوسط ان وقع في الصورة كوقوعه في الكبرى بجميع الشروط</w:t>
      </w:r>
    </w:p>
    <w:p>
      <w:r>
        <w:t>يعني اذا كان الصغرى في الصغرى بالمعنى التضاد المقولي وفي الكبرى تظاد المعقول نعم النتيجة لن تكون اما اذا كان في الصغرى جمعي وفي الكبرى تظاد النتيجة تكون</w:t>
      </w:r>
    </w:p>
    <w:p>
      <w:r>
        <w:t>نعم النتيجة تكون والحد الاوسط</w:t>
      </w:r>
    </w:p>
    <w:p>
      <w:r>
        <w:t>آآ النتيجة لا تكون لان الحفظ للصوت لم يتكرر</w:t>
      </w:r>
    </w:p>
    <w:p>
      <w:r>
        <w:t>جيد</w:t>
      </w:r>
    </w:p>
    <w:p>
      <w:r>
        <w:t>مثاله كلما كان هذا اللون وبياض كان سواد وكان بياضا كذلك</w:t>
      </w:r>
    </w:p>
    <w:p>
      <w:r>
        <w:t>لانه فيه بياض وسواد</w:t>
      </w:r>
    </w:p>
    <w:p>
      <w:r>
        <w:t>وكلما كان سوادا لم يكن بياضا ولا ينتج كلما كان سوادا وبياضا لم يكن بياضا</w:t>
      </w:r>
    </w:p>
    <w:p>
      <w:r>
        <w:t>لانه كل كلما كان سواد وبياضا كان بياضا بالضرورة لاستلزام المركب الجوز</w:t>
      </w:r>
    </w:p>
    <w:p>
      <w:r>
        <w:t>والجواب ان الاوسط ان وقع في الصورة كوقعه في الكبرى حتى يكون في الصورة مستلزم لتالي الكبرى كما وقع في الكبرى اتحد الاوسط وانتج القياس بالضرورة</w:t>
      </w:r>
    </w:p>
    <w:p>
      <w:r>
        <w:t>هذه صورانية? قاعدة صورانية ما عندها علاقة بالمضمون المعرفي</w:t>
      </w:r>
    </w:p>
    <w:p>
      <w:r>
        <w:t>نعم لا بياض ولا سواد ولا جزر ولا تمر</w:t>
      </w:r>
    </w:p>
    <w:p>
      <w:r>
        <w:t>لا فقط القاعدة الصولانية</w:t>
      </w:r>
    </w:p>
    <w:p>
      <w:r>
        <w:t>هذا هو المنطق الصحيح</w:t>
      </w:r>
    </w:p>
    <w:p>
      <w:r>
        <w:t>نعم</w:t>
      </w:r>
    </w:p>
    <w:p>
      <w:r>
        <w:t>وسقط لابتناءه على جواز انتفاء الملازمة على تقدير مقدم الصورة</w:t>
      </w:r>
    </w:p>
    <w:p>
      <w:r>
        <w:t>وذلك لا يتأتى ها هنا</w:t>
      </w:r>
    </w:p>
    <w:p>
      <w:r>
        <w:t>وان لم يقع في الكبرى على الجهة التي وقع عليها في الصغرى لم يكن الاوسط متحدا</w:t>
      </w:r>
    </w:p>
    <w:p>
      <w:r>
        <w:t>يعني الحد الاوسط لم يتكرر</w:t>
      </w:r>
    </w:p>
    <w:p>
      <w:r>
        <w:t>لان الحد الاوسط في الصغرى فيه اجتماع بياض وسواد في شيء</w:t>
      </w:r>
    </w:p>
    <w:p>
      <w:r>
        <w:t>فاللون سواد في مقطع وبياض في مقطع</w:t>
      </w:r>
    </w:p>
    <w:p>
      <w:r>
        <w:t>اما في الكبرى لا في الكبرى تضاد يعني السواد اذا استقر البياض يرتفع</w:t>
      </w:r>
    </w:p>
    <w:p>
      <w:r>
        <w:t>والبياض اذا استقر سواد يرتفع على الحد الاوسط لم يتكرر ولهذا اقول وذلك لا تتأتى هنا وان لم يقع في الكبرى على الجهة التي وقع عليها في الصورة لم يكن الاوسط متحدا</w:t>
      </w:r>
    </w:p>
    <w:p>
      <w:r>
        <w:t>يعني الحد الاوسط لم يتكرر فلا يحصل القياس اذا لم يتكرر الحد الاوسط لا معنى له فلا يحصل القياس</w:t>
      </w:r>
    </w:p>
    <w:p>
      <w:r>
        <w:t>وكلامنا في قياس اتحد الاوسط فيه</w:t>
      </w:r>
    </w:p>
    <w:p>
      <w:r>
        <w:t>قياس تعدد الاوسط هو هو</w:t>
      </w:r>
    </w:p>
    <w:p>
      <w:r>
        <w:t>هو في الصغرى هو في الكبرى حتى تتم البزنس</w:t>
      </w:r>
    </w:p>
    <w:p>
      <w:r>
        <w:t>تم السمسرة من الحد الاوسط سمسار يربط الاصغر بالاكبر</w:t>
      </w:r>
    </w:p>
    <w:p>
      <w:r>
        <w:t>هذا هو فلسفة القياس</w:t>
      </w:r>
    </w:p>
    <w:p>
      <w:r>
        <w:t>والمثال الذي ذكره المصنف رحمه الله يناقش المثال على من حمله بعدما بين القاعدة السورانية انما وقع على الوجهة الثانية يعني الحد الأوسط غير متكرر</w:t>
      </w:r>
    </w:p>
    <w:p>
      <w:r>
        <w:t>وبيانه ان السواد المأخوذ في تالي الصغرى</w:t>
      </w:r>
    </w:p>
    <w:p>
      <w:r>
        <w:t>تالي الصغرى ما هو? في اقيس حتى نكررها</w:t>
      </w:r>
    </w:p>
    <w:p>
      <w:r>
        <w:t>بناخدها من المتن كلما كان هذا اللون سواد وبياضا كان سوادا</w:t>
      </w:r>
    </w:p>
    <w:p>
      <w:r>
        <w:t>نعم</w:t>
      </w:r>
    </w:p>
    <w:p>
      <w:r>
        <w:t>اه لانها قضية تولوجيك</w:t>
      </w:r>
    </w:p>
    <w:p>
      <w:r>
        <w:t>قضية تولوجيك</w:t>
      </w:r>
    </w:p>
    <w:p>
      <w:r>
        <w:t>يعني اه تأتي بقطعة الشكولاطة للطفل الصغير</w:t>
      </w:r>
    </w:p>
    <w:p>
      <w:r>
        <w:t>يعني تحسين الحصر</w:t>
      </w:r>
    </w:p>
    <w:p>
      <w:r>
        <w:t>تأتي بقطعة شوكولاتة لطفل صغير</w:t>
      </w:r>
    </w:p>
    <w:p>
      <w:r>
        <w:t>جزء منها كاكاو اسود</w:t>
      </w:r>
    </w:p>
    <w:p>
      <w:r>
        <w:t>وجزء منها مأخوذ بمادة</w:t>
      </w:r>
    </w:p>
    <w:p>
      <w:r>
        <w:t>نعم</w:t>
      </w:r>
    </w:p>
    <w:p>
      <w:r>
        <w:t>وابيض</w:t>
      </w:r>
    </w:p>
    <w:p>
      <w:r>
        <w:t>تقول له هذه القطعة آآ سوداء يقول نعم في جزء منها بيضة? نقول نعم في جزء منها</w:t>
      </w:r>
    </w:p>
    <w:p>
      <w:r>
        <w:t>واضحة جدا يعني كلما كان اللون سوادا وبياضا كان سوادا</w:t>
      </w:r>
    </w:p>
    <w:p>
      <w:r>
        <w:t>وكان كذلك</w:t>
      </w:r>
    </w:p>
    <w:p>
      <w:r>
        <w:t>نعم</w:t>
      </w:r>
    </w:p>
    <w:p>
      <w:r>
        <w:t>اما اذا بنينا على التضاد يعني هذه القطعة سواد بكاملها وبياض بكاملها لا</w:t>
      </w:r>
    </w:p>
    <w:p>
      <w:r>
        <w:t>الطفل الصغير حتى هذه ما يقبلها</w:t>
      </w:r>
    </w:p>
    <w:p>
      <w:r>
        <w:t>تقول له هذه القطعة تخيل مثلا القطعة هذه كلها سوداء</w:t>
      </w:r>
    </w:p>
    <w:p>
      <w:r>
        <w:t>تقول قطعة بيضاء يضحك عليك</w:t>
      </w:r>
    </w:p>
    <w:p>
      <w:r>
        <w:t>اذا كانت بيضاء تقوله سوداء يضحك عليك</w:t>
      </w:r>
    </w:p>
    <w:p>
      <w:r>
        <w:t>لماذا؟ لأن عقله مع عدم النضج يدرك بالفطرة عدم اجتماع الدين في موضوع واحد</w:t>
      </w:r>
    </w:p>
    <w:p>
      <w:r>
        <w:t>نعم في موضوع واحد</w:t>
      </w:r>
    </w:p>
    <w:p>
      <w:r>
        <w:t>جيد والمثال الذي ذكره المصنف رحمه الله انما وقع على الوجه الثاني ما معنى الوجه الثاني? يعني الحد الأوسط لم يتكرر</w:t>
      </w:r>
    </w:p>
    <w:p>
      <w:r>
        <w:t>في الصغرى في جهة وفي الكبرى في جهة</w:t>
      </w:r>
    </w:p>
    <w:p>
      <w:r>
        <w:t>وبيانه ان السواد المأخوذ في تالي الصغر ما هو تالي الصغرى? يعني تقول كلما كان هذا اللون سوادا وبياضا كان سوادا</w:t>
      </w:r>
    </w:p>
    <w:p>
      <w:r>
        <w:t>بالضرورة</w:t>
      </w:r>
    </w:p>
    <w:p>
      <w:r>
        <w:t>التحصيل حاصل</w:t>
      </w:r>
    </w:p>
    <w:p>
      <w:r>
        <w:t>نعم</w:t>
      </w:r>
    </w:p>
    <w:p>
      <w:r>
        <w:t>اه نعم</w:t>
      </w:r>
    </w:p>
    <w:p>
      <w:r>
        <w:t>وبيان ان السواد المأخوظ في تالي الصغرى كان بالمعنى الجامع للبي نعم</w:t>
      </w:r>
    </w:p>
    <w:p>
      <w:r>
        <w:t>يعني البياض والسواد في في شيء واحد</w:t>
      </w:r>
    </w:p>
    <w:p>
      <w:r>
        <w:t>طبعا كل في مقطع</w:t>
      </w:r>
    </w:p>
    <w:p>
      <w:r>
        <w:t>والمأخوذ في مقدمة الكبرى ما هي الكبرى وكلما كان سواد لم يكن بياضا بطبيعة الحال</w:t>
      </w:r>
    </w:p>
    <w:p>
      <w:r>
        <w:t>واذا اخذنا السوادج اشتمل على جميع هذه الشوكولاتة لا يكون بياضا واذا كان بياضا لا يكون سوادا</w:t>
      </w:r>
    </w:p>
    <w:p>
      <w:r>
        <w:t>والمأخوذ في المقدمة الكبرى يعني السواد المأخوذ في المقدمة الكبرى في قولنا كلما كان سوادا لم يكن بياضا واضحة جدا</w:t>
      </w:r>
    </w:p>
    <w:p>
      <w:r>
        <w:t>والمأخوذ في المقدمة الكبرى كان بالمعنى مضاد له مضاد للبياض فلما اختلف الوسط يعني الحد الاوسط لم تلزم النتيجة</w:t>
      </w:r>
    </w:p>
    <w:p>
      <w:r>
        <w:t>فلم تلزم ملازمة الاكبر للاصغار</w:t>
      </w:r>
    </w:p>
    <w:p>
      <w:r>
        <w:t>نعم</w:t>
      </w:r>
    </w:p>
    <w:p>
      <w:r>
        <w:t>يعني ما فيها ربط ما في اقتران</w:t>
      </w:r>
    </w:p>
    <w:p>
      <w:r>
        <w:t>الحد الاوسط هنا ما في ما في الحد الاوسط في في باب والحد الاوسط في في الكبرى سباب اصلا الحد الاوسط غير موجود</w:t>
      </w:r>
    </w:p>
    <w:p>
      <w:r>
        <w:t>نعم</w:t>
      </w:r>
    </w:p>
    <w:p>
      <w:r>
        <w:t>فلما اختلف الوسط الوسط يعني الاوسط</w:t>
      </w:r>
    </w:p>
    <w:p>
      <w:r>
        <w:t>لم تلزم النتيجة لان النتيجة تكون الحد الأوسط يسمسر بين الأصغر والأكبر يعني يربط نعم يربط ويختفي</w:t>
      </w:r>
    </w:p>
    <w:p>
      <w:r>
        <w:t>مثل الذي هذا المسؤول في توفير توفير السكن</w:t>
      </w:r>
    </w:p>
    <w:p>
      <w:r>
        <w:t>نعم ثقوا عندنا هذا يسموه عندو مكتب ودفتر وتروح نتا تقول اريد شقة في او مثلا فيلا</w:t>
      </w:r>
    </w:p>
    <w:p>
      <w:r>
        <w:t>فيقولك عندك هذه الإختيارات</w:t>
      </w:r>
    </w:p>
    <w:p>
      <w:r>
        <w:t>هذا بهذا الثمن هذا بهذا الثمن هذا بالثمن</w:t>
      </w:r>
    </w:p>
    <w:p>
      <w:r>
        <w:t>ثم يأخذ عمولة</w:t>
      </w:r>
    </w:p>
    <w:p>
      <w:r>
        <w:t>فتبقى المعاملة بينك وبين من? صاحب البيت هو يختفي ياخذ عمولته ويختفي</w:t>
      </w:r>
    </w:p>
    <w:p>
      <w:r>
        <w:t>انتهى الامر</w:t>
      </w:r>
    </w:p>
    <w:p>
      <w:r>
        <w:t>فهذا هو الحد الاوسط</w:t>
      </w:r>
    </w:p>
    <w:p>
      <w:r>
        <w:t>ذاك عرفيا وهذا دقيا ومنطقيا</w:t>
      </w:r>
    </w:p>
    <w:p>
      <w:r>
        <w:t>نعم</w:t>
      </w:r>
    </w:p>
    <w:p>
      <w:r>
        <w:t>فلما اختلف الوسط يعني الحوص الحد الاوسط لم تلزم النتيجة? نعم</w:t>
      </w:r>
    </w:p>
    <w:p>
      <w:r>
        <w:t>فلن تلزم ملازمة الاكبر للاصغار</w:t>
      </w:r>
    </w:p>
    <w:p>
      <w:r>
        <w:t>يعني لا يجتمع الاكبر يعني نتيجة غير موجودة</w:t>
      </w:r>
    </w:p>
    <w:p>
      <w:r>
        <w:t>فعدم الانتاج من اين? انما كان لعدم اتحاد الوسط يعني عدم اتحاد الاوساط</w:t>
      </w:r>
    </w:p>
    <w:p>
      <w:r>
        <w:t>لا لان الاكبر يحتمل الا يصدق على تقدير سن الاصوات</w:t>
      </w:r>
    </w:p>
    <w:p>
      <w:r>
        <w:t>لا يعني القاعدة الصورانية لا تخرم ابدا</w:t>
      </w:r>
    </w:p>
    <w:p>
      <w:r>
        <w:t>ولا تظرب ابدا صار بديا</w:t>
      </w:r>
    </w:p>
    <w:p>
      <w:r>
        <w:t>قواعد سرمدية هي حكمة الهية غامرت الانسان حتى يفكر صحيحا</w:t>
      </w:r>
    </w:p>
    <w:p>
      <w:r>
        <w:t>ويصل الى الحقيقة صحيحا ثم يتماهى في هذه الحقيقة في اعماله وسلوكه فيتكامل</w:t>
      </w:r>
    </w:p>
    <w:p>
      <w:r>
        <w:t>نعم فالخلل وهو عدم الانتاج في المثال المذكور انما كان لان الاوسط فيه في هذا الانتاج في هذا القياس غير متحد يعني لم يتكرر نعم لم يعني انت عندك هذه قطعة شوكولاتة بعضها اسود وبعضها ابيض يجتمعان? نعم</w:t>
      </w:r>
    </w:p>
    <w:p>
      <w:r>
        <w:t>مرة عندك قطعة شوكولاتة كلها سوداء ولا تجتمع مع البياض</w:t>
      </w:r>
    </w:p>
    <w:p>
      <w:r>
        <w:t>تقول لي شيخنا فرق بين القطعة والأولى ما فيه ملازمة بين آآ الاولى والثانية ان عندنا فيها ربط بين الثانية</w:t>
      </w:r>
    </w:p>
    <w:p>
      <w:r>
        <w:t>والأولى والثانية من حيث اللون</w:t>
      </w:r>
    </w:p>
    <w:p>
      <w:r>
        <w:t>هناك لونان يجتمعان بياض سواد</w:t>
      </w:r>
    </w:p>
    <w:p>
      <w:r>
        <w:t>هنا لا</w:t>
      </w:r>
    </w:p>
    <w:p>
      <w:r>
        <w:t>لون واحد فقط ما يجتمع مع ضده</w:t>
      </w:r>
    </w:p>
    <w:p>
      <w:r>
        <w:t>اذا كانت سوداء لا تكون بيضاء</w:t>
      </w:r>
    </w:p>
    <w:p>
      <w:r>
        <w:t>واذا كانت بيضاء لا تكون سوداء</w:t>
      </w:r>
    </w:p>
    <w:p>
      <w:r>
        <w:t>اذا مصانخة بين القطعة والأولى والثانية في نظم الألوان</w:t>
      </w:r>
    </w:p>
    <w:p>
      <w:r>
        <w:t>ها الحد الأوسط نعم فالخلل وهو عدم الإنتاج في المثال المذكور انما كان لأن الأوسط فيه في هذا الإنتاج في هذا القياس غير متحد</w:t>
      </w:r>
    </w:p>
    <w:p>
      <w:r>
        <w:t>يعني الاوسط لم يتكرر</w:t>
      </w:r>
    </w:p>
    <w:p>
      <w:r>
        <w:t>اذا علة النتيجة غائبة</w:t>
      </w:r>
    </w:p>
    <w:p>
      <w:r>
        <w:t>فالنتيجة لا تكون</w:t>
      </w:r>
    </w:p>
    <w:p>
      <w:r>
        <w:t>لان الحد الاوسط عللين نتيجة</w:t>
      </w:r>
    </w:p>
    <w:p>
      <w:r>
        <w:t>لا بسبب العارض التابع وهو احتمال ان الكبرى لا يصدق على تقدير مقدم الصغرى</w:t>
      </w:r>
    </w:p>
    <w:p>
      <w:r>
        <w:t>لا هذه قاعدة صورانية</w:t>
      </w:r>
    </w:p>
    <w:p>
      <w:r>
        <w:t>ثاب واذا ارتفع الخلل اي ارتفع عدم اتحاد الوسط الوسط ارتفع العارض اعني عدم الانتاج فينتج</w:t>
      </w:r>
    </w:p>
    <w:p>
      <w:r>
        <w:t>نعم ينتج</w:t>
      </w:r>
    </w:p>
    <w:p>
      <w:r>
        <w:t>اذا المشكلة هنا ماذا? الخلل في اصل القياس</w:t>
      </w:r>
    </w:p>
    <w:p>
      <w:r>
        <w:t>وهو ان الاوسط لم يتكرر</w:t>
      </w:r>
    </w:p>
    <w:p>
      <w:r>
        <w:t>يعني ما في علية ما في علية للنتيجة</w:t>
      </w:r>
    </w:p>
    <w:p>
      <w:r>
        <w:t>يعني المقدمة والصغرى اذا اقترن لا يولدان نتيجة ما فعلية لان الحد الاوسط غير متكرر</w:t>
      </w:r>
    </w:p>
    <w:p>
      <w:r>
        <w:t>اقتراب ظاهري</w:t>
      </w:r>
    </w:p>
    <w:p>
      <w:r>
        <w:t>ليس اقترانا حقيقيا</w:t>
      </w:r>
    </w:p>
    <w:p>
      <w:r>
        <w:t>اه العقيمة من الشرطيات المؤلفة من اللزوم واللزومية والاتفاقية</w:t>
      </w:r>
    </w:p>
    <w:p>
      <w:r>
        <w:t>يعني اذا كانت عندنا مقدمة لزومية ومقدمة اتفاقية عقم</w:t>
      </w:r>
    </w:p>
    <w:p>
      <w:r>
        <w:t>لماذا? لان تلك في دائرة نظام الاسباب والمسببة في التسابق وتلك الاتفاقية في في التصادق ليست في دائرة نظام الاسباب والمسببات</w:t>
      </w:r>
    </w:p>
    <w:p>
      <w:r>
        <w:t>تصادق الف وباء مثلا</w:t>
      </w:r>
    </w:p>
    <w:p>
      <w:r>
        <w:t>هنا تصادق الف وباء في نظام المسببات</w:t>
      </w:r>
    </w:p>
    <w:p>
      <w:r>
        <w:t>هنا تسابق الف مثلا وجيم ليس في دائرة نظام الاسباب</w:t>
      </w:r>
    </w:p>
    <w:p>
      <w:r>
        <w:t>فما فيه اتصال تكويني فيكون العقم يأتي ان شاء الله بيانه بالتفصيل</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