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 والحمد لله</w:t>
      </w:r>
    </w:p>
    <w:p>
      <w:r>
        <w:t>والله اكبر</w:t>
      </w:r>
    </w:p>
    <w:p>
      <w:r>
        <w:t>اعوذ بالله من الشيطان الرجيم</w:t>
      </w:r>
    </w:p>
    <w:p>
      <w:r>
        <w:t>بسم الله الرحمن الرحيم</w:t>
      </w:r>
    </w:p>
    <w:p>
      <w:r>
        <w:t>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 قال واما المخلوط لا ينتج القياس منها في الشكل الاول الصغرى اللزومية موجبتين ولا الاتفاقية مختلفتين</w:t>
      </w:r>
    </w:p>
    <w:p>
      <w:r>
        <w:t>المخلوطة يعني مقدمة شرطية لزومية في رابط تكويني بين المقدم والتالي</w:t>
      </w:r>
    </w:p>
    <w:p>
      <w:r>
        <w:t>والكبرى موجبة اذا كانت الصغرى موجبة والكبرى موجبة اتفاقية</w:t>
      </w:r>
    </w:p>
    <w:p>
      <w:r>
        <w:t>ليس بالظرورة بالظرورة ان يكون الحد الاوسط مشتركا بين الصغرى والكبرى</w:t>
      </w:r>
    </w:p>
    <w:p>
      <w:r>
        <w:t>ما في انتاج ان الصغرى لزومية فيه ربط تكويني والكبرى لا مجرد مصاحبة ما فيه ربط تكويني</w:t>
      </w:r>
    </w:p>
    <w:p>
      <w:r>
        <w:t>فلا يمكن ان يكون تكون النتيجة لزومية لان الاتفاقية تمنع ذلك</w:t>
      </w:r>
    </w:p>
    <w:p>
      <w:r>
        <w:t>هذا اذا كانت الصورة الشكل الاول والكبرى موجبة</w:t>
      </w:r>
    </w:p>
    <w:p>
      <w:r>
        <w:t>اذا كنا في الشكل الاول والكبرى سالبة</w:t>
      </w:r>
    </w:p>
    <w:p>
      <w:r>
        <w:t>كذلك لا ينتج</w:t>
      </w:r>
    </w:p>
    <w:p>
      <w:r>
        <w:t>نعم لان اللزوم ربط تكويني والاتفاق مجرد مصاحبة</w:t>
      </w:r>
    </w:p>
    <w:p>
      <w:r>
        <w:t>اقول القياس المختلط من اللزوميات والاتفاقيات بينا ما معنى اللزومية او معنى الاتفاقية ان كان في الشكل الاول نعم الشكل الاول الصورة موجبة وكبرى كلي فان كانت يعني الشرط متوفر في ان كان اتى موجبتين يعني الكبرى والصغرى فالصغرى ان كانت لزومية يعني فيه ربط تكوين بين المقدم والتالي لم ينتج القياس شيئا</w:t>
      </w:r>
    </w:p>
    <w:p>
      <w:r>
        <w:t>نعم</w:t>
      </w:r>
    </w:p>
    <w:p>
      <w:r>
        <w:t>لان الصورة تدل على ان الاوسط لازم في ربط تكويني بين الاصغر والاوسط</w:t>
      </w:r>
    </w:p>
    <w:p>
      <w:r>
        <w:t>نقول اصغر الاوسط تسامحا والا هي مقدمها التالي</w:t>
      </w:r>
    </w:p>
    <w:p>
      <w:r>
        <w:t>المهم الحد الاوسط قد يكون هو التالي قد هو يكون المقدم</w:t>
      </w:r>
    </w:p>
    <w:p>
      <w:r>
        <w:t>المهم بين المقدم والتالي فيه ربط تكويني</w:t>
      </w:r>
    </w:p>
    <w:p>
      <w:r>
        <w:t>والكبرى تدل على انه مصاحب مصاحب فقط اتفاقية ما فيه اليه ومالولية</w:t>
      </w:r>
    </w:p>
    <w:p>
      <w:r>
        <w:t>ولا يلزم هذا هو السر</w:t>
      </w:r>
    </w:p>
    <w:p>
      <w:r>
        <w:t>ولا يلزم من كون اللازم مصاحبا اه ولا يلزم من كون اللازم مصاحبا اذا كان اللازم مصاحبا غيره كون ملزومه كذلك لا ولا العقل لا يقبل ذلك ما هو السر? هذا مبدأ السبب الكافي لجواز كون اللازم اعم</w:t>
      </w:r>
    </w:p>
    <w:p>
      <w:r>
        <w:t>اللازم اعم نعم</w:t>
      </w:r>
    </w:p>
    <w:p>
      <w:r>
        <w:t>يعني في مقطع في عرب التكويني مع في الصورة ودائرة رابط اتفاقي مع الكبرى</w:t>
      </w:r>
    </w:p>
    <w:p>
      <w:r>
        <w:t>يمكن</w:t>
      </w:r>
    </w:p>
    <w:p>
      <w:r>
        <w:t>كما تقول كلما كان الانسان حجرا كان جسما</w:t>
      </w:r>
    </w:p>
    <w:p>
      <w:r>
        <w:t>هذه هي الاقيساء آآ طبيعة القضايا الشرطية</w:t>
      </w:r>
    </w:p>
    <w:p>
      <w:r>
        <w:t>نعم كلما كان الانسان حجرا كان جسما يعني اذا فرضنا على فرضنا بان الانسان حجر حتما يكون جسما لماذا? لان الجسم هو ذات ممتدة والحجر ذات ممتد اللجومية لماذا لزومية? لان الانسان اذا تعين بالحجرية الحجرية هي الجسمية</w:t>
      </w:r>
    </w:p>
    <w:p>
      <w:r>
        <w:t>نعم</w:t>
      </w:r>
    </w:p>
    <w:p>
      <w:r>
        <w:t>ما الفرق بين الحجر والجسم? الحجر نوع من انواع الجسم</w:t>
      </w:r>
    </w:p>
    <w:p>
      <w:r>
        <w:t>كأنك قلت كلما كان الانسان نوعا من انواع الجسم يكون جسما</w:t>
      </w:r>
    </w:p>
    <w:p>
      <w:r>
        <w:t>تحصينه للحصر</w:t>
      </w:r>
    </w:p>
    <w:p>
      <w:r>
        <w:t>نعم</w:t>
      </w:r>
    </w:p>
    <w:p>
      <w:r>
        <w:t>يعني المقدم ينطوي على التالي</w:t>
      </w:r>
    </w:p>
    <w:p>
      <w:r>
        <w:t>فحتما تكون لزومية</w:t>
      </w:r>
    </w:p>
    <w:p>
      <w:r>
        <w:t>نعم ضرورية</w:t>
      </w:r>
    </w:p>
    <w:p>
      <w:r>
        <w:t>الى وكلما كان جسما كان ناطيقا لا ما فيه علاقة بين الجسم والناطق هي علاقة لزومية</w:t>
      </w:r>
    </w:p>
    <w:p>
      <w:r>
        <w:t>لانه اذا كانت علاقة لزومية فتكون كل الاجسام ناطقة</w:t>
      </w:r>
    </w:p>
    <w:p>
      <w:r>
        <w:t>نعم</w:t>
      </w:r>
    </w:p>
    <w:p>
      <w:r>
        <w:t>اتفاقية فقط</w:t>
      </w:r>
    </w:p>
    <w:p>
      <w:r>
        <w:t>اين هذا الاتفاق? اجتماع في العيساء? يقول الانسان جسم لام حساس متحرك</w:t>
      </w:r>
    </w:p>
    <w:p>
      <w:r>
        <w:t>الجسمية في الانسان في بعليه المادي</w:t>
      </w:r>
    </w:p>
    <w:p>
      <w:r>
        <w:t>والناطقية تسيب عليه النفسي</w:t>
      </w:r>
    </w:p>
    <w:p>
      <w:r>
        <w:t>نعم كل له اصله الخاص</w:t>
      </w:r>
    </w:p>
    <w:p>
      <w:r>
        <w:t>فاتفاقية فقط يعني اجتماع اتفاقي لان الجسمية تعود الى البدن والناطقية تعود الى النفس</w:t>
      </w:r>
    </w:p>
    <w:p>
      <w:r>
        <w:t>ولا ينتج كل ما كان حجرا كان ناطقا</w:t>
      </w:r>
    </w:p>
    <w:p>
      <w:r>
        <w:t>من اين هذه? اذا كان آآ حجرا كان ناطقا معنى يلزم ان تكون كل الاحجار الناطقة</w:t>
      </w:r>
    </w:p>
    <w:p>
      <w:r>
        <w:t>ولا ينتج كلما كان حجرا كان ناطقا لزوميا ولا اتفاقية لا لزومية ولا اتفاقية</w:t>
      </w:r>
    </w:p>
    <w:p>
      <w:r>
        <w:t>نعم</w:t>
      </w:r>
    </w:p>
    <w:p>
      <w:r>
        <w:t>اه لان الحد الاوسط ما هو الجسمية الجسمية تختفي تختفي في النتيجة? نعم كلما كان الانسان حجرا كان جسما وكلما كان جسما كان انزع الجسمية تقول كلما كان حجرا كان ناطقا من اين? لا لزومية ولا اتفاقية لماذا? لان الناطقية في الانسان والانسان ليس بحجر جسم نعم اما حجر لا</w:t>
      </w:r>
    </w:p>
    <w:p>
      <w:r>
        <w:t>نعم</w:t>
      </w:r>
    </w:p>
    <w:p>
      <w:r>
        <w:t>وان كانت صورة اتفاقية يعني ما فيها رابط تكويني بين المقدم والتالي وكانت الكبرى سالبة لزومية</w:t>
      </w:r>
    </w:p>
    <w:p>
      <w:r>
        <w:t>يعني الانفكاك الضروري لا اجتماع بين المقدم والتالي</w:t>
      </w:r>
    </w:p>
    <w:p>
      <w:r>
        <w:t>هذه هي السالبة اللزومية</w:t>
      </w:r>
    </w:p>
    <w:p>
      <w:r>
        <w:t>ضرورة القطع بين المقدم لم ينتج القياس ايضا شيئا لان ما ليس لازم للمصابح صاحب ما ليس لازما للمصاحب جاز ان يكون مصاحبا ولا يكون</w:t>
      </w:r>
    </w:p>
    <w:p>
      <w:r>
        <w:t>نعم</w:t>
      </w:r>
    </w:p>
    <w:p>
      <w:r>
        <w:t>كقولنا كلما كان الفرس حيوانا كان البياض لونا هذه الصورة اتفاقية</w:t>
      </w:r>
    </w:p>
    <w:p>
      <w:r>
        <w:t>كلما كان الفرس حيوان كان البياض لون</w:t>
      </w:r>
    </w:p>
    <w:p>
      <w:r>
        <w:t>نعم اتفاقية يعني آآ هل فيه ربط تكويني بين حيوانية الفرس وآآ لونية لا ابدا نعم</w:t>
      </w:r>
    </w:p>
    <w:p>
      <w:r>
        <w:t>وليس البتة يعني عندك انت آآ الصغرى موجبة</w:t>
      </w:r>
    </w:p>
    <w:p>
      <w:r>
        <w:t>لانه في الشكل الاول يجب ان تكون موجهة</w:t>
      </w:r>
    </w:p>
    <w:p>
      <w:r>
        <w:t>نعم</w:t>
      </w:r>
    </w:p>
    <w:p>
      <w:r>
        <w:t>وليس البتة</w:t>
      </w:r>
    </w:p>
    <w:p>
      <w:r>
        <w:t>ليس البتة يعني القطع الكلي</w:t>
      </w:r>
    </w:p>
    <w:p>
      <w:r>
        <w:t>نعم</w:t>
      </w:r>
    </w:p>
    <w:p>
      <w:r>
        <w:t>لا تجد مصداقا من المقدم هو التالي</w:t>
      </w:r>
    </w:p>
    <w:p>
      <w:r>
        <w:t>او لا تجد هذا اللزوم في في الواقع الخارجي مطلقا</w:t>
      </w:r>
    </w:p>
    <w:p>
      <w:r>
        <w:t>ليس البتة يعني سلب كلي سالبة اه كبرى سالبة وليس البتة اذا كان البياض لولا كان الفرس حساسا ما العلاقة بين نونية البياض وحساسية الفرص</w:t>
      </w:r>
    </w:p>
    <w:p>
      <w:r>
        <w:t>نعم</w:t>
      </w:r>
    </w:p>
    <w:p>
      <w:r>
        <w:t>كقولنا كلما كان الفرس حيوانا كان البياض لونا اتفاقية نعم وليس البتة اذا كان البياض لونا كان الفرس حساسا نعم فما في اصلا علاقة بين الأمرين لزومية مع كذب قولنا ليس البتة لزومي هنا يعني لزوم الإنفصال بين لوني البياض وحساسية الفرس</w:t>
      </w:r>
    </w:p>
    <w:p>
      <w:r>
        <w:t>نعم</w:t>
      </w:r>
    </w:p>
    <w:p>
      <w:r>
        <w:t>الفرس حساس حيث كان</w:t>
      </w:r>
    </w:p>
    <w:p>
      <w:r>
        <w:t>لانه من مقومات ذاته تقول فرس اه جسمنا ام حساس متحرك بالارادة ساهر</w:t>
      </w:r>
    </w:p>
    <w:p>
      <w:r>
        <w:t>الحساسية في متنه</w:t>
      </w:r>
    </w:p>
    <w:p>
      <w:r>
        <w:t>فحينما يكون الفرس تكون الحساسية</w:t>
      </w:r>
    </w:p>
    <w:p>
      <w:r>
        <w:t>نعم</w:t>
      </w:r>
    </w:p>
    <w:p>
      <w:r>
        <w:t>ما دخل هذا الأمر لونية البياض</w:t>
      </w:r>
    </w:p>
    <w:p>
      <w:r>
        <w:t>انفصال</w:t>
      </w:r>
    </w:p>
    <w:p>
      <w:r>
        <w:t>نعم</w:t>
      </w:r>
    </w:p>
    <w:p>
      <w:r>
        <w:t>مع كذب قولنا النتيجة ليس البتة اذا كان الفرس حيوان</w:t>
      </w:r>
    </w:p>
    <w:p>
      <w:r>
        <w:t>لان البياض لونا هو الحد الاوسط تحذفه ينتفي الحد الاوسط والسلب</w:t>
      </w:r>
    </w:p>
    <w:p>
      <w:r>
        <w:t>النتيجة تكون سالبة لانه تتبع اخص المقدم نعم الموضوع ما هو الفرنسي حيوان تقول هكذا ليس البتة اذا كان الفرس حيوانا كان حساسان لزومية واتفاقية مع كذب قروننا هذه كذبة لماذا? لان الحساسية جزء من ذات الفرس</w:t>
      </w:r>
    </w:p>
    <w:p>
      <w:r>
        <w:t>يعني الانفصال المطلق بين حيوانية الفرس</w:t>
      </w:r>
    </w:p>
    <w:p>
      <w:r>
        <w:t>وكونه حساسا هذه كاذبة</w:t>
      </w:r>
    </w:p>
    <w:p>
      <w:r>
        <w:t>لا اينما يكون الفرس ببعده الحيوان يكون حساسا</w:t>
      </w:r>
    </w:p>
    <w:p>
      <w:r>
        <w:t>لأن حساس فصل الحيوان نعم اذا هذا الانفصال كاذب ولهذا يقول مع كذب قولنا ليس البتة اذا كان الفرس حيوانا كان حساسا</w:t>
      </w:r>
    </w:p>
    <w:p>
      <w:r>
        <w:t>يعني ليس هنا قضية سليمة بالعكس قضية موجبة يعني تقول كلما كان الفرس حيوان كان حساسا</w:t>
      </w:r>
    </w:p>
    <w:p>
      <w:r>
        <w:t>نعم</w:t>
      </w:r>
    </w:p>
    <w:p>
      <w:r>
        <w:t>اذا هذا الانفصال لا هو ضروري ولا هو اتفاقية</w:t>
      </w:r>
    </w:p>
    <w:p>
      <w:r>
        <w:t>نعم</w:t>
      </w:r>
    </w:p>
    <w:p>
      <w:r>
        <w:t>بالعكس الايجاب هو اللزومي</w:t>
      </w:r>
    </w:p>
    <w:p>
      <w:r>
        <w:t>نعم</w:t>
      </w:r>
    </w:p>
    <w:p>
      <w:r>
        <w:t>حيوانية الفرس تستلزم الحساسية قطعا ويقينا</w:t>
      </w:r>
    </w:p>
    <w:p>
      <w:r>
        <w:t>نعم</w:t>
      </w:r>
    </w:p>
    <w:p>
      <w:r>
        <w:t>قال ولا اش في الشكل الثاني ولا في الشكل الثاني من القياس الشرطي الاقتران الشرطي سالبا لزوميا</w:t>
      </w:r>
    </w:p>
    <w:p>
      <w:r>
        <w:t>الشكل الثاني التالي يكون الحد الاوسط يكون في في التالي على مستوى اقول السالبة في الشكل الثاني اذا كانت اللزومية لزومية يعني فيه ربط تكويني لا ينتج القياس شيئا سواء كان صغرى او كبرى</w:t>
      </w:r>
    </w:p>
    <w:p>
      <w:r>
        <w:t>نعم</w:t>
      </w:r>
    </w:p>
    <w:p>
      <w:r>
        <w:t>اختلاف في الكيف ضروري في الشكل الثاني شرط اساسي و آآ احدى المقدمات تكون كليا</w:t>
      </w:r>
    </w:p>
    <w:p>
      <w:r>
        <w:t>اما اذا كانت الصغرى يعني الصغرى تكون آآ سالبة سالبة لزومية يعني فيه ربط انفصال قطعي انفصال تكويني في دار الوجود بان المقدم والتالي كيف ليس البتة اذا كان الفرس حساسا كان الاثنان زوجا علاقة تكوينية نعم سالبة لزوبية يعني في قاطع تكويني بين المقدم والتالي ما دخل الفرس الحساس اه زوجية الاثنين لا ما في علاقتكم ولهذا السالبة سلب هذه النسبة</w:t>
      </w:r>
    </w:p>
    <w:p>
      <w:r>
        <w:t>وكلما كان الفرس حيوانا كان الاثنان زوجا هذه كبر القياس</w:t>
      </w:r>
    </w:p>
    <w:p>
      <w:r>
        <w:t>نعم</w:t>
      </w:r>
    </w:p>
    <w:p>
      <w:r>
        <w:t>اتفاقا اذا الاولى سلب لزوم الثانية مجرد اتفاق كلما كان الفرس حيوانا كان الاثنان زوجا الفرس حيوان صحيح</w:t>
      </w:r>
    </w:p>
    <w:p>
      <w:r>
        <w:t>والاثنان زول صحيح لكن ما فيه علاقة تكوينية بين اذا كانت العلاقة بين الاثنين اينما يكون الفرس حيوان تكون الاسم زوج</w:t>
      </w:r>
    </w:p>
    <w:p>
      <w:r>
        <w:t>نعم</w:t>
      </w:r>
    </w:p>
    <w:p>
      <w:r>
        <w:t>هي زوج كان الفرس او لم يكن</w:t>
      </w:r>
    </w:p>
    <w:p>
      <w:r>
        <w:t>هذا هو الاتفاق</w:t>
      </w:r>
    </w:p>
    <w:p>
      <w:r>
        <w:t>لماذا? لان طبيعة الاثنين الزوج ما عندها علاقة بالفرس</w:t>
      </w:r>
    </w:p>
    <w:p>
      <w:r>
        <w:t>زوجيا ناتجة من طبيعة الاثنين ونعمل علاقة لها لا بالشجر ولا بالفرس ولا بالسمع ولا بالقمر</w:t>
      </w:r>
    </w:p>
    <w:p>
      <w:r>
        <w:t>اتفاق فقط يعني الفرس حيوان في بعده الحيواني</w:t>
      </w:r>
    </w:p>
    <w:p>
      <w:r>
        <w:t>والزوجية في بعدها العددي الذي هو الاثنين</w:t>
      </w:r>
    </w:p>
    <w:p>
      <w:r>
        <w:t>اذا هذه اتفاقية مع كذب قولنا ليس البتة</w:t>
      </w:r>
    </w:p>
    <w:p>
      <w:r>
        <w:t>لان القضية السالبة الشكل الثاني</w:t>
      </w:r>
    </w:p>
    <w:p>
      <w:r>
        <w:t>دائما ينتج السالبة</w:t>
      </w:r>
    </w:p>
    <w:p>
      <w:r>
        <w:t>ليس اذا كان الفرس حساسا انت انزع الحد الاوسط الحد الاوسط في هذا الشكل الثاني في الشرطيات دائما يكون هو التالي انظر ليس البتة اذا كان الفرس حساسا كان الاثنان زوجا الكلمة هو الاسنا زوجا الكبرى كلما كان الفرس حيوانا كان الاثنان زوجا الاثنان زوجا هي التالي</w:t>
      </w:r>
    </w:p>
    <w:p>
      <w:r>
        <w:t>نعم</w:t>
      </w:r>
    </w:p>
    <w:p>
      <w:r>
        <w:t>في الصورة سالبة في الكبرى موجبة</w:t>
      </w:r>
    </w:p>
    <w:p>
      <w:r>
        <w:t>نعم</w:t>
      </w:r>
    </w:p>
    <w:p>
      <w:r>
        <w:t>النتيجة تكون سالبة</w:t>
      </w:r>
    </w:p>
    <w:p>
      <w:r>
        <w:t>مع كذب قولنا خلينا الكذب خلينا نركز على النتيجة فقط ليس البتة اذا كان الفرس حسا حساسا كان حيوانا</w:t>
      </w:r>
    </w:p>
    <w:p>
      <w:r>
        <w:t>هنا الكذب لماذا? لان الاثنان الزوج ينتفي لانه حد اوسط ماذا يبقى? ها? ليس البتة اذا كان الفرس حساسا مقدم الصغرى يأتي آآ كان الفرس حيوان</w:t>
      </w:r>
    </w:p>
    <w:p>
      <w:r>
        <w:t>ليس البتة اذا كان الفرس حساسا كان حيوانا</w:t>
      </w:r>
    </w:p>
    <w:p>
      <w:r>
        <w:t>يعني السلب المطلق بين حساسية الفرس والحيوان</w:t>
      </w:r>
    </w:p>
    <w:p>
      <w:r>
        <w:t>يمكن لان الحساس هو للحيوان</w:t>
      </w:r>
    </w:p>
    <w:p>
      <w:r>
        <w:t>كأنك قلت هكذا ليس البتة اذا كان الفرس حيوانا كان حيوانا</w:t>
      </w:r>
    </w:p>
    <w:p>
      <w:r>
        <w:t>لا</w:t>
      </w:r>
    </w:p>
    <w:p>
      <w:r>
        <w:t>بالعكس كلما كان الفرس حساسا كان حيوانا</w:t>
      </w:r>
    </w:p>
    <w:p>
      <w:r>
        <w:t>ايا كذب</w:t>
      </w:r>
    </w:p>
    <w:p>
      <w:r>
        <w:t>واتفاقا اذا لا تنتج لا اللزوم ولا الاتفاق</w:t>
      </w:r>
    </w:p>
    <w:p>
      <w:r>
        <w:t>نعم</w:t>
      </w:r>
    </w:p>
    <w:p>
      <w:r>
        <w:t>وكذا اذا كانت كبرى لان لان نجعل الصغرى كبرى وبالعكس</w:t>
      </w:r>
    </w:p>
    <w:p>
      <w:r>
        <w:t>نعم</w:t>
      </w:r>
    </w:p>
    <w:p>
      <w:r>
        <w:t>بعد نقلب عملية القلب ونعكس لان المصاحب للشيء قد لا يكون لازما له ولا لازمه</w:t>
      </w:r>
    </w:p>
    <w:p>
      <w:r>
        <w:t>نعم</w:t>
      </w:r>
    </w:p>
    <w:p>
      <w:r>
        <w:t>نفس الشيء</w:t>
      </w:r>
    </w:p>
    <w:p>
      <w:r>
        <w:t>نعم</w:t>
      </w:r>
    </w:p>
    <w:p>
      <w:r>
        <w:t>هنا في في القياس يقول السال الشكل الثاني اذا كانت لزومية هذه هنا صغرى اجعلها كبرى يقول نفس الشيء باننا نجعل الصغرى كبرى وبالعكس مع ان نجعل الصغرى كبرى والكبرى بالعكس يعني عملية القلب نرجع الى القياس الذي مر الان ثم نعكس النتيجة</w:t>
      </w:r>
    </w:p>
    <w:p>
      <w:r>
        <w:t>لا نجد الانتاج</w:t>
      </w:r>
    </w:p>
    <w:p>
      <w:r>
        <w:t>نعم تتجربها انت يعني هكذا اذا كانت الكبرى لازمة</w:t>
      </w:r>
    </w:p>
    <w:p>
      <w:r>
        <w:t>راه الصورة لازمة ولكن سالبة للسلب في القياس الذي مر ليس البتة اذا كان الفرس حساسا كان الاثنان الاثنان زوجا اجعل هذه كبرى واجعل كلما كان الفرس حيوانا كان الاثنان زوجا اجعلها صغرى</w:t>
      </w:r>
    </w:p>
    <w:p>
      <w:r>
        <w:t>ثم تنتج يعني بالقلب تنتج نتيجة اعكسها النتيجة</w:t>
      </w:r>
    </w:p>
    <w:p>
      <w:r>
        <w:t>يخرجك الانتاج الكذب</w:t>
      </w:r>
    </w:p>
    <w:p>
      <w:r>
        <w:t>فلا تنتج</w:t>
      </w:r>
    </w:p>
    <w:p>
      <w:r>
        <w:t>سهلة</w:t>
      </w:r>
    </w:p>
    <w:p>
      <w:r>
        <w:t>قال ولا في الشكل الثالث الكبرى يعني اذا كانت الكبرى سالبة في الشكل الثالث لا انتاج</w:t>
      </w:r>
    </w:p>
    <w:p>
      <w:r>
        <w:t>الشكل الثالث الحد الاوسط هو المقدم</w:t>
      </w:r>
    </w:p>
    <w:p>
      <w:r>
        <w:t>في آآ في هو المقدم في المقدمتين</w:t>
      </w:r>
    </w:p>
    <w:p>
      <w:r>
        <w:t>يعني في الشرطية</w:t>
      </w:r>
    </w:p>
    <w:p>
      <w:r>
        <w:t>نعم</w:t>
      </w:r>
    </w:p>
    <w:p>
      <w:r>
        <w:t>وتنتج دائما جزئية هنا يقول لا تنتج ابدا اذا كانت الكبرى سالبة</w:t>
      </w:r>
    </w:p>
    <w:p>
      <w:r>
        <w:t>يعني اذا كانت الكبرى سالبة ما معناه يعني سي قاطع بين المقدم والتالي</w:t>
      </w:r>
    </w:p>
    <w:p>
      <w:r>
        <w:t>اقول الكبرى في الشكل الثالث اذا كانت سالبة كان عقيما سواء كانت لزومية او اتفاقية مهما كان آآ الربط لزومي او اتفاقي</w:t>
      </w:r>
    </w:p>
    <w:p>
      <w:r>
        <w:t>في المختلط منهما مع شرط ان تكون وحدة اتفاقية وحدة له زومية</w:t>
      </w:r>
    </w:p>
    <w:p>
      <w:r>
        <w:t>لانه يصدق تنظيره</w:t>
      </w:r>
    </w:p>
    <w:p>
      <w:r>
        <w:t>كلما كان البياض لونا كان الفرس حيوانا</w:t>
      </w:r>
    </w:p>
    <w:p>
      <w:r>
        <w:t>نعم</w:t>
      </w:r>
    </w:p>
    <w:p>
      <w:r>
        <w:t>كلما كان البياض لونا هذا المقطع المقدم سابق</w:t>
      </w:r>
    </w:p>
    <w:p>
      <w:r>
        <w:t>كان الفرس حيوان صادق لكن فيه رب تكويني لا ها لا اتفاقية محضة</w:t>
      </w:r>
    </w:p>
    <w:p>
      <w:r>
        <w:t>اتفاقية</w:t>
      </w:r>
    </w:p>
    <w:p>
      <w:r>
        <w:t>هذه الصورة الكبرى سالبة انظر ليس البتة يعني قطع نهائي</w:t>
      </w:r>
    </w:p>
    <w:p>
      <w:r>
        <w:t>ليس البتة اذا كان البياض لونا كان الفرس حساسا</w:t>
      </w:r>
    </w:p>
    <w:p>
      <w:r>
        <w:t>هذه سلبا كبرى</w:t>
      </w:r>
    </w:p>
    <w:p>
      <w:r>
        <w:t>ليس البتة اذا كان البياض لونا</w:t>
      </w:r>
    </w:p>
    <w:p>
      <w:r>
        <w:t>كان الفرس حساسا</w:t>
      </w:r>
    </w:p>
    <w:p>
      <w:r>
        <w:t>اللزومية</w:t>
      </w:r>
    </w:p>
    <w:p>
      <w:r>
        <w:t>ما معنى اللزومية? يعني اللزومية الانفصال</w:t>
      </w:r>
    </w:p>
    <w:p>
      <w:r>
        <w:t>لا علاقة لي البياض كلونه والفرس كحساس</w:t>
      </w:r>
    </w:p>
    <w:p>
      <w:r>
        <w:t>كل في دائرة يدور في فلكه ما عندهم علاقة تكوينية</w:t>
      </w:r>
    </w:p>
    <w:p>
      <w:r>
        <w:t>نعم</w:t>
      </w:r>
    </w:p>
    <w:p>
      <w:r>
        <w:t>لا البياض بوصفه لونا يولد الفرس</w:t>
      </w:r>
    </w:p>
    <w:p>
      <w:r>
        <w:t>الحساس ولا الفرس الحساس يولد البياض</w:t>
      </w:r>
    </w:p>
    <w:p>
      <w:r>
        <w:t>آآ لونان</w:t>
      </w:r>
    </w:p>
    <w:p>
      <w:r>
        <w:t>نعم</w:t>
      </w:r>
    </w:p>
    <w:p>
      <w:r>
        <w:t>لكن اللزومية ما معنى? لزومية الإنفصال</w:t>
      </w:r>
    </w:p>
    <w:p>
      <w:r>
        <w:t>نعم</w:t>
      </w:r>
    </w:p>
    <w:p>
      <w:r>
        <w:t>لزومية الإنفصال</w:t>
      </w:r>
    </w:p>
    <w:p>
      <w:r>
        <w:t>مع كذب قولنا النتيجة</w:t>
      </w:r>
    </w:p>
    <w:p>
      <w:r>
        <w:t>ما هي النتي دقق جيد صغرى موجبة كبرى سالبة اذا النتيجة تكون سالبة لان تتبع خصم المقدمة الحد الاوسط يختفي الحد الاوسط ما هو? كلما كان البياض لولا كان الفرس حيوانا اتفاقيا ليس البت اذا كان البياض لولا كان الفرس حساسا</w:t>
      </w:r>
    </w:p>
    <w:p>
      <w:r>
        <w:t>لا علاقة بين الامرين</w:t>
      </w:r>
    </w:p>
    <w:p>
      <w:r>
        <w:t>يعني الفصل ضروري اه</w:t>
      </w:r>
    </w:p>
    <w:p>
      <w:r>
        <w:t>لزوم يعني الفصل ضروري بين المقدم والتالي</w:t>
      </w:r>
    </w:p>
    <w:p>
      <w:r>
        <w:t>ما هو الحد الاوسط? الحد الاوسط هو البياض ولونان</w:t>
      </w:r>
    </w:p>
    <w:p>
      <w:r>
        <w:t>البياض لبنان نعم البياض لونا كلما كان البياض لونا انظر الحد الأوسط مقدم كان الفرس حيوان هذا التالي اتفاقيا ليس البتة اذا كان البياض لونا هذا هو الحد الأوسط يعني مقدم في الشرطيتين</w:t>
      </w:r>
    </w:p>
    <w:p>
      <w:r>
        <w:t>يختفي اللون الابيض</w:t>
      </w:r>
    </w:p>
    <w:p>
      <w:r>
        <w:t>ماذا ينتج? ليس البتة اذا كان الفرس حيوانا كان حساسا كاذبا</w:t>
      </w:r>
    </w:p>
    <w:p>
      <w:r>
        <w:t>يعني القطع مطلقا بين حيوانية الفرس والحساس التناقض</w:t>
      </w:r>
    </w:p>
    <w:p>
      <w:r>
        <w:t>كأنك قلت فرس الحيوان وليس لان الحساس فصل الحيوان مقوم الحيوان</w:t>
      </w:r>
    </w:p>
    <w:p>
      <w:r>
        <w:t>الحيوان بدون حساسية لا معنى له</w:t>
      </w:r>
    </w:p>
    <w:p>
      <w:r>
        <w:t>كانك قلت هكذا</w:t>
      </w:r>
    </w:p>
    <w:p>
      <w:r>
        <w:t>ليس البتة اذا كان الفرس حساسا</w:t>
      </w:r>
    </w:p>
    <w:p>
      <w:r>
        <w:t>نعم</w:t>
      </w:r>
    </w:p>
    <w:p>
      <w:r>
        <w:t>كان حساسا</w:t>
      </w:r>
    </w:p>
    <w:p>
      <w:r>
        <w:t>يعني الانفصال بين الفرس الحساس والحساسية اجتماع النقيضين يعني الفرس حساس وليس بحساس</w:t>
      </w:r>
    </w:p>
    <w:p>
      <w:r>
        <w:t>نعم</w:t>
      </w:r>
    </w:p>
    <w:p>
      <w:r>
        <w:t>لاحظت مبدأ التناقض لا تدخل في العقيسة</w:t>
      </w:r>
    </w:p>
    <w:p>
      <w:r>
        <w:t>ابدا هي روح الاقيسة</w:t>
      </w:r>
    </w:p>
    <w:p>
      <w:r>
        <w:t>نعم</w:t>
      </w:r>
    </w:p>
    <w:p>
      <w:r>
        <w:t>مع كذب قولنا ليس البتة اذا كان الفرس حيوانا كان حساسا لا لا لا كلما كان الفرس حيوانا كان حساسا ناقضها هو الصحيح او ما يضادها هو الصحيح لزوميا او اتفاقيا نعم تنتج مطلقا لان النتيجة كاذبة</w:t>
      </w:r>
    </w:p>
    <w:p>
      <w:r>
        <w:t>لان ما ليس بلازم شيء قد يصاحبه او يصاحبه لازم وملزومه</w:t>
      </w:r>
    </w:p>
    <w:p>
      <w:r>
        <w:t>هذا التعليل لان ما ليس بلازم للشيء</w:t>
      </w:r>
    </w:p>
    <w:p>
      <w:r>
        <w:t>نعم</w:t>
      </w:r>
    </w:p>
    <w:p>
      <w:r>
        <w:t>ليس لازما لشي قد يصاحبه او صاحب لازم او ملزمه يصاحبه يعني قد يكون معه ولكن ليس لازما مصاحبا فقط يعني ما فيه ربط تكويني بينه وبين هذا المصاحب</w:t>
      </w:r>
    </w:p>
    <w:p>
      <w:r>
        <w:t>جيد اه خطرت فكرة في بالي وراحت مع الاسف الشديد وانا اطبق نعم راحت هذه الفكرة</w:t>
      </w:r>
    </w:p>
    <w:p>
      <w:r>
        <w:t>ان شاء الله ترجع</w:t>
      </w:r>
    </w:p>
    <w:p>
      <w:r>
        <w:t>نعم</w:t>
      </w:r>
    </w:p>
    <w:p>
      <w:r>
        <w:t>ها هي الفكرة ان شاء الله ترجع</w:t>
      </w:r>
    </w:p>
    <w:p>
      <w:r>
        <w:t>هذا اذا كانت اللجومية</w:t>
      </w:r>
    </w:p>
    <w:p>
      <w:r>
        <w:t>يعني اذا كانت الكبرى لزومية</w:t>
      </w:r>
    </w:p>
    <w:p>
      <w:r>
        <w:t>سالبة لزومية يعني الانفصال المطلق بين المقدم والتالي</w:t>
      </w:r>
    </w:p>
    <w:p>
      <w:r>
        <w:t>نعم</w:t>
      </w:r>
    </w:p>
    <w:p>
      <w:r>
        <w:t>انفصال مطلق بين المقدم والتاني</w:t>
      </w:r>
    </w:p>
    <w:p>
      <w:r>
        <w:t>يعني لو نية البياض وحساسية الفرس</w:t>
      </w:r>
    </w:p>
    <w:p>
      <w:r>
        <w:t>مم</w:t>
      </w:r>
    </w:p>
    <w:p>
      <w:r>
        <w:t>انفصال</w:t>
      </w:r>
    </w:p>
    <w:p>
      <w:r>
        <w:t>لماذا؟ هاي عمامتي انا لونها ابيض فرس</w:t>
      </w:r>
    </w:p>
    <w:p>
      <w:r>
        <w:t>حساسة؟ لا</w:t>
      </w:r>
    </w:p>
    <w:p>
      <w:r>
        <w:t>انفصال</w:t>
      </w:r>
    </w:p>
    <w:p>
      <w:r>
        <w:t>هذا اذا كانت لزومية</w:t>
      </w:r>
    </w:p>
    <w:p>
      <w:r>
        <w:t>واما اذا كانت الكبر سالبة اتفاقية</w:t>
      </w:r>
    </w:p>
    <w:p>
      <w:r>
        <w:t>يعني لا ربط اه يعني الانفصال الانفصال اتفاقي</w:t>
      </w:r>
    </w:p>
    <w:p>
      <w:r>
        <w:t>فلانه يصدق انظر كلما كان الفرس حمارا كان حيوانا</w:t>
      </w:r>
    </w:p>
    <w:p>
      <w:r>
        <w:t>صادق لزومية</w:t>
      </w:r>
    </w:p>
    <w:p>
      <w:r>
        <w:t>اذا بنينا على حمارية الفرس حتما يكون حيوانا</w:t>
      </w:r>
    </w:p>
    <w:p>
      <w:r>
        <w:t>لماذا? لان لان الحمار حيوان</w:t>
      </w:r>
    </w:p>
    <w:p>
      <w:r>
        <w:t>كانك قلت هكذا كلما كان الفرس حيوانا</w:t>
      </w:r>
    </w:p>
    <w:p>
      <w:r>
        <w:t>حماريا كان حيوانا</w:t>
      </w:r>
    </w:p>
    <w:p>
      <w:r>
        <w:t>نعم تقول شيخنا هذه تحصيل حاصل</w:t>
      </w:r>
    </w:p>
    <w:p>
      <w:r>
        <w:t>تحصيل حاصل</w:t>
      </w:r>
    </w:p>
    <w:p>
      <w:r>
        <w:t>نعم</w:t>
      </w:r>
    </w:p>
    <w:p>
      <w:r>
        <w:t>اذا شئت المزح في حياتك الاجتماعية وانت مع انسان بليد لا يفهم ستين دليل لا يفهم</w:t>
      </w:r>
    </w:p>
    <w:p>
      <w:r>
        <w:t>مغلوق تقول له هذا حمار</w:t>
      </w:r>
    </w:p>
    <w:p>
      <w:r>
        <w:t>اه حيوان</w:t>
      </w:r>
    </w:p>
    <w:p>
      <w:r>
        <w:t>سريعا يحمل عليه الحيوان</w:t>
      </w:r>
    </w:p>
    <w:p>
      <w:r>
        <w:t>نعم</w:t>
      </w:r>
    </w:p>
    <w:p>
      <w:r>
        <w:t>اما اذا قلت هذا حيوان لا يحمل عليه الحمار</w:t>
      </w:r>
    </w:p>
    <w:p>
      <w:r>
        <w:t>لان الحيوان اوسع قد يكون اه اسدا</w:t>
      </w:r>
    </w:p>
    <w:p>
      <w:r>
        <w:t>يعني تقصد انه شجاع</w:t>
      </w:r>
    </w:p>
    <w:p>
      <w:r>
        <w:t>اما اذا قلت هذا حمار فحتما هو حيوان</w:t>
      </w:r>
    </w:p>
    <w:p>
      <w:r>
        <w:t>نعم</w:t>
      </w:r>
    </w:p>
    <w:p>
      <w:r>
        <w:t>فالقضية تكون يعني تحصيل للحاصل</w:t>
      </w:r>
    </w:p>
    <w:p>
      <w:r>
        <w:t>نعم</w:t>
      </w:r>
    </w:p>
    <w:p>
      <w:r>
        <w:t>بديهية بطريقة عجيبة كلما كان الفرس حمارا كانك قلت كلما كان حيوان حيوانا كان حيوانا اللزومية نعم ربط تكويني بين المقدم والتالي على الفرض طبعا على الفرض ان يكون الفرس حمار</w:t>
      </w:r>
    </w:p>
    <w:p>
      <w:r>
        <w:t>وليس البتة هنا القطع البتر الكلي</w:t>
      </w:r>
    </w:p>
    <w:p>
      <w:r>
        <w:t>ليس البتة اذا كان الفرس حمارا</w:t>
      </w:r>
    </w:p>
    <w:p>
      <w:r>
        <w:t>كانا آآ جسما</w:t>
      </w:r>
    </w:p>
    <w:p>
      <w:r>
        <w:t>ليس البتة اذا كان الفرس حمارا كان جسما</w:t>
      </w:r>
    </w:p>
    <w:p>
      <w:r>
        <w:t>هذه اتفاقية</w:t>
      </w:r>
    </w:p>
    <w:p>
      <w:r>
        <w:t>لماذا? آآ الجسمية داخلة في اصل الحيوان</w:t>
      </w:r>
    </w:p>
    <w:p>
      <w:r>
        <w:t>الحيوان ما هو جسم لام حساس متحرك بالارادة</w:t>
      </w:r>
    </w:p>
    <w:p>
      <w:r>
        <w:t>اذا فرسية حمارية الفرس لحيوانيته وليس لحماريته</w:t>
      </w:r>
    </w:p>
    <w:p>
      <w:r>
        <w:t>حتى لو فرضت الفرس حيوانا لا يولد حمارا لا يولد الجسمية</w:t>
      </w:r>
    </w:p>
    <w:p>
      <w:r>
        <w:t>يولد بالعرظ الذي يولده الحيوان</w:t>
      </w:r>
    </w:p>
    <w:p>
      <w:r>
        <w:t>نعم</w:t>
      </w:r>
    </w:p>
    <w:p>
      <w:r>
        <w:t>لان الحمار جسما لحيوانيتي ليس البتة اذا كان الفرس حمارا كان جسما اتفاقية</w:t>
      </w:r>
    </w:p>
    <w:p>
      <w:r>
        <w:t>نعم يعني اذا تلبس الفرس بالحمارية يكون جسما نعم يكون جسما يكون جسما بسبب الحمارية لا بسبب الحيوانية والحيوانية اعم من الفرص</w:t>
      </w:r>
    </w:p>
    <w:p>
      <w:r>
        <w:t>اعم من الفرس</w:t>
      </w:r>
    </w:p>
    <w:p>
      <w:r>
        <w:t>اذا كون الفرس المتلبس الحمارية جسما ليس بالحمارية للحيوانية</w:t>
      </w:r>
    </w:p>
    <w:p>
      <w:r>
        <w:t>اذا اتفاق الحمارية لزومي في الحيوانية</w:t>
      </w:r>
    </w:p>
    <w:p>
      <w:r>
        <w:t>نعم</w:t>
      </w:r>
    </w:p>
    <w:p>
      <w:r>
        <w:t>ولهذا يقول ليس البتة اذا كان الفرس حمارا كان جسما</w:t>
      </w:r>
    </w:p>
    <w:p>
      <w:r>
        <w:t>اتفاقية مع كذب قولنا النتيجة</w:t>
      </w:r>
    </w:p>
    <w:p>
      <w:r>
        <w:t>الحد الاوسط يكون آآ لاننا نحن في الشكل الثالث يكون هو المقدم في في الشرطيتين</w:t>
      </w:r>
    </w:p>
    <w:p>
      <w:r>
        <w:t>كلما كان الفرس حمار</w:t>
      </w:r>
    </w:p>
    <w:p>
      <w:r>
        <w:t>الفرس حمار هو الحد الاوسط</w:t>
      </w:r>
    </w:p>
    <w:p>
      <w:r>
        <w:t>يختفي في النتيجة</w:t>
      </w:r>
    </w:p>
    <w:p>
      <w:r>
        <w:t>نعم</w:t>
      </w:r>
    </w:p>
    <w:p>
      <w:r>
        <w:t>فالنتيجة اه لحظة نعم كلما كان الفرس حمارا كان الفرس حيوانا وليس البتة اذا كان الفرس حمارا كان الفرس جسما انزع الفرس حمار من من النتيجة لانه الحد الاوسط يختفي في النتيجة</w:t>
      </w:r>
    </w:p>
    <w:p>
      <w:r>
        <w:t>ماذا يأتي? ليس البتة اذا كان الفرس حيوانا</w:t>
      </w:r>
    </w:p>
    <w:p>
      <w:r>
        <w:t>كان جسمان</w:t>
      </w:r>
    </w:p>
    <w:p>
      <w:r>
        <w:t>هذا خطأ كذب</w:t>
      </w:r>
    </w:p>
    <w:p>
      <w:r>
        <w:t>البتة اذا كان الفرس حيوانا كان جسما</w:t>
      </w:r>
    </w:p>
    <w:p>
      <w:r>
        <w:t>لماذا؟ لان الجسم هي جزء من الحيوان</w:t>
      </w:r>
    </w:p>
    <w:p>
      <w:r>
        <w:t>كانك قلت هكذا</w:t>
      </w:r>
    </w:p>
    <w:p>
      <w:r>
        <w:t>ليس البتة اذا كان الفرس جسما آآ كان جسما يعني ان كانك قلت الجسم ليس بجسم اجتماع المركبين</w:t>
      </w:r>
    </w:p>
    <w:p>
      <w:r>
        <w:t>ليس البتة يعني الانف بين الفرس بوصفه حيوانا والجسمية</w:t>
      </w:r>
    </w:p>
    <w:p>
      <w:r>
        <w:t>انفصال</w:t>
      </w:r>
    </w:p>
    <w:p>
      <w:r>
        <w:t>الحيوان ما هو? جسم ما حساس متحرك بالارادة</w:t>
      </w:r>
    </w:p>
    <w:p>
      <w:r>
        <w:t>كانك قلت الفرس الجسم ليس بجسم</w:t>
      </w:r>
    </w:p>
    <w:p>
      <w:r>
        <w:t>اجتماع نقي معين</w:t>
      </w:r>
    </w:p>
    <w:p>
      <w:r>
        <w:t>ولهذا تكون كاذبة</w:t>
      </w:r>
    </w:p>
    <w:p>
      <w:r>
        <w:t>نعم</w:t>
      </w:r>
    </w:p>
    <w:p>
      <w:r>
        <w:t>اه</w:t>
      </w:r>
    </w:p>
    <w:p>
      <w:r>
        <w:t>ذكرت الفكرة الان نعم الان نكمل التطبيق ونذكر الفكرة ونختم الدرس</w:t>
      </w:r>
    </w:p>
    <w:p>
      <w:r>
        <w:t>مع كذب قولنا ليس البتة اذا كان الفرس حيوانا كان جسمان</w:t>
      </w:r>
    </w:p>
    <w:p>
      <w:r>
        <w:t>قلنا هذا يلزم اجتماعا الناقدين</w:t>
      </w:r>
    </w:p>
    <w:p>
      <w:r>
        <w:t>لزوميا او اتفاقيا لا انتاج لزومي ولا انتاج اتفاقي</w:t>
      </w:r>
    </w:p>
    <w:p>
      <w:r>
        <w:t>لانه تعليم لان لا يلزم من كون الاكبر غير مجامع للاوسط الذي هو ملزوم للاصغر</w:t>
      </w:r>
    </w:p>
    <w:p>
      <w:r>
        <w:t>الا يكون مجامعا وملازم للاصغار</w:t>
      </w:r>
    </w:p>
    <w:p>
      <w:r>
        <w:t>نعم</w:t>
      </w:r>
    </w:p>
    <w:p>
      <w:r>
        <w:t>جميل جدا لانه اعم نعم لان اذن الأكبر اذا لا يلتقي مع الأوسط هذا لا يعني انه لا يلتقي مطلقا مطلقا مع ماذا? مع الأصغار هذه هي النتيجة لأنه اعم</w:t>
      </w:r>
    </w:p>
    <w:p>
      <w:r>
        <w:t>اما النكتة التي اه تذكرتها ولعل بيان السابق مختصر</w:t>
      </w:r>
    </w:p>
    <w:p>
      <w:r>
        <w:t>الان ابينها جيدا</w:t>
      </w:r>
    </w:p>
    <w:p>
      <w:r>
        <w:t>لا تخلطون بين القضايا التي تحكي الاعدام والقضايا الباطلة</w:t>
      </w:r>
    </w:p>
    <w:p>
      <w:r>
        <w:t>التي تحكي الاعدام قضايا صحيحة</w:t>
      </w:r>
    </w:p>
    <w:p>
      <w:r>
        <w:t>صادقة لها مطابق واقعي</w:t>
      </w:r>
    </w:p>
    <w:p>
      <w:r>
        <w:t>تقول شريك الباري معدوم</w:t>
      </w:r>
    </w:p>
    <w:p>
      <w:r>
        <w:t>شريك الباري معدوم</w:t>
      </w:r>
    </w:p>
    <w:p>
      <w:r>
        <w:t>اللي برهان التوحيد</w:t>
      </w:r>
    </w:p>
    <w:p>
      <w:r>
        <w:t>العاقل يقول في اله واحد عد</w:t>
      </w:r>
    </w:p>
    <w:p>
      <w:r>
        <w:t>متمثل بمصداقه الخاص</w:t>
      </w:r>
    </w:p>
    <w:p>
      <w:r>
        <w:t>مقابله اله اخر? لا</w:t>
      </w:r>
    </w:p>
    <w:p>
      <w:r>
        <w:t>مستحيل</w:t>
      </w:r>
    </w:p>
    <w:p>
      <w:r>
        <w:t>اذا مطابق العنوان الموضوعي الشريك الباري معدو</w:t>
      </w:r>
    </w:p>
    <w:p>
      <w:r>
        <w:t>آآ مطابق مطابق العنوان الموضوعي</w:t>
      </w:r>
    </w:p>
    <w:p>
      <w:r>
        <w:t>المصداق الإدعائي</w:t>
      </w:r>
    </w:p>
    <w:p>
      <w:r>
        <w:t>في نفس الأمر على مبنى من? من يرى للأعدام آآ حظ من نفس الأمر</w:t>
      </w:r>
    </w:p>
    <w:p>
      <w:r>
        <w:t>فإذا كان مصداقا ندخله تحت سلة العدم</w:t>
      </w:r>
    </w:p>
    <w:p>
      <w:r>
        <w:t>قضية صادقة</w:t>
      </w:r>
    </w:p>
    <w:p>
      <w:r>
        <w:t>صحيح شريك الباري اذا دخلنا الى نفس الامر ندخله في سلسلة العذاب</w:t>
      </w:r>
    </w:p>
    <w:p>
      <w:r>
        <w:t>قضية صادقة</w:t>
      </w:r>
    </w:p>
    <w:p>
      <w:r>
        <w:t>القضية الكاذبة لا القضية الكاذبة الزيف</w:t>
      </w:r>
    </w:p>
    <w:p>
      <w:r>
        <w:t>ما عندها قضية لأن مبدأ تناقض ليست قضية علمية</w:t>
      </w:r>
    </w:p>
    <w:p>
      <w:r>
        <w:t>كثير من يتهم ان القضايا التي تحكي الاعدام قضايا باطلة</w:t>
      </w:r>
    </w:p>
    <w:p>
      <w:r>
        <w:t>لا</w:t>
      </w:r>
    </w:p>
    <w:p>
      <w:r>
        <w:t>ليس كذلك</w:t>
      </w:r>
    </w:p>
    <w:p>
      <w:r>
        <w:t>فرق بين شريك الباري معدوم وشريك الباري موجود</w:t>
      </w:r>
    </w:p>
    <w:p>
      <w:r>
        <w:t>شريك البري موجود</w:t>
      </w:r>
    </w:p>
    <w:p>
      <w:r>
        <w:t>هذه قضية زيف</w:t>
      </w:r>
    </w:p>
    <w:p>
      <w:r>
        <w:t>لان العدم لا يتلمس بالوجود اجتماع النقيضين</w:t>
      </w:r>
    </w:p>
    <w:p>
      <w:r>
        <w:t>هذه قضية زائفة</w:t>
      </w:r>
    </w:p>
    <w:p>
      <w:r>
        <w:t>اما شريك الباري عدمه القضية الصادقة</w:t>
      </w:r>
    </w:p>
    <w:p>
      <w:r>
        <w:t>مطابقها هو دائرة الاعدام</w:t>
      </w:r>
    </w:p>
    <w:p>
      <w:r>
        <w:t>اذا تتبنى مبنى الامام الخميني رحمة الله عليه</w:t>
      </w:r>
    </w:p>
    <w:p>
      <w:r>
        <w:t>يقول لا يقول ما عندنا ذات شريك الباري معدوم يعني شريك البري ليس بموجود</w:t>
      </w:r>
    </w:p>
    <w:p>
      <w:r>
        <w:t>مرفوع الموجودية</w:t>
      </w:r>
    </w:p>
    <w:p>
      <w:r>
        <w:t>ما نحتاج الى تكلف دائرة اخرى هي الاعداء</w:t>
      </w:r>
    </w:p>
    <w:p>
      <w:r>
        <w:t>مع ان هذه تبقى قضية صحيحة</w:t>
      </w:r>
    </w:p>
    <w:p>
      <w:r>
        <w:t>شريك البالي ليس بموجود</w:t>
      </w:r>
    </w:p>
    <w:p>
      <w:r>
        <w:t>يعني مرفوع الوجود يعني ليس له هلية بسيطة</w:t>
      </w:r>
    </w:p>
    <w:p>
      <w:r>
        <w:t>صحيح</w:t>
      </w:r>
    </w:p>
    <w:p>
      <w:r>
        <w:t>صادقة</w:t>
      </w:r>
    </w:p>
    <w:p>
      <w:r>
        <w:t>اذا فرق بين القضية السابقة في داعش الاعدام على القراءتين والقضية الزائفة</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