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 سبحان الله يا الله 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وصرنا معكم الى هذه الفقرة</w:t>
      </w:r>
    </w:p>
    <w:p>
      <w:r>
        <w:t>قال ولا في الرابعة الكبرى الشكل الرابع تعرفون انه الحد الاوسط يكون الاصغر في الصغرى ويكون الاكبر في الكبرى</w:t>
      </w:r>
    </w:p>
    <w:p>
      <w:r>
        <w:t>معكوس الشكل الاول</w:t>
      </w:r>
    </w:p>
    <w:p>
      <w:r>
        <w:t>وقال وفي الرابع الكبرى لزومية في ظربيه الاولين</w:t>
      </w:r>
    </w:p>
    <w:p>
      <w:r>
        <w:t>يعني في الضرب الأول والثاني من الشكل الرابع</w:t>
      </w:r>
    </w:p>
    <w:p>
      <w:r>
        <w:t>ما في انتاج في عقوبة</w:t>
      </w:r>
    </w:p>
    <w:p>
      <w:r>
        <w:t>اقول الصغرى الإتفاقية مع الكبرى اللجومية في الضربين الأولين من الشكل الرابع</w:t>
      </w:r>
    </w:p>
    <w:p>
      <w:r>
        <w:t>اقيموا</w:t>
      </w:r>
    </w:p>
    <w:p>
      <w:r>
        <w:t>شرط صورة تكون اتفاقية</w:t>
      </w:r>
    </w:p>
    <w:p>
      <w:r>
        <w:t>كقولنا كلما كان الإنسان حيوان كان ناطقا اتفاقية</w:t>
      </w:r>
    </w:p>
    <w:p>
      <w:r>
        <w:t>تقول شيخنا كيف الاتفاقية? الناطق مقوم للانسان? نعم مقاوم للانسان من النفس الناطقة</w:t>
      </w:r>
    </w:p>
    <w:p>
      <w:r>
        <w:t>وليس من الحيوان</w:t>
      </w:r>
    </w:p>
    <w:p>
      <w:r>
        <w:t>كل له سببه الخاص</w:t>
      </w:r>
    </w:p>
    <w:p>
      <w:r>
        <w:t>فالانسان ناطق ليس بوصفه حيوانا بوصفه نفسا ناطق</w:t>
      </w:r>
    </w:p>
    <w:p>
      <w:r>
        <w:t>فتكون اتفاقية</w:t>
      </w:r>
    </w:p>
    <w:p>
      <w:r>
        <w:t>يعني الناطقية لم تتولد من الحيوانية</w:t>
      </w:r>
    </w:p>
    <w:p>
      <w:r>
        <w:t>فقط اتفاق اجتمع الحيوان مع الناطق لحكمة الهية</w:t>
      </w:r>
    </w:p>
    <w:p>
      <w:r>
        <w:t>حتى تتعلق النفس بهذا البدن الحيواني وتتكامل الى كنت تكامل هو هذا البادر الحيواني</w:t>
      </w:r>
    </w:p>
    <w:p>
      <w:r>
        <w:t>ملائكة لا يتكاملون لان ما عندهم هذا البدن الحيواني</w:t>
      </w:r>
    </w:p>
    <w:p>
      <w:r>
        <w:t>اذا ليس لان الانسان حيوان فيكون ناطقا لا اتفاقية</w:t>
      </w:r>
    </w:p>
    <w:p>
      <w:r>
        <w:t>الاجتماع الاتفاقي الانسان الاجتماع التكويني لان الناطقية اصلها من النفس الناطقة وليس من الحيوان</w:t>
      </w:r>
    </w:p>
    <w:p>
      <w:r>
        <w:t>ولهذا اتفاقية</w:t>
      </w:r>
    </w:p>
    <w:p>
      <w:r>
        <w:t>صحيح</w:t>
      </w:r>
    </w:p>
    <w:p>
      <w:r>
        <w:t>كلما كان الانسان حيوانا كان ناطقا</w:t>
      </w:r>
    </w:p>
    <w:p>
      <w:r>
        <w:t>نعم</w:t>
      </w:r>
    </w:p>
    <w:p>
      <w:r>
        <w:t>وبالتالي الحيوان هنا بالعرض ام بالذات الناطقية بالعرض بالذات هو النص الناطق لهذا التعلق لهذا التعلق جاءت هذه الاتفاقية</w:t>
      </w:r>
    </w:p>
    <w:p>
      <w:r>
        <w:t>هذه الصغرى صورة اتفاقية</w:t>
      </w:r>
    </w:p>
    <w:p>
      <w:r>
        <w:t>الكبرى ما هي كبرى لجومية</w:t>
      </w:r>
    </w:p>
    <w:p>
      <w:r>
        <w:t>كلما كان حمارا كان حيوان</w:t>
      </w:r>
    </w:p>
    <w:p>
      <w:r>
        <w:t>كلما كان حمارا كان حيوانا يعني الانسان كلما كان الانسان حمارا كان حيوانا</w:t>
      </w:r>
    </w:p>
    <w:p>
      <w:r>
        <w:t>على الفرض انت اذا فرضت ان الانسان آآ حمار والحمار حيوان حيوان بليد مثلا</w:t>
      </w:r>
    </w:p>
    <w:p>
      <w:r>
        <w:t>ويقولون ذكي نعم العرف يراه بليدا</w:t>
      </w:r>
    </w:p>
    <w:p>
      <w:r>
        <w:t>كأنك قلت هكذا كلما كان الانسان آآ حمارا بليدا كان آآ حيوانا طبعا لزومية</w:t>
      </w:r>
    </w:p>
    <w:p>
      <w:r>
        <w:t>لزومية لانه كانك قلت كلما كان الحيوان وكان حيوان نعم لزومية لا شك في ذلك ولزومية ليس من باب العلية والمعلولية من باب مبدأ الهوية</w:t>
      </w:r>
    </w:p>
    <w:p>
      <w:r>
        <w:t>نعم</w:t>
      </w:r>
    </w:p>
    <w:p>
      <w:r>
        <w:t>مبنى الهوية يعني انت لم تخرج من مبنى الهوية</w:t>
      </w:r>
    </w:p>
    <w:p>
      <w:r>
        <w:t>فقط الامثلة ولا الانفلاء غير صحيحة</w:t>
      </w:r>
    </w:p>
    <w:p>
      <w:r>
        <w:t>لان اللزوم لزوم علي ومعلولي</w:t>
      </w:r>
    </w:p>
    <w:p>
      <w:r>
        <w:t>اه علة توليد معلول معلول يكشف عن العلة او اه اه مم معلومة لعلة واحدة</w:t>
      </w:r>
    </w:p>
    <w:p>
      <w:r>
        <w:t>هنا اللزوم بمعنى المنطقي عدم الانفكاك</w:t>
      </w:r>
    </w:p>
    <w:p>
      <w:r>
        <w:t>عدم الانفكاك</w:t>
      </w:r>
    </w:p>
    <w:p>
      <w:r>
        <w:t>وكلما كان حمارا ما هو الحمار? الحمار هو حيوان بليد</w:t>
      </w:r>
    </w:p>
    <w:p>
      <w:r>
        <w:t>يعني كلما كان الانسان اه حيوانا بليدا كان حيوان</w:t>
      </w:r>
    </w:p>
    <w:p>
      <w:r>
        <w:t>حيوان كان الايزر حي واضحة جدا</w:t>
      </w:r>
    </w:p>
    <w:p>
      <w:r>
        <w:t>نعم</w:t>
      </w:r>
    </w:p>
    <w:p>
      <w:r>
        <w:t>انظر الشكل الرابع الانسان حيوان حد اوسط</w:t>
      </w:r>
    </w:p>
    <w:p>
      <w:r>
        <w:t>والانسان حيوان في الكبرى حد اكبر</w:t>
      </w:r>
    </w:p>
    <w:p>
      <w:r>
        <w:t>نعم</w:t>
      </w:r>
    </w:p>
    <w:p>
      <w:r>
        <w:t>احذف الحد الاوسط الحد الاوسط اصغر في في الصغرى واكبر في الكبرى احذفه يبقى الانسان آآ والانسان حمار</w:t>
      </w:r>
    </w:p>
    <w:p>
      <w:r>
        <w:t>مع كذب قولنا هي النتيجة</w:t>
      </w:r>
    </w:p>
    <w:p>
      <w:r>
        <w:t>كلما كان الانسان ناطقا كان حمارا لا لا لزومية ولا اتفاقية</w:t>
      </w:r>
    </w:p>
    <w:p>
      <w:r>
        <w:t>لا علاقة بالناطقية الانسان بحماريته</w:t>
      </w:r>
    </w:p>
    <w:p>
      <w:r>
        <w:t>ولا اتفاقية</w:t>
      </w:r>
    </w:p>
    <w:p>
      <w:r>
        <w:t>يعني ما ما لا يصاحبه يعني الانسان اذا كان ناطقا تصاحبه الحمارية? لا تصاحبه الحمارية عرفا وليس منطق وليس منطقيا تقول هذا حمار ما يفتح هذا في العرف اما في المنطق لا الانسان تلازمه الناطقية ولا تصاحبه الحمارية</w:t>
      </w:r>
    </w:p>
    <w:p>
      <w:r>
        <w:t>نعم من قال</w:t>
      </w:r>
    </w:p>
    <w:p>
      <w:r>
        <w:t>نعم</w:t>
      </w:r>
    </w:p>
    <w:p>
      <w:r>
        <w:t>وكذا لو جعلنا الكبرى جزئيا</w:t>
      </w:r>
    </w:p>
    <w:p>
      <w:r>
        <w:t>كبرى جزئيا يعني النتيجة تكون جزئية</w:t>
      </w:r>
    </w:p>
    <w:p>
      <w:r>
        <w:t>لان الملزوم للشيء قد يكون معاندا لما يجامعه نعم اجعل آآ الكبرى جزئية يعني تقول آآ كلما كان الانسان حمارا كان حيوان قد تقول قاد قد يكون الانسان حمارا آآ يكون حيوانا</w:t>
      </w:r>
    </w:p>
    <w:p>
      <w:r>
        <w:t>نعم</w:t>
      </w:r>
    </w:p>
    <w:p>
      <w:r>
        <w:t>يعني اللزوم اللزوم الجزئي</w:t>
      </w:r>
    </w:p>
    <w:p>
      <w:r>
        <w:t>نعم اللزوم الجزئي</w:t>
      </w:r>
    </w:p>
    <w:p>
      <w:r>
        <w:t>هذا لا ينتج كذلك</w:t>
      </w:r>
    </w:p>
    <w:p>
      <w:r>
        <w:t>ما يعني ما عنده علاقة بالصوت كلي او جزئي</w:t>
      </w:r>
    </w:p>
    <w:p>
      <w:r>
        <w:t>له علاقة بماذا? علاقة طبيعة الشيء</w:t>
      </w:r>
    </w:p>
    <w:p>
      <w:r>
        <w:t>في المنطق في المنطق الجديد هذه المعاني كلها تختفي</w:t>
      </w:r>
    </w:p>
    <w:p>
      <w:r>
        <w:t>ناطق وحمار انت الان بالله عليك هذا الانتاج تركز على السورنة ام تركز على على المعاني? تقول شيخنا اركز على المعاني يعني اركز على الحمار والحيا والناطق وهذه الامور واجد لا الملازمة ولا الاتفاق او اجد الملازمة والاتفاق</w:t>
      </w:r>
    </w:p>
    <w:p>
      <w:r>
        <w:t>نعم</w:t>
      </w:r>
    </w:p>
    <w:p>
      <w:r>
        <w:t>مثلا الجسمية والناطقية في اتفاق</w:t>
      </w:r>
    </w:p>
    <w:p>
      <w:r>
        <w:t>ما في لزوم لكن في اتفاق الجسم الانسان ما هو? جسمنا حساس متحركة بالناطق متحرك ناطق</w:t>
      </w:r>
    </w:p>
    <w:p>
      <w:r>
        <w:t>ناطق موجودة مع الجسم بنحو الاتفاق</w:t>
      </w:r>
    </w:p>
    <w:p>
      <w:r>
        <w:t>لهذا الا لذاك ولا ذاك معلول لذاك</w:t>
      </w:r>
    </w:p>
    <w:p>
      <w:r>
        <w:t>اتفاق</w:t>
      </w:r>
    </w:p>
    <w:p>
      <w:r>
        <w:t>الحمارية والناطقية ما في لا لزوم ولا اتفاق</w:t>
      </w:r>
    </w:p>
    <w:p>
      <w:r>
        <w:t>من اين? من المعاني</w:t>
      </w:r>
    </w:p>
    <w:p>
      <w:r>
        <w:t>المنطق الحديث لا</w:t>
      </w:r>
    </w:p>
    <w:p>
      <w:r>
        <w:t>هذه كلها يزيحها تبقى في الصورنة الصورنة هي التي تؤدي الى اللزوم وعدم اللزوم</w:t>
      </w:r>
    </w:p>
    <w:p>
      <w:r>
        <w:t>ليس المعاني</w:t>
      </w:r>
    </w:p>
    <w:p>
      <w:r>
        <w:t>وكذلك لو جعلنا الكبرى جزئية</w:t>
      </w:r>
    </w:p>
    <w:p>
      <w:r>
        <w:t>يعني قد قد يكون الانسان حمارا ويكون حيوانا</w:t>
      </w:r>
    </w:p>
    <w:p>
      <w:r>
        <w:t>او تقول كان وكذا لو جعلنا الكبرى جزئية يعني لا ينتج عقيم</w:t>
      </w:r>
    </w:p>
    <w:p>
      <w:r>
        <w:t>لان المرزوم للشيء يعني الذي يترتب على الشيء ضروريا قد يكون معاندا لما يجامعه مع قد يصاحبه شيء ما ويعانده</w:t>
      </w:r>
    </w:p>
    <w:p>
      <w:r>
        <w:t>نعم من لم يأت به مثال مع الاسف الشديد نعم</w:t>
      </w:r>
    </w:p>
    <w:p>
      <w:r>
        <w:t>قال ولا الاتفاقية في الثالث</w:t>
      </w:r>
    </w:p>
    <w:p>
      <w:r>
        <w:t>الشكل الثالث ولا الاتفاقية في الشكل الثالث</w:t>
      </w:r>
    </w:p>
    <w:p>
      <w:r>
        <w:t>اقول الظرب الثالث الحد الاوسط آآ يكون آآ في المقدم</w:t>
      </w:r>
    </w:p>
    <w:p>
      <w:r>
        <w:t>في كلا المقدمة الشرطيتين</w:t>
      </w:r>
    </w:p>
    <w:p>
      <w:r>
        <w:t>الظرب الثالث من هذا الشكل اذا كانت كبرى اتفاقية لا ينتج</w:t>
      </w:r>
    </w:p>
    <w:p>
      <w:r>
        <w:t>نعم</w:t>
      </w:r>
    </w:p>
    <w:p>
      <w:r>
        <w:t>لانه يصدق دقق في التطبيق ليس البتة اذا كان السواد لونا</w:t>
      </w:r>
    </w:p>
    <w:p>
      <w:r>
        <w:t>هذا بتر كلي</w:t>
      </w:r>
    </w:p>
    <w:p>
      <w:r>
        <w:t>انفصال كلي</w:t>
      </w:r>
    </w:p>
    <w:p>
      <w:r>
        <w:t>ليس البتة اذا كان السواد لونا كان الفرس حساسا</w:t>
      </w:r>
    </w:p>
    <w:p>
      <w:r>
        <w:t>ما العلاقة بين لونية السواد? وحساسية الفرس</w:t>
      </w:r>
    </w:p>
    <w:p>
      <w:r>
        <w:t>حساسية الفرس</w:t>
      </w:r>
    </w:p>
    <w:p>
      <w:r>
        <w:t>مصدرها الحيوانية</w:t>
      </w:r>
    </w:p>
    <w:p>
      <w:r>
        <w:t>وسواد ولونية السواد مصدرها جنسه سواد ما هو لون كذا</w:t>
      </w:r>
    </w:p>
    <w:p>
      <w:r>
        <w:t>اذا اللون في صميم السواد قضية تحليلية</w:t>
      </w:r>
    </w:p>
    <w:p>
      <w:r>
        <w:t>وكان الفرس حساس قضية تحليلية</w:t>
      </w:r>
    </w:p>
    <w:p>
      <w:r>
        <w:t>لكن لا بين نريد سواد وحساسية الفرس مطلقا سلبي كلي</w:t>
      </w:r>
    </w:p>
    <w:p>
      <w:r>
        <w:t>فهذا اللزوم يعني ضرورة السلب ضرورة الفتق</w:t>
      </w:r>
    </w:p>
    <w:p>
      <w:r>
        <w:t>صحيح هذي صادقة</w:t>
      </w:r>
    </w:p>
    <w:p>
      <w:r>
        <w:t>وكلما كان الفرس حيوانا نعم الفرس جنسه الحيوان</w:t>
      </w:r>
    </w:p>
    <w:p>
      <w:r>
        <w:t>ما هو الفرس? حيوان صاعد</w:t>
      </w:r>
    </w:p>
    <w:p>
      <w:r>
        <w:t>كان السواد لونا</w:t>
      </w:r>
    </w:p>
    <w:p>
      <w:r>
        <w:t>اتفاقية</w:t>
      </w:r>
    </w:p>
    <w:p>
      <w:r>
        <w:t>اتفاقية</w:t>
      </w:r>
    </w:p>
    <w:p>
      <w:r>
        <w:t>كلما كان الفرس حيوانا كان اتفاقية لمصاحبة فقط مصاحبة فقط</w:t>
      </w:r>
    </w:p>
    <w:p>
      <w:r>
        <w:t>اذا كان الفرس متلون بالسواد</w:t>
      </w:r>
    </w:p>
    <w:p>
      <w:r>
        <w:t>حيوانية الفرس ما عندها علاقة بلونه</w:t>
      </w:r>
    </w:p>
    <w:p>
      <w:r>
        <w:t>اللون عنده علاقة بهوية هويته اللونية</w:t>
      </w:r>
    </w:p>
    <w:p>
      <w:r>
        <w:t>يعني السواد للونه وليس لحيوانيته اذا اتفاقية</w:t>
      </w:r>
    </w:p>
    <w:p>
      <w:r>
        <w:t>مع كذب قولنا النتيجة ما هي? احذف الحد الاوسط</w:t>
      </w:r>
    </w:p>
    <w:p>
      <w:r>
        <w:t>ما هو الحد الاوسط? آآ ان الشكل الثالث ليس البتة اذا كان السواد لون كان الفرس حساسا وكلما كان الفرس حيوانا كان السد السادس اه اه الضرب الثالث من هذا الشكل من هذا الشكل الشكر الرابع</w:t>
      </w:r>
    </w:p>
    <w:p>
      <w:r>
        <w:t>نعم لا زلنا نشتبه اشتبهت</w:t>
      </w:r>
    </w:p>
    <w:p>
      <w:r>
        <w:t>في الثالث صورت من الشكل الثالث الضرب الثالث</w:t>
      </w:r>
    </w:p>
    <w:p>
      <w:r>
        <w:t>لان لم اجد المقدم الحد الاوسط آآ في المقدمة في المقدم في في الشرطيتين</w:t>
      </w:r>
    </w:p>
    <w:p>
      <w:r>
        <w:t>لا هذا الشكل الثالث</w:t>
      </w:r>
    </w:p>
    <w:p>
      <w:r>
        <w:t>اه الشكل الضرب الثالث من الشكل الرابع</w:t>
      </w:r>
    </w:p>
    <w:p>
      <w:r>
        <w:t>ليس البتة اذا كان السواد لونا كان الفرس حساسا</w:t>
      </w:r>
    </w:p>
    <w:p>
      <w:r>
        <w:t>كان الفرس حساسا لزومية يعني لزومية البتر والقطع</w:t>
      </w:r>
    </w:p>
    <w:p>
      <w:r>
        <w:t>وكلما كان الفرس حيوانا كان السواد لونا</w:t>
      </w:r>
    </w:p>
    <w:p>
      <w:r>
        <w:t>الحد الاوسط ما هو? لونان اكبر في في الكبرى واصغر في الصورة يختفي سواد السواد لون يختفي مع كذب قولنا ليس من اين جاءت ليس لان الصغرى سالبة شرط اساسي النتيجة تتبع مقدمته</w:t>
      </w:r>
    </w:p>
    <w:p>
      <w:r>
        <w:t>ليس البتة اذا كان الفرس حساسا كان حيوانا</w:t>
      </w:r>
    </w:p>
    <w:p>
      <w:r>
        <w:t>يعني البتر بين الفرسية الحساسية والحيوانية لقطع هذا</w:t>
      </w:r>
    </w:p>
    <w:p>
      <w:r>
        <w:t>ولهذا يقول كذب</w:t>
      </w:r>
    </w:p>
    <w:p>
      <w:r>
        <w:t>مع كذب قولنا ليس البتة</w:t>
      </w:r>
    </w:p>
    <w:p>
      <w:r>
        <w:t>يعني لا شيء</w:t>
      </w:r>
    </w:p>
    <w:p>
      <w:r>
        <w:t>لو قال لا احسن</w:t>
      </w:r>
    </w:p>
    <w:p>
      <w:r>
        <w:t>لا شيء من الفرس حساس كان حيوانا</w:t>
      </w:r>
    </w:p>
    <w:p>
      <w:r>
        <w:t>كانك قلت ليس البتة اذا كان الفرس حيوانا كان حيوانا</w:t>
      </w:r>
    </w:p>
    <w:p>
      <w:r>
        <w:t>يعني حيوان وليس به حيوان</w:t>
      </w:r>
    </w:p>
    <w:p>
      <w:r>
        <w:t>لزوميا واتفاقيا</w:t>
      </w:r>
    </w:p>
    <w:p>
      <w:r>
        <w:t>نعم ما عندها علاقة بهذا الامر</w:t>
      </w:r>
    </w:p>
    <w:p>
      <w:r>
        <w:t>نعم</w:t>
      </w:r>
    </w:p>
    <w:p>
      <w:r>
        <w:t>يعني هذا السلب لا هو سلب لزومي ولا سلب اتفاقي</w:t>
      </w:r>
    </w:p>
    <w:p>
      <w:r>
        <w:t>لان ما ليس بمستلزم لشيء قد يجامع ولازمه نعم</w:t>
      </w:r>
    </w:p>
    <w:p>
      <w:r>
        <w:t>يعني يعني قد انت تكون عندك صفتان صفة لازمة وصفة غير لازمة ويجتمعها</w:t>
      </w:r>
    </w:p>
    <w:p>
      <w:r>
        <w:t>مثلا انت تتحرك ناطق من الناطقية كيانك حيوان ناطق</w:t>
      </w:r>
    </w:p>
    <w:p>
      <w:r>
        <w:t>ناطق هي كيانك</w:t>
      </w:r>
    </w:p>
    <w:p>
      <w:r>
        <w:t>وجدت تتحرك الناطق لا تنفك عنك وتمشي</w:t>
      </w:r>
    </w:p>
    <w:p>
      <w:r>
        <w:t>ماشي ماذا؟ باش المشي العربي قد يختفي فيه</w:t>
      </w:r>
    </w:p>
    <w:p>
      <w:r>
        <w:t>مصاحبة بين الملازم الذي هو الناطقية والمفارق الذي هو المصاحب الذي هو الماشي</w:t>
      </w:r>
    </w:p>
    <w:p>
      <w:r>
        <w:t>نعم</w:t>
      </w:r>
    </w:p>
    <w:p>
      <w:r>
        <w:t>اذا هذا لا انتاج فيه</w:t>
      </w:r>
    </w:p>
    <w:p>
      <w:r>
        <w:t>طبعا هذا تفنن منطقي</w:t>
      </w:r>
    </w:p>
    <w:p>
      <w:r>
        <w:t>والا في العقيقة التي تفيد اليقين ما عندها اتفاقية</w:t>
      </w:r>
    </w:p>
    <w:p>
      <w:r>
        <w:t>نعم</w:t>
      </w:r>
    </w:p>
    <w:p>
      <w:r>
        <w:t>ممكن في العلوم الاحتمالية علوم بروبليماتيك</w:t>
      </w:r>
    </w:p>
    <w:p>
      <w:r>
        <w:t>او الاشكالية او التي تب تبنى على الاحتمالات</w:t>
      </w:r>
    </w:p>
    <w:p>
      <w:r>
        <w:t>اما اليقينية معناها اتفاقية</w:t>
      </w:r>
    </w:p>
    <w:p>
      <w:r>
        <w:t>نعم</w:t>
      </w:r>
    </w:p>
    <w:p>
      <w:r>
        <w:t>قال ولا الاخران من الشكل الرابع يعني ولا اه ولا الضربان الاخران من الشكل الرابع</w:t>
      </w:r>
    </w:p>
    <w:p>
      <w:r>
        <w:t>اقول الضرب الرابع والخامس من هذا الشكل اكتب الشكل الرابع عقمان لا ينتجان</w:t>
      </w:r>
    </w:p>
    <w:p>
      <w:r>
        <w:t>اذا كانت احدى المقدمتين اتفاقية</w:t>
      </w:r>
    </w:p>
    <w:p>
      <w:r>
        <w:t>والاخرى لزومية</w:t>
      </w:r>
    </w:p>
    <w:p>
      <w:r>
        <w:t>احدى المقدمتين اين? الصغرى لا الكبرى لا</w:t>
      </w:r>
    </w:p>
    <w:p>
      <w:r>
        <w:t>قد تكون في الكبرى وقد تكون في الصغرى</w:t>
      </w:r>
    </w:p>
    <w:p>
      <w:r>
        <w:t>اما اذا كان صورة اتفاقية يعني لا ربط تكويني بين المقدم والتالي فلانه يصدق انظر كلما كان السواد لونا كان الفرس حيوانا اه اتفاقية لونية السواد ما عندها علاقة بح اتفاقية</w:t>
      </w:r>
    </w:p>
    <w:p>
      <w:r>
        <w:t>ثم الكبرى ليس البتة اذا كان الفرس حساسا</w:t>
      </w:r>
    </w:p>
    <w:p>
      <w:r>
        <w:t>كان السواد لونا لو زوي</w:t>
      </w:r>
    </w:p>
    <w:p>
      <w:r>
        <w:t>نعم لزومي يعني ما في علاقة مطلقة بين حساسية الفرس الناتج من حيوانيته والسواد لونا الناتج من لونيته</w:t>
      </w:r>
    </w:p>
    <w:p>
      <w:r>
        <w:t>لماذا السواد لون لانه جنسه اللون يعني من مصادق اللون السواد</w:t>
      </w:r>
    </w:p>
    <w:p>
      <w:r>
        <w:t>اذا قلت السواد ليس بلون كانك قلت لون وليس بنون</w:t>
      </w:r>
    </w:p>
    <w:p>
      <w:r>
        <w:t>اجتماعا نقيدا</w:t>
      </w:r>
    </w:p>
    <w:p>
      <w:r>
        <w:t>اذا سوادية ناتجة من اللومية</w:t>
      </w:r>
    </w:p>
    <w:p>
      <w:r>
        <w:t>جيد</w:t>
      </w:r>
    </w:p>
    <w:p>
      <w:r>
        <w:t>والحساسية للفرس الناتجة من حيوانيته</w:t>
      </w:r>
    </w:p>
    <w:p>
      <w:r>
        <w:t>اذا ما العلاقة بين العلة? ما في علاقة</w:t>
      </w:r>
    </w:p>
    <w:p>
      <w:r>
        <w:t>نعم</w:t>
      </w:r>
    </w:p>
    <w:p>
      <w:r>
        <w:t>ليس البتة اذا كان الفرس حساسا كان السواد لون لزوية وصادقة نعم صادقة</w:t>
      </w:r>
    </w:p>
    <w:p>
      <w:r>
        <w:t>مع كذب قولنا الحد الاوسط ما هو? الحد الاوسط هو السواد لونا</w:t>
      </w:r>
    </w:p>
    <w:p>
      <w:r>
        <w:t>احذفه قد لا يكون جزئيا</w:t>
      </w:r>
    </w:p>
    <w:p>
      <w:r>
        <w:t>قد يعني جزئية</w:t>
      </w:r>
    </w:p>
    <w:p>
      <w:r>
        <w:t>قد لا يكون اذا كان الفرس حيوانا كان حساسا</w:t>
      </w:r>
    </w:p>
    <w:p>
      <w:r>
        <w:t>يعني قد تجد مصاديق من الفرس الذي هو حيوان ليس بحيوان كاذبا</w:t>
      </w:r>
    </w:p>
    <w:p>
      <w:r>
        <w:t>لان كل فرس حيوان كليا</w:t>
      </w:r>
    </w:p>
    <w:p>
      <w:r>
        <w:t>نعم</w:t>
      </w:r>
    </w:p>
    <w:p>
      <w:r>
        <w:t>قد لا يكون اذا كان الفرس حيوانا كان حساسا</w:t>
      </w:r>
    </w:p>
    <w:p>
      <w:r>
        <w:t>يعني قد تجد مجموعة من المصاديق صدق عليه الفرس ولا يصدق عليه ماذا? انه حساس</w:t>
      </w:r>
    </w:p>
    <w:p>
      <w:r>
        <w:t>لا</w:t>
      </w:r>
    </w:p>
    <w:p>
      <w:r>
        <w:t>لان كل فرس ينفي بعض الفرس ليس بحيوان لمبدأ التناقض</w:t>
      </w:r>
    </w:p>
    <w:p>
      <w:r>
        <w:t>نعم</w:t>
      </w:r>
    </w:p>
    <w:p>
      <w:r>
        <w:t>لان المصاحب للشيء قد لا يكون ملازما لملازمه نعم</w:t>
      </w:r>
    </w:p>
    <w:p>
      <w:r>
        <w:t>المصاحب للشيء قد لا يكون ملازما لملا انا عندي الناطقية ملازم لي</w:t>
      </w:r>
    </w:p>
    <w:p>
      <w:r>
        <w:t>لانه من مكوناتي وعندي حال القعود</w:t>
      </w:r>
    </w:p>
    <w:p>
      <w:r>
        <w:t>نعم المشي راح</w:t>
      </w:r>
    </w:p>
    <w:p>
      <w:r>
        <w:t>لان المصاحب للشيء قد لا يكون ملازم لملازمه</w:t>
      </w:r>
    </w:p>
    <w:p>
      <w:r>
        <w:t>نعم يعني اذا كان كنت ناطقا ماشية يكون لازما يعني اينما اكون اه بناطقيتي يكون المشي لا قد يكون جالسا</w:t>
      </w:r>
    </w:p>
    <w:p>
      <w:r>
        <w:t>اذا الماشية قد لا يلازم الناطقية يعني ينفك</w:t>
      </w:r>
    </w:p>
    <w:p>
      <w:r>
        <w:t>واما اذا كانت اللزومية من اه الصغرى</w:t>
      </w:r>
    </w:p>
    <w:p>
      <w:r>
        <w:t>بنينا على الاتفاقية ان نبني على اللجومية</w:t>
      </w:r>
    </w:p>
    <w:p>
      <w:r>
        <w:t>يعني الربط التكويني</w:t>
      </w:r>
    </w:p>
    <w:p>
      <w:r>
        <w:t>واما اذا كانت اللزوم يعني كانت الصغرى في اه الضربين الاخرين يعني الضرب الرابع والخامس من الشكل الثاني كانت لزومية</w:t>
      </w:r>
    </w:p>
    <w:p>
      <w:r>
        <w:t>نعم</w:t>
      </w:r>
    </w:p>
    <w:p>
      <w:r>
        <w:t>فلانه يصدق يمثل كلما كان الفرس حمارا كان حيوانا</w:t>
      </w:r>
    </w:p>
    <w:p>
      <w:r>
        <w:t>نعم اللزومية يعني اذا بنيت على ان الفرس حمار والحمار ما هو حيوان فحتما كان محاور تحسينه للحاصل</w:t>
      </w:r>
    </w:p>
    <w:p>
      <w:r>
        <w:t>ولهذا هذه الجمل المعنائية خطأ في المنطق</w:t>
      </w:r>
    </w:p>
    <w:p>
      <w:r>
        <w:t>ولهذا انا افضل الثورة كالمنطق الحديث</w:t>
      </w:r>
    </w:p>
    <w:p>
      <w:r>
        <w:t>لان انت من اين فهمت القياس? من المعنى ليس من الصورنة</w:t>
      </w:r>
    </w:p>
    <w:p>
      <w:r>
        <w:t>والمنطق ما عنده علاقة بالمادة العلمية</w:t>
      </w:r>
    </w:p>
    <w:p>
      <w:r>
        <w:t>المادة العلمية تدخلها في القوالب المنطقية الحقول المعرفية</w:t>
      </w:r>
    </w:p>
    <w:p>
      <w:r>
        <w:t>والمعاني تتبدل</w:t>
      </w:r>
    </w:p>
    <w:p>
      <w:r>
        <w:t>خلي لك انت القاعدة السورانية هي الاساس</w:t>
      </w:r>
    </w:p>
    <w:p>
      <w:r>
        <w:t>لماذا انت تأتيني آآ معاني يعني انا فهمت اللزوم هنا ليس من القاعدة الصورانية</w:t>
      </w:r>
    </w:p>
    <w:p>
      <w:r>
        <w:t>يعني ليس من القاعدة صورية فورماليز</w:t>
      </w:r>
    </w:p>
    <w:p>
      <w:r>
        <w:t>فانت من المعاني</w:t>
      </w:r>
    </w:p>
    <w:p>
      <w:r>
        <w:t>نعم</w:t>
      </w:r>
    </w:p>
    <w:p>
      <w:r>
        <w:t>اذا كان الفرس كلما كان الفرس كلما كان الفرس حمارا ما معناه? يعني الحمار حيوان</w:t>
      </w:r>
    </w:p>
    <w:p>
      <w:r>
        <w:t>فالفرس تلبس الحيوان حتما يكون حيوانا كان حيوانا</w:t>
      </w:r>
    </w:p>
    <w:p>
      <w:r>
        <w:t>هذه لزومية فيها ربط تكويني بين الفرس</w:t>
      </w:r>
    </w:p>
    <w:p>
      <w:r>
        <w:t>اذا بنينا على حمارية الفرس مع الحيوانية</w:t>
      </w:r>
    </w:p>
    <w:p>
      <w:r>
        <w:t>وليس البتة اذا كان الفرس جسما كان حمارا</w:t>
      </w:r>
    </w:p>
    <w:p>
      <w:r>
        <w:t>ابدا ليس لا علاقة بجسمية الفرس بالحمارية</w:t>
      </w:r>
    </w:p>
    <w:p>
      <w:r>
        <w:t>الى جسمية الفرس ناتجة من الحيوانية</w:t>
      </w:r>
    </w:p>
    <w:p>
      <w:r>
        <w:t>والحيوانية لا تجر الحمارية بالضرورة</w:t>
      </w:r>
    </w:p>
    <w:p>
      <w:r>
        <w:t>للحاوية اعم تتجلى في دوائر متعددة</w:t>
      </w:r>
    </w:p>
    <w:p>
      <w:r>
        <w:t>هل تجر الحيوان الحمارية? لا</w:t>
      </w:r>
    </w:p>
    <w:p>
      <w:r>
        <w:t>نعم</w:t>
      </w:r>
    </w:p>
    <w:p>
      <w:r>
        <w:t>من الاعم من الاخص اذا هذه آآ اتفاقية يعني لا علاقة منطقية بين جسمية الفرس والحمارية</w:t>
      </w:r>
    </w:p>
    <w:p>
      <w:r>
        <w:t>الا اذا كانت هناك كان هناك ربط تكويني يعني اللزوم اينما يكون الفرس يكون الحمار</w:t>
      </w:r>
    </w:p>
    <w:p>
      <w:r>
        <w:t>حقيقة واحدة تتجلى بالفرنسية آآ الحمارية</w:t>
      </w:r>
    </w:p>
    <w:p>
      <w:r>
        <w:t>ظرب للعناية الالهية</w:t>
      </w:r>
    </w:p>
    <w:p>
      <w:r>
        <w:t>كل هذا يرجع الى العناية الالهية</w:t>
      </w:r>
    </w:p>
    <w:p>
      <w:r>
        <w:t>والعناية الالهية هي مجلى او تعين الحكمة الالهية الخالدة المقدسة</w:t>
      </w:r>
    </w:p>
    <w:p>
      <w:r>
        <w:t>التي فيها وسرمدي</w:t>
      </w:r>
    </w:p>
    <w:p>
      <w:r>
        <w:t>نعم مع كذب احذف الان الحد الاوسط</w:t>
      </w:r>
    </w:p>
    <w:p>
      <w:r>
        <w:t>الحد الاوسط ما هو? الفرس حمارا</w:t>
      </w:r>
    </w:p>
    <w:p>
      <w:r>
        <w:t>مع كذب قولنا قد لا يكون اذا كان الفرس حيوانا</w:t>
      </w:r>
    </w:p>
    <w:p>
      <w:r>
        <w:t>كان جسمان يعني قد تجد بعض المصاديق من الفرس المتلبس بالحيوانية لماذا? لان جنسه لان الحيوان جنس الفرس يعني اينما يكون الفرس يكون الحيوان? نعم قد لا يكون اذا كان الفرس حيوانا كان جسما</w:t>
      </w:r>
    </w:p>
    <w:p>
      <w:r>
        <w:t>الحيوان ما هو? جسم ما بحصص متحرك</w:t>
      </w:r>
    </w:p>
    <w:p>
      <w:r>
        <w:t>كأنك قلت قد لا يكون اذا كان الفرس جسما كان جسما</w:t>
      </w:r>
    </w:p>
    <w:p>
      <w:r>
        <w:t>يعني انفكاك بين الجسمية والجسمية</w:t>
      </w:r>
    </w:p>
    <w:p>
      <w:r>
        <w:t>الجسم ولا جسم اجتماع نقي معين</w:t>
      </w:r>
    </w:p>
    <w:p>
      <w:r>
        <w:t>نعم</w:t>
      </w:r>
    </w:p>
    <w:p>
      <w:r>
        <w:t>فهذه كاذبة</w:t>
      </w:r>
    </w:p>
    <w:p>
      <w:r>
        <w:t>واتفاقية الى انتاج لا باللزوم ولا بالإتفاق</w:t>
      </w:r>
    </w:p>
    <w:p>
      <w:r>
        <w:t>لأن الملزوم للشيء قد لا يجامع آآ لأن الملزوم للشيء قد لا يجامع لازمه اذا كان كذبا</w:t>
      </w:r>
    </w:p>
    <w:p>
      <w:r>
        <w:t>نعم</w:t>
      </w:r>
    </w:p>
    <w:p>
      <w:r>
        <w:t>اذا كانت كان اللازم كذبا لا يجامع المرزوم</w:t>
      </w:r>
    </w:p>
    <w:p>
      <w:r>
        <w:t>لانه يلزم اجتماع الناقضين</w:t>
      </w:r>
    </w:p>
    <w:p>
      <w:r>
        <w:t>قضية كاذبة تصير صادقة</w:t>
      </w:r>
    </w:p>
    <w:p>
      <w:r>
        <w:t>صادقة وكاذبة هذا غير معقول</w:t>
      </w:r>
    </w:p>
    <w:p>
      <w:r>
        <w:t>زيف ولا ليس بزيف</w:t>
      </w:r>
    </w:p>
    <w:p>
      <w:r>
        <w:t>هذا غير ما وكذا لو كان صغرى جزئية طبق على الصغرى الجزئية</w:t>
      </w:r>
    </w:p>
    <w:p>
      <w:r>
        <w:t>نعم</w:t>
      </w:r>
    </w:p>
    <w:p>
      <w:r>
        <w:t>الصورة الجزئية في المثال هنا كلما كان السواد لونا كان الفرس حيوانا</w:t>
      </w:r>
    </w:p>
    <w:p>
      <w:r>
        <w:t>ما نعم تقول قد هنا تأتي بقد</w:t>
      </w:r>
    </w:p>
    <w:p>
      <w:r>
        <w:t>قدر قد يكون اذا كان السواد لولا كان الفرس حيوان</w:t>
      </w:r>
    </w:p>
    <w:p>
      <w:r>
        <w:t>نفس الشيء ياتي العقم</w:t>
      </w:r>
    </w:p>
    <w:p>
      <w:r>
        <w:t>ولهذا قلت لكم هذه العبارات المتعبة والمعنويات المتعبة في قلب القضايا بمعنى يعني</w:t>
      </w:r>
    </w:p>
    <w:p>
      <w:r>
        <w:t>هذا مربك كثير في المنطق</w:t>
      </w:r>
    </w:p>
    <w:p>
      <w:r>
        <w:t>المنطق بعد المفكر بول وبيانو وفراغ كبار الرياضيين في الغرب</w:t>
      </w:r>
    </w:p>
    <w:p>
      <w:r>
        <w:t>لأن الحركة عند الرياضيين وليس عند الفلاسفة</w:t>
      </w:r>
    </w:p>
    <w:p>
      <w:r>
        <w:t>استفادوا من الجبر الرياضي</w:t>
      </w:r>
    </w:p>
    <w:p>
      <w:r>
        <w:t>واسسوا آآ هذا المنطق</w:t>
      </w:r>
    </w:p>
    <w:p>
      <w:r>
        <w:t>الرياضي الحديث الذي يشكل المنطقة اه ربعه فقط</w:t>
      </w:r>
    </w:p>
    <w:p>
      <w:r>
        <w:t>نعم</w:t>
      </w:r>
    </w:p>
    <w:p>
      <w:r>
        <w:t>ما ينتج اتفاقية</w:t>
      </w:r>
    </w:p>
    <w:p>
      <w:r>
        <w:t>اتفاقية ما معنى اتفاقية? يعني التصاحب</w:t>
      </w:r>
    </w:p>
    <w:p>
      <w:r>
        <w:t>التواجد فقط بدون الربط التكويني</w:t>
      </w:r>
    </w:p>
    <w:p>
      <w:r>
        <w:t>هذا هو الاتفاقي</w:t>
      </w:r>
    </w:p>
    <w:p>
      <w:r>
        <w:t>ما ينتج اتفاقية من الشرطيات المؤلفة من اتفاقية ولزومية</w:t>
      </w:r>
    </w:p>
    <w:p>
      <w:r>
        <w:t>قال والباقي ينتج اتفاقية يعني كل الظروف الباقية تنتج اتفاقية</w:t>
      </w:r>
    </w:p>
    <w:p>
      <w:r>
        <w:t>اقول الباقي من المختلطات من اللزوم او الاتفاقية في الاشكال الاربعة كل الاشكال الاربعة مو فقط في الشكل الرابع</w:t>
      </w:r>
    </w:p>
    <w:p>
      <w:r>
        <w:t>ينتج اتفاقية وهو الصغرى اللجومية في الشكل الاول اذا كانت الكبرى سالبة</w:t>
      </w:r>
    </w:p>
    <w:p>
      <w:r>
        <w:t>في الاختلاط ما معنى الاختلاط? يعني اذا قلت الصغرى لزومية الكفر ماذا تكون اتفاقية للاختلاط</w:t>
      </w:r>
    </w:p>
    <w:p>
      <w:r>
        <w:t>نعم</w:t>
      </w:r>
    </w:p>
    <w:p>
      <w:r>
        <w:t>المؤلفة من اتفاقية ولزومية</w:t>
      </w:r>
    </w:p>
    <w:p>
      <w:r>
        <w:t>اذا اذا بنينا على الصغرى اللجومية في الشكل الاول</w:t>
      </w:r>
    </w:p>
    <w:p>
      <w:r>
        <w:t>كانت الكبرى ماذا? واذا كانت الكبرى اتفاقية سالبة اتفاقية</w:t>
      </w:r>
    </w:p>
    <w:p>
      <w:r>
        <w:t>هنا ينتج الاتفاقي</w:t>
      </w:r>
    </w:p>
    <w:p>
      <w:r>
        <w:t>نعم</w:t>
      </w:r>
    </w:p>
    <w:p>
      <w:r>
        <w:t>الاتفاقي</w:t>
      </w:r>
    </w:p>
    <w:p>
      <w:r>
        <w:t>التواجد الاتفاقي وتواجد اللزومي</w:t>
      </w:r>
    </w:p>
    <w:p>
      <w:r>
        <w:t>لا يعطي التواجد اللجومي</w:t>
      </w:r>
    </w:p>
    <w:p>
      <w:r>
        <w:t>يعطي التواجد الايه? اتفاقي</w:t>
      </w:r>
    </w:p>
    <w:p>
      <w:r>
        <w:t>واضحة جدا هذي</w:t>
      </w:r>
    </w:p>
    <w:p>
      <w:r>
        <w:t>والاتفاقية والاتفاقية يعني والصغرى الاتفاقية اذا اتفقتا في الايجاب</w:t>
      </w:r>
    </w:p>
    <w:p>
      <w:r>
        <w:t>يعني الصغرى اتفاقية</w:t>
      </w:r>
    </w:p>
    <w:p>
      <w:r>
        <w:t>الكبرى لزومية الصورة موجبة والكبرى موجبة</w:t>
      </w:r>
    </w:p>
    <w:p>
      <w:r>
        <w:t>انتاج اتفاقي</w:t>
      </w:r>
    </w:p>
    <w:p>
      <w:r>
        <w:t>والسالبة الاتفاقية يعني الصغرى سالبة اتفاقية</w:t>
      </w:r>
    </w:p>
    <w:p>
      <w:r>
        <w:t>اذا الكبرى ماذا تكون? لزومية</w:t>
      </w:r>
    </w:p>
    <w:p>
      <w:r>
        <w:t>في الشكل الثاني يعطيك اتفاقية</w:t>
      </w:r>
    </w:p>
    <w:p>
      <w:r>
        <w:t>وظروف الشكل الثالث</w:t>
      </w:r>
    </w:p>
    <w:p>
      <w:r>
        <w:t>التي كبرها مجبأ</w:t>
      </w:r>
    </w:p>
    <w:p>
      <w:r>
        <w:t>يعني عندك انت الضرب في الشكل الثالث ستة كما بينا وينتج دائما جزئيا</w:t>
      </w:r>
    </w:p>
    <w:p>
      <w:r>
        <w:t>يقول وظروب الشكل الثالث كلها يعني</w:t>
      </w:r>
    </w:p>
    <w:p>
      <w:r>
        <w:t>يعني كل الظروف ستة</w:t>
      </w:r>
    </w:p>
    <w:p>
      <w:r>
        <w:t>بهذا الشرط</w:t>
      </w:r>
    </w:p>
    <w:p>
      <w:r>
        <w:t>التي كبراها موجبة</w:t>
      </w:r>
    </w:p>
    <w:p>
      <w:r>
        <w:t>بشرط تكون الكبرى ماذا? ايجابية</w:t>
      </w:r>
    </w:p>
    <w:p>
      <w:r>
        <w:t>سواء كانت اتفاقية او لجومية الإنتاج دائما يكون اتفاقيا</w:t>
      </w:r>
    </w:p>
    <w:p>
      <w:r>
        <w:t>والضربان الأولان من الشكل الرابع مر علينا</w:t>
      </w:r>
    </w:p>
    <w:p>
      <w:r>
        <w:t>اذا كانت كبراهما اتفاقية ينتج اتفاقية</w:t>
      </w:r>
    </w:p>
    <w:p>
      <w:r>
        <w:t>والضرب الثالث ان كانت كبراها لجومية</w:t>
      </w:r>
    </w:p>
    <w:p>
      <w:r>
        <w:t>يعني الصغرى تكون لان الاختلاط ينتج اتفاقية فعليك فقط بالتطبيق</w:t>
      </w:r>
    </w:p>
    <w:p>
      <w:r>
        <w:t>تأتي بهذه الاظرب وتشكل القياس كلها تعطيك اتفاقية</w:t>
      </w:r>
    </w:p>
    <w:p>
      <w:r>
        <w:t>كلها تعطيك اتفاقية</w:t>
      </w:r>
    </w:p>
    <w:p>
      <w:r>
        <w:t>نعم</w:t>
      </w:r>
    </w:p>
    <w:p>
      <w:r>
        <w:t>ثم العلامة نحل لا يطلب كثيرا</w:t>
      </w:r>
    </w:p>
    <w:p>
      <w:r>
        <w:t>اما الأول يعني الصغرى لزومية في الشكل الأول</w:t>
      </w:r>
    </w:p>
    <w:p>
      <w:r>
        <w:t>اذا كانت الكبرى سالبة اتفاقية</w:t>
      </w:r>
    </w:p>
    <w:p>
      <w:r>
        <w:t>اما الأول فلان انتفاء المجامع بين الشيء واللازم</w:t>
      </w:r>
    </w:p>
    <w:p>
      <w:r>
        <w:t>في الصدق تقتضي اتفاقهما بينه وبين ملزومه نعم</w:t>
      </w:r>
    </w:p>
    <w:p>
      <w:r>
        <w:t>فلان انتفاء المجامع بين الشي واللازم</w:t>
      </w:r>
    </w:p>
    <w:p>
      <w:r>
        <w:t>في الصدق نعم عندك انت هنا الشيء واللازم</w:t>
      </w:r>
    </w:p>
    <w:p>
      <w:r>
        <w:t>انتفاء المجامع بين الشي واللازم في الصدق تقتضي انتفاؤهما اه انتفاؤها بينه وبين ملزومه</w:t>
      </w:r>
    </w:p>
    <w:p>
      <w:r>
        <w:t>نعم</w:t>
      </w:r>
    </w:p>
    <w:p>
      <w:r>
        <w:t>يعني انت الان عندك الشيء لازم له</w:t>
      </w:r>
    </w:p>
    <w:p>
      <w:r>
        <w:t>ما عنده جامع يعني عنوان كلي</w:t>
      </w:r>
    </w:p>
    <w:p>
      <w:r>
        <w:t>حتى آآ ينطوي على ماذا? ينطوي على الاكبر لان نحن لا في شكل آآ نحن الان في آآ شكلا اول نعم في الشكل الاول</w:t>
      </w:r>
    </w:p>
    <w:p>
      <w:r>
        <w:t>اذا اذا عندنا شيء وعندنا لازم عادي جدا</w:t>
      </w:r>
    </w:p>
    <w:p>
      <w:r>
        <w:t>وما عنده جامع يعني ينطوي على اه الامرين على الشواء لازمه</w:t>
      </w:r>
    </w:p>
    <w:p>
      <w:r>
        <w:t>هنا ماذا يقول يقول اه فلانتفاء المجامع بين الشي واللازم يعني عنوان عام يشمل الشيء واللازم اللازم للشيء طبعا يعني اينما يكون الشيء يكون لهذا اللازم في الصدق يعني في التصادق الواقعي تقتضي لان انا انتفاء المجامع يقتضي مو تقتضي</w:t>
      </w:r>
    </w:p>
    <w:p>
      <w:r>
        <w:t>لان انتفاع المجامع آآ يقتضي اتفاقهما اتفاقها بينه وبين ملزمه</w:t>
      </w:r>
    </w:p>
    <w:p>
      <w:r>
        <w:t>نعم</w:t>
      </w:r>
    </w:p>
    <w:p>
      <w:r>
        <w:t>ملزوم ماذا? ملزوم اللازم ملزوم شيء</w:t>
      </w:r>
    </w:p>
    <w:p>
      <w:r>
        <w:t>او ملزوم المجامعة احسن هنا</w:t>
      </w:r>
    </w:p>
    <w:p>
      <w:r>
        <w:t>آآ هذا هو مشكل الحوزة في ارجاع الضمائر</w:t>
      </w:r>
    </w:p>
    <w:p>
      <w:r>
        <w:t>مثل الكفاية</w:t>
      </w:r>
    </w:p>
    <w:p>
      <w:r>
        <w:t>حياتك كلها ترجع الضمائر</w:t>
      </w:r>
    </w:p>
    <w:p>
      <w:r>
        <w:t>وانا في تصوري هذا نقص في منهجية الحوزاوية</w:t>
      </w:r>
    </w:p>
    <w:p>
      <w:r>
        <w:t>انظر حتى نفهم جيدا المسألة</w:t>
      </w:r>
    </w:p>
    <w:p>
      <w:r>
        <w:t>فلان انتفاء المجامعة</w:t>
      </w:r>
    </w:p>
    <w:p>
      <w:r>
        <w:t>يعني التركيز في البيان على المجامع</w:t>
      </w:r>
    </w:p>
    <w:p>
      <w:r>
        <w:t>بين الشي واللازم</w:t>
      </w:r>
    </w:p>
    <w:p>
      <w:r>
        <w:t>يعني عندنا شيء وعندنا لازم</w:t>
      </w:r>
    </w:p>
    <w:p>
      <w:r>
        <w:t>يعني مثلا والنطق اينما يكون الإنسان يكون النطق اينما تكون النار تكون يكون الاحتراق هذا هو الشيء اللازم في الصدق يعني ما عندهم جامع عنوان عام ينطويان تحته يقتضي هذا الانتفاع المجامع انتفاؤها انتفاء آآ المجامعة</w:t>
      </w:r>
    </w:p>
    <w:p>
      <w:r>
        <w:t>آآ بينه وبين ملزومه يعني الشيء واللازم لا يجتمعان مع ملزوم المجامعة</w:t>
      </w:r>
    </w:p>
    <w:p>
      <w:r>
        <w:t>لأن هذا المجامع فانت يجب ان تطبقها يعني تأتي اه الشكل الاول والصغرى اللجومية والكبرى اتفاقية سالبة فتكتشف ان الجامع يعني الجامع هذا له ملزوم له شيء يترتب عليه ولا هو جامعا للشواء لازم لا يكون جامعا للإنسان الناطقية</w:t>
      </w:r>
    </w:p>
    <w:p>
      <w:r>
        <w:t>فكل ملزومات ذلك الجامع الذي هو بعيد عن الشيء لازم العلاقات اتفاقية</w:t>
      </w:r>
    </w:p>
    <w:p>
      <w:r>
        <w:t>العلاقة اتفاق لماذا? لان الكبرى سالبة يعني يأتي السلب سلب اللزوم</w:t>
      </w:r>
    </w:p>
    <w:p>
      <w:r>
        <w:t>واما الثاني الثاني في في الترتيب والاتفاقية اذا اتفقتا في الايجاب</w:t>
      </w:r>
    </w:p>
    <w:p>
      <w:r>
        <w:t>نعم في اي شكل لم يذكر الشكل هنا والاتفاقية اذا اتفقتا في الايجاب</w:t>
      </w:r>
    </w:p>
    <w:p>
      <w:r>
        <w:t>يعني واحدة اتفاقية مقدمة اتفاقية من هي? لا ندري</w:t>
      </w:r>
    </w:p>
    <w:p>
      <w:r>
        <w:t>صغرى كبرى لا ندري لا يهم</w:t>
      </w:r>
    </w:p>
    <w:p>
      <w:r>
        <w:t>واحدة تكون اتفاقية</w:t>
      </w:r>
    </w:p>
    <w:p>
      <w:r>
        <w:t>اذا الثانية ماذا تكون? تكون لزوميا اذا اتفقتا في الايجاب</w:t>
      </w:r>
    </w:p>
    <w:p>
      <w:r>
        <w:t>يعني صورة موجبة الكبرى موجبة</w:t>
      </w:r>
    </w:p>
    <w:p>
      <w:r>
        <w:t>نعم</w:t>
      </w:r>
    </w:p>
    <w:p>
      <w:r>
        <w:t>تنتج اتفاقية</w:t>
      </w:r>
    </w:p>
    <w:p>
      <w:r>
        <w:t>واما الثاني فلان مجامع الشي مع الملزوم في الصدق تدل على المجامع مع اللازم</w:t>
      </w:r>
    </w:p>
    <w:p>
      <w:r>
        <w:t>نعم والاتفاقية اذا اتفقتا في الايجاب</w:t>
      </w:r>
    </w:p>
    <w:p>
      <w:r>
        <w:t>موجبة موجبة ينتج الاتفاق</w:t>
      </w:r>
    </w:p>
    <w:p>
      <w:r>
        <w:t>يقول والباقي ينتج الاتفاق</w:t>
      </w:r>
    </w:p>
    <w:p>
      <w:r>
        <w:t>نعم جيد</w:t>
      </w:r>
    </w:p>
    <w:p>
      <w:r>
        <w:t>واما الثاني فان مجامع الشي مع الملزوم في الصدق يعني هذا المجامع ينطوي على الشيء وعنده ملزوم المجامع يحتوي الشيء</w:t>
      </w:r>
    </w:p>
    <w:p>
      <w:r>
        <w:t>اذا احتوى الشيء يجر معه الملزوم</w:t>
      </w:r>
    </w:p>
    <w:p>
      <w:r>
        <w:t>فالملزوم يكون للشيء</w:t>
      </w:r>
    </w:p>
    <w:p>
      <w:r>
        <w:t>نعم</w:t>
      </w:r>
    </w:p>
    <w:p>
      <w:r>
        <w:t>في الصدق يعني في التصادق الواقعي تدل على المجامعة مع اللازم نعم</w:t>
      </w:r>
    </w:p>
    <w:p>
      <w:r>
        <w:t>اذا احتوى على الشيء ينفر مثلا عندنا السن</w:t>
      </w:r>
    </w:p>
    <w:p>
      <w:r>
        <w:t>عنده ملزوم هذا الصين احتوى على الشيء تاع الصاد يكون في الشيء</w:t>
      </w:r>
    </w:p>
    <w:p>
      <w:r>
        <w:t>والشيء له لازم ما هذا اللازم يكون في المجامعة</w:t>
      </w:r>
    </w:p>
    <w:p>
      <w:r>
        <w:t>ويكون مع الملزوم واضحا</w:t>
      </w:r>
    </w:p>
    <w:p>
      <w:r>
        <w:t>نعم</w:t>
      </w:r>
    </w:p>
    <w:p>
      <w:r>
        <w:t>الى ان النتيجة تكون اتفاقية</w:t>
      </w:r>
    </w:p>
    <w:p>
      <w:r>
        <w:t>يعني ليست هناك ربط تكويني بين الامرين</w:t>
      </w:r>
    </w:p>
    <w:p>
      <w:r>
        <w:t>واما الثالث الثالث في التطبيق والسالبة الاتفاقية في الشكل الثاني نعم كالاول واما الرابع كالثاني يعني يرجع الثالث كالاول نعم والرابع كالثاني وكذا الخامس والسادس كالاولى والثانية</w:t>
      </w:r>
    </w:p>
    <w:p>
      <w:r>
        <w:t>بدار هنا اتى كل كل التطبيقات في الهامش</w:t>
      </w:r>
    </w:p>
    <w:p>
      <w:r>
        <w:t>نعم من يريد عنده قوة يراجع ما ذكره اه والمسألة سهلة عملية تطبيقية فقط</w:t>
      </w:r>
    </w:p>
    <w:p>
      <w:r>
        <w:t>قال ما ما ينتج لزومية مع القياسات المختلطة من مقدمة اتفاقية ولجومية ياتي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