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وما ينتج لزومية من القياسات المختلطة من مقدمات اتفاقية ولجومية</w:t>
      </w:r>
    </w:p>
    <w:p>
      <w:r>
        <w:t>قال واما النتيجة واما النتيجة اللزومية منها فالموجب ممتنع</w:t>
      </w:r>
    </w:p>
    <w:p>
      <w:r>
        <w:t>والسالبة بشرط الا يكون المقدم كاذبا</w:t>
      </w:r>
    </w:p>
    <w:p>
      <w:r>
        <w:t>يلزم حيث يلزم الاتفاقية موجبة</w:t>
      </w:r>
    </w:p>
    <w:p>
      <w:r>
        <w:t>طبعا هنا وضع آآ شرطين نعم يقول آآ عندنا مقدمة اتفاقية وعندنا مقدم ما اه اللزومية الانتاج يكون ممتنعا اذا اه كنا في دائرة الايجاب</w:t>
      </w:r>
    </w:p>
    <w:p>
      <w:r>
        <w:t>في دائرة السلب يشترط بشرط الا يكون المقدم كاذبان</w:t>
      </w:r>
    </w:p>
    <w:p>
      <w:r>
        <w:t>نعم</w:t>
      </w:r>
    </w:p>
    <w:p>
      <w:r>
        <w:t>اذا لم يكن المقدم كذبا تنتج اه لزومية نعم</w:t>
      </w:r>
    </w:p>
    <w:p>
      <w:r>
        <w:t>اقول المختلط من الاتفاقيات واللزوميات</w:t>
      </w:r>
    </w:p>
    <w:p>
      <w:r>
        <w:t>ما معنى المختلط واضحة جدا? مقدمة اتفاقية مقدمة لزومية</w:t>
      </w:r>
    </w:p>
    <w:p>
      <w:r>
        <w:t>يستح ينتج نتيجة اللزومية موجبة</w:t>
      </w:r>
    </w:p>
    <w:p>
      <w:r>
        <w:t>نعم</w:t>
      </w:r>
    </w:p>
    <w:p>
      <w:r>
        <w:t>لان قد بينا ان النتيجة تتبع اخص المقدمتين وهي الاتفاقية هنا</w:t>
      </w:r>
    </w:p>
    <w:p>
      <w:r>
        <w:t>واضحة جدا</w:t>
      </w:r>
    </w:p>
    <w:p>
      <w:r>
        <w:t>نعم</w:t>
      </w:r>
    </w:p>
    <w:p>
      <w:r>
        <w:t>التواجد الاتفاقي والتواجد التواجد الل اذا اختفى السمسار الحد الاوسط لا يعطيك اتفاق لزوبي</w:t>
      </w:r>
    </w:p>
    <w:p>
      <w:r>
        <w:t>نعم لان الحد الاكبر قد يكون آآ اوسع من آآ الحد الاوسط</w:t>
      </w:r>
    </w:p>
    <w:p>
      <w:r>
        <w:t>ويجوز ان ينتج لزوم سالبة</w:t>
      </w:r>
    </w:p>
    <w:p>
      <w:r>
        <w:t>اذا الايجاب آآ في الايجاب لا ينتج لزومية ابدا</w:t>
      </w:r>
    </w:p>
    <w:p>
      <w:r>
        <w:t>نعم</w:t>
      </w:r>
    </w:p>
    <w:p>
      <w:r>
        <w:t>تكون فقط الاتفاقية</w:t>
      </w:r>
    </w:p>
    <w:p>
      <w:r>
        <w:t>في السالبة ويجوز ان ينتج لزومية سالبة</w:t>
      </w:r>
    </w:p>
    <w:p>
      <w:r>
        <w:t>لا يهم السلب ان في الصغرى او الكبرى بشرط ان يكون مقدم السالبة نعم اذا انت وضعت يدك على السالبة المقدم السالبة صادقا لا يكون كاذبا</w:t>
      </w:r>
    </w:p>
    <w:p>
      <w:r>
        <w:t>نعم لان الصدق الموجب الاتفاقية يستلزم سل باللزوم بين الطرفين نعم لان صدق الموجبة للاتفاقية يستلزم سلب اللزوم بين طرفين اكتب هذه تحتها آآ خطا باللون الاحمر جميلة جدا تعليل رائع جدا يعني فلسفة الاتفاق ضرب اللزوم ضرب الربط التكويني نعم هذا هو شيء جميل جدا لان صدق الموجب الاتفاقية</w:t>
      </w:r>
    </w:p>
    <w:p>
      <w:r>
        <w:t>يعني في تصادق في نفس الامر وفي الواقع اتفاق</w:t>
      </w:r>
    </w:p>
    <w:p>
      <w:r>
        <w:t>ماذا يعني? يعني ما في بينهم يستلزموا يعني يستدعي سلب اللزوم بين الطرفين يعني ما في بينهما اه اتفاق كون كون الفرس اه حمارا وجسما الحمار جسمية ما في بينها وعليها ومعلولين</w:t>
      </w:r>
    </w:p>
    <w:p>
      <w:r>
        <w:t>نعم</w:t>
      </w:r>
    </w:p>
    <w:p>
      <w:r>
        <w:t>يعني حمارية الفرس لا تستدعي جسمية الفرس</w:t>
      </w:r>
    </w:p>
    <w:p>
      <w:r>
        <w:t>جسمية الفرس تستدعيها الحيوانية وليس الحوار</w:t>
      </w:r>
    </w:p>
    <w:p>
      <w:r>
        <w:t>هذه عمل تحتها خط باللون الأحمر</w:t>
      </w:r>
    </w:p>
    <w:p>
      <w:r>
        <w:t>اساسية</w:t>
      </w:r>
    </w:p>
    <w:p>
      <w:r>
        <w:t>يعني حيث كان التواجد الإتفاقي لا يكون تواجد تكويني</w:t>
      </w:r>
    </w:p>
    <w:p>
      <w:r>
        <w:t>لزومي التكويني</w:t>
      </w:r>
    </w:p>
    <w:p>
      <w:r>
        <w:t>يعني الربط التكويني</w:t>
      </w:r>
    </w:p>
    <w:p>
      <w:r>
        <w:t>وانما اشترطنا كون مقدم السالب صادقا لان الموجب الاتفاقية التي هي ملزومة السالبة اللجومية? نعم ملزومة للسالبة اللزومية</w:t>
      </w:r>
    </w:p>
    <w:p>
      <w:r>
        <w:t>انظر الموجبة الاتفاقية هي التي الملزومة السالبة اللزومية</w:t>
      </w:r>
    </w:p>
    <w:p>
      <w:r>
        <w:t>مغلقة</w:t>
      </w:r>
    </w:p>
    <w:p>
      <w:r>
        <w:t>سرب اللزوم</w:t>
      </w:r>
    </w:p>
    <w:p>
      <w:r>
        <w:t>لازم الاتفاق</w:t>
      </w:r>
    </w:p>
    <w:p>
      <w:r>
        <w:t>يعني انت اذا سلبت الربط التكويني يستدعي بالضرورة الربط الاتفاقي</w:t>
      </w:r>
    </w:p>
    <w:p>
      <w:r>
        <w:t>هذا هو معناه</w:t>
      </w:r>
    </w:p>
    <w:p>
      <w:r>
        <w:t>لان الموجب الاتفاقية التي هي ملزومة سلب اللزوم</w:t>
      </w:r>
    </w:p>
    <w:p>
      <w:r>
        <w:t>السالبة اللزومي</w:t>
      </w:r>
    </w:p>
    <w:p>
      <w:r>
        <w:t>انت اسلب اللزوم</w:t>
      </w:r>
    </w:p>
    <w:p>
      <w:r>
        <w:t>يعني ما في ربط تكويني</w:t>
      </w:r>
    </w:p>
    <w:p>
      <w:r>
        <w:t>ماذا يأتي? الربط الاتفاقي</w:t>
      </w:r>
    </w:p>
    <w:p>
      <w:r>
        <w:t>الموجب الاتفاق قياد</w:t>
      </w:r>
    </w:p>
    <w:p>
      <w:r>
        <w:t>نعم</w:t>
      </w:r>
    </w:p>
    <w:p>
      <w:r>
        <w:t>وانما اشترطنا كون مقدم السالب صادقا</w:t>
      </w:r>
    </w:p>
    <w:p>
      <w:r>
        <w:t>الموجبة الاتفاقية</w:t>
      </w:r>
    </w:p>
    <w:p>
      <w:r>
        <w:t>ما هي؟ هادي بين خطين التي هي ملزومة السالبة اللزومية اغلق الخط انما تصدق اذا كان المقدم صادقا</w:t>
      </w:r>
    </w:p>
    <w:p>
      <w:r>
        <w:t>نعم</w:t>
      </w:r>
    </w:p>
    <w:p>
      <w:r>
        <w:t>لان الكذب لا يعطي شيئا</w:t>
      </w:r>
    </w:p>
    <w:p>
      <w:r>
        <w:t>نعم والوجه انه لا حاجة الى هذا الشرط هذا آآ اشكال للعلم الحلي رحمة الله عليه وهذا خير دليل على انه عميق في الدراسات الدراسات المنطقية</w:t>
      </w:r>
    </w:p>
    <w:p>
      <w:r>
        <w:t>نعم</w:t>
      </w:r>
    </w:p>
    <w:p>
      <w:r>
        <w:t>ابن تيمية وانا اتقزز من ذكر هذا الاسم</w:t>
      </w:r>
    </w:p>
    <w:p>
      <w:r>
        <w:t>لانه حقيقة خبيث</w:t>
      </w:r>
    </w:p>
    <w:p>
      <w:r>
        <w:t>خبيث بامتياز</w:t>
      </w:r>
    </w:p>
    <w:p>
      <w:r>
        <w:t>هذا مستشرق ولد زهير</w:t>
      </w:r>
    </w:p>
    <w:p>
      <w:r>
        <w:t>آآ له مستشرق له كتب عن الاسلام</w:t>
      </w:r>
    </w:p>
    <w:p>
      <w:r>
        <w:t>واستشرق يهودي الماني</w:t>
      </w:r>
    </w:p>
    <w:p>
      <w:r>
        <w:t>قال في احد كتبه قال كلمة استغلها لاستكبار العالمي لظرب الاسلام</w:t>
      </w:r>
    </w:p>
    <w:p>
      <w:r>
        <w:t>ماذا قال? قال ابن تيمية اسس لامر في الاسلام لا تقوم للاسلام بعده قائم</w:t>
      </w:r>
    </w:p>
    <w:p>
      <w:r>
        <w:t>نعم</w:t>
      </w:r>
    </w:p>
    <w:p>
      <w:r>
        <w:t>اصول ابن تيمية تدمير للاسلام</w:t>
      </w:r>
    </w:p>
    <w:p>
      <w:r>
        <w:t>الاسلام مطلقا مطلق الاسلام</w:t>
      </w:r>
    </w:p>
    <w:p>
      <w:r>
        <w:t>كنا في دائرة الامامية او في دائرة الاشعرية او الماتوردية</w:t>
      </w:r>
    </w:p>
    <w:p>
      <w:r>
        <w:t>هذا الاسلام المعتدل الذي يقبل الغير</w:t>
      </w:r>
    </w:p>
    <w:p>
      <w:r>
        <w:t>هذا قول زهير</w:t>
      </w:r>
    </w:p>
    <w:p>
      <w:r>
        <w:t>جاء الاستكبار العالمي اخذ هذه القاعدة من زهير اليهودي الالماني و اسس الوهابية والان هذا</w:t>
      </w:r>
    </w:p>
    <w:p>
      <w:r>
        <w:t>نعم دمرت سوريا دمر العراق دمرت الجزائر من قبل دمرت ليبيا الان تدمر اليمن ودمرت مصر آآ في سيناء ومازال تدمر وهكذا</w:t>
      </w:r>
    </w:p>
    <w:p>
      <w:r>
        <w:t>دمرت افغانستان بهذا الخط</w:t>
      </w:r>
    </w:p>
    <w:p>
      <w:r>
        <w:t>والعجيب انه ما زال مستمرا</w:t>
      </w:r>
    </w:p>
    <w:p>
      <w:r>
        <w:t>نخبة نخبة نخبة جامعية كيمية في الفكر</w:t>
      </w:r>
    </w:p>
    <w:p>
      <w:r>
        <w:t>تكفيرية في الفكر في الفكر له كتاب النقض المنطق</w:t>
      </w:r>
    </w:p>
    <w:p>
      <w:r>
        <w:t>ما معناه؟ يعني نقض الحكمة الالهية الطبيعية</w:t>
      </w:r>
    </w:p>
    <w:p>
      <w:r>
        <w:t>طبيعية يعني في مقابل واحيانا</w:t>
      </w:r>
    </w:p>
    <w:p>
      <w:r>
        <w:t>لا معنى للوحي بعد ذلك</w:t>
      </w:r>
    </w:p>
    <w:p>
      <w:r>
        <w:t>اذا انت ظاربت الحكمة الطبيعية الحكمة الوحيانية لا معنى لها</w:t>
      </w:r>
    </w:p>
    <w:p>
      <w:r>
        <w:t>نعم كنا في قناة قناة الكوثر مع سن ازهري يريد يثبت عدم عصمة النبي بالقرآن الكريم</w:t>
      </w:r>
    </w:p>
    <w:p>
      <w:r>
        <w:t>بالنصوص</w:t>
      </w:r>
    </w:p>
    <w:p>
      <w:r>
        <w:t>قلت له الذوق لا يمكن لان انت اذا استدلت استدليت بالنصوص قرآنية او آآ روائية فانت فرضت النبوة في الرتبة السابقة</w:t>
      </w:r>
    </w:p>
    <w:p>
      <w:r>
        <w:t>وهذه الروايات آآ والايات</w:t>
      </w:r>
    </w:p>
    <w:p>
      <w:r>
        <w:t>لا يمكن ان يكذب فيها النبي</w:t>
      </w:r>
    </w:p>
    <w:p>
      <w:r>
        <w:t>النبي فانت فرضت العصمة قبل العصمة</w:t>
      </w:r>
    </w:p>
    <w:p>
      <w:r>
        <w:t>هذا هو الدور</w:t>
      </w:r>
    </w:p>
    <w:p>
      <w:r>
        <w:t>اثبات الشبه بنفسه</w:t>
      </w:r>
    </w:p>
    <w:p>
      <w:r>
        <w:t>لانك اذ انت يوم الظلم في الحكمة الطبيعية</w:t>
      </w:r>
    </w:p>
    <w:p>
      <w:r>
        <w:t>الحكمة الوحيانية سهل النسف</w:t>
      </w:r>
    </w:p>
    <w:p>
      <w:r>
        <w:t>تنسف نهائيا</w:t>
      </w:r>
    </w:p>
    <w:p>
      <w:r>
        <w:t>فانا بينت على مستوى الكوثر قلت لهم اولا نبين العصمة العامة</w:t>
      </w:r>
    </w:p>
    <w:p>
      <w:r>
        <w:t>القائمة على النبوة العامة امور عقلية حكمة طبيعية ما عندها علاقة بالوحي</w:t>
      </w:r>
    </w:p>
    <w:p>
      <w:r>
        <w:t>العقل لوحده يدرك هذا الامر</w:t>
      </w:r>
    </w:p>
    <w:p>
      <w:r>
        <w:t>نعم</w:t>
      </w:r>
    </w:p>
    <w:p>
      <w:r>
        <w:t>العصمة العامة خلاص يعني النبي تلازمه العصمة مطلقا بغلظ الطرف عن المصداق</w:t>
      </w:r>
    </w:p>
    <w:p>
      <w:r>
        <w:t>هادي العصمة العامة والنبوة العامة</w:t>
      </w:r>
    </w:p>
    <w:p>
      <w:r>
        <w:t>على اساس ماذا? الحكمة آآ في الكتب الكلامية يقولون اللطف آآ آآ الشيخ المفيد يقول الحكمة</w:t>
      </w:r>
    </w:p>
    <w:p>
      <w:r>
        <w:t>لا هو الحكمة وليس اللطف اللطف نجلى من مجال الحكمة</w:t>
      </w:r>
    </w:p>
    <w:p>
      <w:r>
        <w:t>تجلي من تجلي الحكمة</w:t>
      </w:r>
    </w:p>
    <w:p>
      <w:r>
        <w:t>حكمة حكمة الهية</w:t>
      </w:r>
    </w:p>
    <w:p>
      <w:r>
        <w:t>حكمة الاهية</w:t>
      </w:r>
    </w:p>
    <w:p>
      <w:r>
        <w:t>الله تعالى يريد غاية</w:t>
      </w:r>
    </w:p>
    <w:p>
      <w:r>
        <w:t>ثم يأتي بن ابيه خربط</w:t>
      </w:r>
    </w:p>
    <w:p>
      <w:r>
        <w:t>الغاية تتحقق لا</w:t>
      </w:r>
    </w:p>
    <w:p>
      <w:r>
        <w:t>هذا هو دليل المحقق التونسي على العصمة</w:t>
      </w:r>
    </w:p>
    <w:p>
      <w:r>
        <w:t>لو كان النبي والامام ليس بمعص لما تحققت الغاية</w:t>
      </w:r>
    </w:p>
    <w:p>
      <w:r>
        <w:t>الغاية ما هي? الهداية</w:t>
      </w:r>
    </w:p>
    <w:p>
      <w:r>
        <w:t>لن يخربط</w:t>
      </w:r>
    </w:p>
    <w:p>
      <w:r>
        <w:t>الناس لا تتبعه</w:t>
      </w:r>
    </w:p>
    <w:p>
      <w:r>
        <w:t>تشك فيه</w:t>
      </w:r>
    </w:p>
    <w:p>
      <w:r>
        <w:t>وتشك في صدقه</w:t>
      </w:r>
    </w:p>
    <w:p>
      <w:r>
        <w:t>بين العصمة العامة</w:t>
      </w:r>
    </w:p>
    <w:p>
      <w:r>
        <w:t>ثم العصمة الخاصة كيف? بمجرد ان تحرز النبوة بالمعجزة</w:t>
      </w:r>
    </w:p>
    <w:p>
      <w:r>
        <w:t>خلاص ثبتت النبوة فثبت العصمة قهران</w:t>
      </w:r>
    </w:p>
    <w:p>
      <w:r>
        <w:t>ما نحتاج الى روايات وما نحتاج الى الايات</w:t>
      </w:r>
    </w:p>
    <w:p>
      <w:r>
        <w:t>ثم تقول لي شيخنا وهادي الايات والروايات التي ظاهرها يخدش في العصمة</w:t>
      </w:r>
    </w:p>
    <w:p>
      <w:r>
        <w:t>هذا بحث بعد بحث معرفي</w:t>
      </w:r>
    </w:p>
    <w:p>
      <w:r>
        <w:t>بعد لما العصمة تثبت يقينيا نأتي الى الظلم في المقابل اليقين</w:t>
      </w:r>
    </w:p>
    <w:p>
      <w:r>
        <w:t>فنحتاج الى التعامل مع هذه النصوص</w:t>
      </w:r>
    </w:p>
    <w:p>
      <w:r>
        <w:t>التعامل العقلي</w:t>
      </w:r>
    </w:p>
    <w:p>
      <w:r>
        <w:t>نعم</w:t>
      </w:r>
    </w:p>
    <w:p>
      <w:r>
        <w:t>كما فعل السيد المرتضى في كتابه عصمة الانبياء</w:t>
      </w:r>
    </w:p>
    <w:p>
      <w:r>
        <w:t>العلم الحني هنا يقول والوجه انه لا حاجة لهذا الشرط اي شرط في المتن موجود يقول والسالب بشرط الا يكون المقدم كاذبا</w:t>
      </w:r>
    </w:p>
    <w:p>
      <w:r>
        <w:t>يقول والوجه انه لا حاجة لهذا الشرط لانه اذا جعلنا السالب اللزومي لازم للموجب الاتفاقية ولا تصدق الا اذا في موضع صدقها صدق صدقها والطرفان هما طرفها لم تبقى حاجة الى هذا الشرط لانه ثابت وان لم يذكر نعم صحيح الاعلام الحلي هنا صحيح جدا لان اللزومية اللازومية ما معناه? اللزومية يعني ربط تكويني بين المقدم والتالي</w:t>
      </w:r>
    </w:p>
    <w:p>
      <w:r>
        <w:t>المقدم صادق انت بنيت عن اللزومية يعني الربط التكويني السابق يولد الصادق</w:t>
      </w:r>
    </w:p>
    <w:p>
      <w:r>
        <w:t>اذا كنا في السلم ما معناه يعني المقدم لا يتلافى لا يتلاقى مع التالي</w:t>
      </w:r>
    </w:p>
    <w:p>
      <w:r>
        <w:t>قضية صادقة ما نحتاج الى هذا الشرط شرط ما هو? ان يكون كذبا لان انت في القياس بنيت على الصدق لا يكون التنافي التكويني بين المقدم والتالي آآ سابقا الا اذا كانت كان الطرفان الصادقين</w:t>
      </w:r>
    </w:p>
    <w:p>
      <w:r>
        <w:t>نعم</w:t>
      </w:r>
    </w:p>
    <w:p>
      <w:r>
        <w:t>قال ودونهما ايضا من صغرى موجبة لزومية في الشكلين الاخرين</w:t>
      </w:r>
    </w:p>
    <w:p>
      <w:r>
        <w:t>يعني الشكل الاخيرين يعني الشكل الثالث والرابع بشرط صدق مقدم الصغرى</w:t>
      </w:r>
    </w:p>
    <w:p>
      <w:r>
        <w:t>يعني الانتاج آآ لا ينتجان اللجومية نعم اقول السالبة اللزومية السالبة اللزومية ما معناه? يعني الانفكاك بين المقدم والتالي تكوينيا</w:t>
      </w:r>
    </w:p>
    <w:p>
      <w:r>
        <w:t>قد تصدق بدون صدق الموجب الاتفاق نعم قد يكون هناك انت بين المقدم والتالي في دار التكوين</w:t>
      </w:r>
    </w:p>
    <w:p>
      <w:r>
        <w:t>هل هذا بالضرورة ان آآ آآ ان يجتمع المقدم والتالي? ولو بالاتفاق لا</w:t>
      </w:r>
    </w:p>
    <w:p>
      <w:r>
        <w:t>ليس بالضرورة</w:t>
      </w:r>
    </w:p>
    <w:p>
      <w:r>
        <w:t>المنطق يقول هنا هنا منطق السورنة</w:t>
      </w:r>
    </w:p>
    <w:p>
      <w:r>
        <w:t>انظر هذا هذا الكلام مرة تجد الكبار يتكلمون بمنطق الصورنة شيء جدا جميل</w:t>
      </w:r>
    </w:p>
    <w:p>
      <w:r>
        <w:t>بغض الطرف عن الامثلة عن المعاني في مقدمتين</w:t>
      </w:r>
    </w:p>
    <w:p>
      <w:r>
        <w:t>سالبة اللزومية قد تصدق بدون صدق موجب الاتفاق يعني قد تكون عندنا في الواقع الخارجي انسكاك بين المقدم والتالي</w:t>
      </w:r>
    </w:p>
    <w:p>
      <w:r>
        <w:t>هل هذا يعني الاجتماع الاتفاقي بين المقدم والثاني? لا</w:t>
      </w:r>
    </w:p>
    <w:p>
      <w:r>
        <w:t>نعم</w:t>
      </w:r>
    </w:p>
    <w:p>
      <w:r>
        <w:t>اذا كان القياس من صغرى بهذا الشرط اذا كان القياس من موجبة لزومية نعم موجبة لزومها يعني آآ فيه ربط تكويني مقطعي جزئي وكبرى سالبا اتفاقية</w:t>
      </w:r>
    </w:p>
    <w:p>
      <w:r>
        <w:t>يعني كبرى سالبة اتفاقية يعني نفي التجمع لاجتماع ات يعني الف وباء لا يجتمعان في الخرج الا ان هذا الاجتماع لا يعني انه ضروري لا قد يجتمعان وهذا هو كبرى سالبة اتفاقية يعني السلب الاتفاقي ما معنى قد يجتمعان? اجتماع التكو اذا كان مقدم الصغرى صادقا فانه ينتج سالب لزوميا في الشكلين الاخرين يعني الشكل الثالث والشكل الرابع</w:t>
      </w:r>
    </w:p>
    <w:p>
      <w:r>
        <w:t>مثلا اذا صدق دقق جيد كلما كان الف باء فجد</w:t>
      </w:r>
    </w:p>
    <w:p>
      <w:r>
        <w:t>لزومية ما معنى? يعني ربط تكويني بين المقدم والتالي لا يمكن الانفكاك</w:t>
      </w:r>
    </w:p>
    <w:p>
      <w:r>
        <w:t>هذه صورة للقياس</w:t>
      </w:r>
    </w:p>
    <w:p>
      <w:r>
        <w:t>وليس البتة اذا كان هذا فالف باء</w:t>
      </w:r>
    </w:p>
    <w:p>
      <w:r>
        <w:t>ليس البتة يعني سلبة</w:t>
      </w:r>
    </w:p>
    <w:p>
      <w:r>
        <w:t>سلبا اه ليس البتة اذا كان الف بابا هذا سلب اتفاقي</w:t>
      </w:r>
    </w:p>
    <w:p>
      <w:r>
        <w:t>ما معنى? يعني قد يجتمعان</w:t>
      </w:r>
    </w:p>
    <w:p>
      <w:r>
        <w:t>نعم</w:t>
      </w:r>
    </w:p>
    <w:p>
      <w:r>
        <w:t>السر بالاتفاقي قد يجتمعان لعلل اخرى</w:t>
      </w:r>
    </w:p>
    <w:p>
      <w:r>
        <w:t>ينتج قد لان الشكل الثالث ينتج جزئيا</w:t>
      </w:r>
    </w:p>
    <w:p>
      <w:r>
        <w:t>الشكل الرابع هنا جزئية</w:t>
      </w:r>
    </w:p>
    <w:p>
      <w:r>
        <w:t>الشكل الثالث واضح جدا</w:t>
      </w:r>
    </w:p>
    <w:p>
      <w:r>
        <w:t>دائما ينتج جزئيا</w:t>
      </w:r>
    </w:p>
    <w:p>
      <w:r>
        <w:t>الشكل الثالث ينتج جزئية</w:t>
      </w:r>
    </w:p>
    <w:p>
      <w:r>
        <w:t>قد لا يكون قضية يكون اذا كان جيم دال لان الف باء حد اوسط يختفي</w:t>
      </w:r>
    </w:p>
    <w:p>
      <w:r>
        <w:t>نعم</w:t>
      </w:r>
    </w:p>
    <w:p>
      <w:r>
        <w:t>هذا اه هذا ليس الشكل الثالث</w:t>
      </w:r>
    </w:p>
    <w:p>
      <w:r>
        <w:t>الشكل الرابع</w:t>
      </w:r>
    </w:p>
    <w:p>
      <w:r>
        <w:t>كل لان هو قال في الاخرين</w:t>
      </w:r>
    </w:p>
    <w:p>
      <w:r>
        <w:t>ترى الشكل الرابع كلما كان الف باء فجمد</w:t>
      </w:r>
    </w:p>
    <w:p>
      <w:r>
        <w:t>لزومية يعني هنا ربط تكويني</w:t>
      </w:r>
    </w:p>
    <w:p>
      <w:r>
        <w:t>وليس البتة اذا كان هاز فهو الف باء</w:t>
      </w:r>
    </w:p>
    <w:p>
      <w:r>
        <w:t>انظروا الحزن الاوسط</w:t>
      </w:r>
    </w:p>
    <w:p>
      <w:r>
        <w:t>اصغر في الصغرى اكبر في الكبرى الحد الشكل الرابع</w:t>
      </w:r>
    </w:p>
    <w:p>
      <w:r>
        <w:t>نعم قد لا يكون اذا كان جندا لزوميا</w:t>
      </w:r>
    </w:p>
    <w:p>
      <w:r>
        <w:t>نعم</w:t>
      </w:r>
    </w:p>
    <w:p>
      <w:r>
        <w:t>قد لا يكون اذا كان جندا</w:t>
      </w:r>
    </w:p>
    <w:p>
      <w:r>
        <w:t>قد لا يكون</w:t>
      </w:r>
    </w:p>
    <w:p>
      <w:r>
        <w:t>نعم</w:t>
      </w:r>
    </w:p>
    <w:p>
      <w:r>
        <w:t>اللزومية</w:t>
      </w:r>
    </w:p>
    <w:p>
      <w:r>
        <w:t>نعم</w:t>
      </w:r>
    </w:p>
    <w:p>
      <w:r>
        <w:t>السالبة اه سالبة جزئية</w:t>
      </w:r>
    </w:p>
    <w:p>
      <w:r>
        <w:t>نعم</w:t>
      </w:r>
    </w:p>
    <w:p>
      <w:r>
        <w:t>يعني في انفكاك بين اه بين التالي الص مقدم الكبرى اه انفكاك جزئي</w:t>
      </w:r>
    </w:p>
    <w:p>
      <w:r>
        <w:t>قد انفكاك جزئي</w:t>
      </w:r>
    </w:p>
    <w:p>
      <w:r>
        <w:t>يعني في مقطع لا يلتقيان</w:t>
      </w:r>
    </w:p>
    <w:p>
      <w:r>
        <w:t>ما في ربط تكويني في مقطعي</w:t>
      </w:r>
    </w:p>
    <w:p>
      <w:r>
        <w:t>قد والا يأتي بقياس الخلف والا لصدق نقيضه وهو قد لا يكون اذا كان جمدا فهو فزع فهزا يعني سالبة جزئية</w:t>
      </w:r>
    </w:p>
    <w:p>
      <w:r>
        <w:t>نعم</w:t>
      </w:r>
    </w:p>
    <w:p>
      <w:r>
        <w:t>ناقضهما هو كل كلية موجبة</w:t>
      </w:r>
    </w:p>
    <w:p>
      <w:r>
        <w:t>لمربع كلما كان في مقابل قد كلما كان جيم دال فهو هزا لماذا? لان الصورة سالبة الكبرى تكون كلية</w:t>
      </w:r>
    </w:p>
    <w:p>
      <w:r>
        <w:t>فالاختلاف في الايجاب والسلب واختلاف في الصور كلها بعض</w:t>
      </w:r>
    </w:p>
    <w:p>
      <w:r>
        <w:t>عليها النقيض</w:t>
      </w:r>
    </w:p>
    <w:p>
      <w:r>
        <w:t>كلما كان الجيم دالفاز لزوميا</w:t>
      </w:r>
    </w:p>
    <w:p>
      <w:r>
        <w:t>نعم</w:t>
      </w:r>
    </w:p>
    <w:p>
      <w:r>
        <w:t>للصدق نقيضه</w:t>
      </w:r>
    </w:p>
    <w:p>
      <w:r>
        <w:t>اه لزوم مفروض تكون آآ اي نعم لزومية لأنه ناقض الشيء يكون في نده اذا كان السن آآ آآ لزوميا ناقص سين هو النقيض ناقص سين عز وجل لأن الندية كيف تناقضها بالإتفاقية لزومية</w:t>
      </w:r>
    </w:p>
    <w:p>
      <w:r>
        <w:t>نعم</w:t>
      </w:r>
    </w:p>
    <w:p>
      <w:r>
        <w:t>اذا في النتيجة كلما كان لزوميا النقيض كذلك لزوميا</w:t>
      </w:r>
    </w:p>
    <w:p>
      <w:r>
        <w:t>ما هو النقيض? آآ قد لا يكون اذا كان جيم دال لزومي هذه الصغرى النتيجة نقيض النتيجة كلما كان جمدا فهو لزوميا</w:t>
      </w:r>
    </w:p>
    <w:p>
      <w:r>
        <w:t>لان النقيض يكون يصارخه فقط يخالفه في الايجاب والسلب</w:t>
      </w:r>
    </w:p>
    <w:p>
      <w:r>
        <w:t>نعم وفي وفي الصور</w:t>
      </w:r>
    </w:p>
    <w:p>
      <w:r>
        <w:t>جيد اذا وصلنا الى النقيض وذلك يستلزم صدق هازين نعم عزاء مع الف باء</w:t>
      </w:r>
    </w:p>
    <w:p>
      <w:r>
        <w:t>نعم نعم الف باء نعم صحيح</w:t>
      </w:r>
    </w:p>
    <w:p>
      <w:r>
        <w:t>جدا صحيح</w:t>
      </w:r>
    </w:p>
    <w:p>
      <w:r>
        <w:t>لان الصغرى ما هو كلما كان الف فجمدان</w:t>
      </w:r>
    </w:p>
    <w:p>
      <w:r>
        <w:t>وكلما كان جيم دال فهزا</w:t>
      </w:r>
    </w:p>
    <w:p>
      <w:r>
        <w:t>اذا كلما كان الف باء كان هذا</w:t>
      </w:r>
    </w:p>
    <w:p>
      <w:r>
        <w:t>وذلك يستلزم صدق هذا مع الفا</w:t>
      </w:r>
    </w:p>
    <w:p>
      <w:r>
        <w:t>يعني التواجد الصدقي لان الف باء هو هو الذي هو ملزوم لجندا صادقا</w:t>
      </w:r>
    </w:p>
    <w:p>
      <w:r>
        <w:t>في الصغرى</w:t>
      </w:r>
    </w:p>
    <w:p>
      <w:r>
        <w:t>فيصدق لازمه</w:t>
      </w:r>
    </w:p>
    <w:p>
      <w:r>
        <w:t>ما هو? وهو جيم دال</w:t>
      </w:r>
    </w:p>
    <w:p>
      <w:r>
        <w:t>فيصدق هزا لأن يلازم هذا فيلزم اجتماع هذا والف</w:t>
      </w:r>
    </w:p>
    <w:p>
      <w:r>
        <w:t>على الصدق</w:t>
      </w:r>
    </w:p>
    <w:p>
      <w:r>
        <w:t>وتكذب الكبرى</w:t>
      </w:r>
    </w:p>
    <w:p>
      <w:r>
        <w:t>الكبرى ما هو? نعم</w:t>
      </w:r>
    </w:p>
    <w:p>
      <w:r>
        <w:t>الكبرى ليس البتة اذا كانها زاف الذا</w:t>
      </w:r>
    </w:p>
    <w:p>
      <w:r>
        <w:t>هذا خلف</w:t>
      </w:r>
    </w:p>
    <w:p>
      <w:r>
        <w:t>نقافة التناقض</w:t>
      </w:r>
    </w:p>
    <w:p>
      <w:r>
        <w:t>يعني اذا بنينا على النقيض نقع في تناقض مع الكبرى</w:t>
      </w:r>
    </w:p>
    <w:p>
      <w:r>
        <w:t>نعم</w:t>
      </w:r>
    </w:p>
    <w:p>
      <w:r>
        <w:t>الكبرى ما هي? ليس البتة اذا كان الف باء احنا وصلنا بالقياس الى هذه النتيجة ان الف باء يصدق مع آآ هذا حسب القياس فتكون آآ ليس البتة اذا كان وهذا تناقض</w:t>
      </w:r>
    </w:p>
    <w:p>
      <w:r>
        <w:t>اذا اذا بنينا على النقيض ووقعنا في التناقض النتيجة هي الصحيحة</w:t>
      </w:r>
    </w:p>
    <w:p>
      <w:r>
        <w:t>النتيجة هي الصحيحة</w:t>
      </w:r>
    </w:p>
    <w:p>
      <w:r>
        <w:t>نعم</w:t>
      </w:r>
    </w:p>
    <w:p>
      <w:r>
        <w:t>اه ما زال شوية وقت نعيد نعيد التطبيق لانه مثلا اذا صدق</w:t>
      </w:r>
    </w:p>
    <w:p>
      <w:r>
        <w:t>يعني نبني على ان الصورة لزومية صادقة</w:t>
      </w:r>
    </w:p>
    <w:p>
      <w:r>
        <w:t>ليست كذبة</w:t>
      </w:r>
    </w:p>
    <w:p>
      <w:r>
        <w:t>كلما كان الف باء فجيم دال لزومي</w:t>
      </w:r>
    </w:p>
    <w:p>
      <w:r>
        <w:t>يعني التواجد المقدم مع التالي تكويني</w:t>
      </w:r>
    </w:p>
    <w:p>
      <w:r>
        <w:t>وكلي كل مكان</w:t>
      </w:r>
    </w:p>
    <w:p>
      <w:r>
        <w:t>يعني حيث كان الف باء كان التالي جدا</w:t>
      </w:r>
    </w:p>
    <w:p>
      <w:r>
        <w:t>جيد</w:t>
      </w:r>
    </w:p>
    <w:p>
      <w:r>
        <w:t>هذه الصغرى الكبرى ما هي? ليس البتة اذا كان هذا فالف باء</w:t>
      </w:r>
    </w:p>
    <w:p>
      <w:r>
        <w:t>يعني فيه انفكاك تام بين الف باء وهاء</w:t>
      </w:r>
    </w:p>
    <w:p>
      <w:r>
        <w:t>نعم هذه اتفاقية انفكاك ليس لزوميا يعني قد ينتج صغرى من الشكل الرابع</w:t>
      </w:r>
    </w:p>
    <w:p>
      <w:r>
        <w:t>قد لا يكون قد لا يكون اذا كان جيم دال فهذا</w:t>
      </w:r>
    </w:p>
    <w:p>
      <w:r>
        <w:t>قد لا يكون قد لا يكون يعني فيه تقاطع مقطعي بين جيم دالف هذا آآ ليس لزوميا نعم هذه هي النتيجة لان النتيجة تتبع اخص المقدمتين</w:t>
      </w:r>
    </w:p>
    <w:p>
      <w:r>
        <w:t>تصادق الف باء مع جيم دال تكويني بنحو الكلية وعندنا النفي التام ليس البتة اذا كان هاء زا فهو الف باء</w:t>
      </w:r>
    </w:p>
    <w:p>
      <w:r>
        <w:t>الف باء الحد الاوسط احذفه في آآ من المقدمة</w:t>
      </w:r>
    </w:p>
    <w:p>
      <w:r>
        <w:t>يعني في النتيجة اتفاقية ينتج قد لا يكون لان لماذا لا يكون لان الكبرى سالبة نتيجة نتيجة تتبع اخص المقدمة قد لا يكون اذا كان جيم دال نعم جيم دال هذا هو الاصغر فهو فهزه فهزا لزومي</w:t>
      </w:r>
    </w:p>
    <w:p>
      <w:r>
        <w:t>لا قد لا يكون اه لزوميا على الاقل في بعض الموارد</w:t>
      </w:r>
    </w:p>
    <w:p>
      <w:r>
        <w:t>ما معنى العبارة فلسفية? يعني اذا تصادق في دائرة الاستلزام وليس في دائرة الصدق العنوان الكلي نحن هنا في شرطيات تسابق يعني حي</w:t>
      </w:r>
    </w:p>
    <w:p>
      <w:r>
        <w:t>حيث كان الف باء كان جيم الدال</w:t>
      </w:r>
    </w:p>
    <w:p>
      <w:r>
        <w:t>هذا هو الاستلزام</w:t>
      </w:r>
    </w:p>
    <w:p>
      <w:r>
        <w:t>شرطية لزومية</w:t>
      </w:r>
    </w:p>
    <w:p>
      <w:r>
        <w:t>يعني اذا كان اذ ما كان جمدا</w:t>
      </w:r>
    </w:p>
    <w:p>
      <w:r>
        <w:t>ثم هذا مفترق عنا الف باء</w:t>
      </w:r>
    </w:p>
    <w:p>
      <w:r>
        <w:t>مفترق عن الف باء</w:t>
      </w:r>
    </w:p>
    <w:p>
      <w:r>
        <w:t>الف باء يختفي ونربط بين جمدان وهذا</w:t>
      </w:r>
    </w:p>
    <w:p>
      <w:r>
        <w:t>هذا الربط ماذا يكون? مرة يكون لزوميا</w:t>
      </w:r>
    </w:p>
    <w:p>
      <w:r>
        <w:t>مرة يكون اتفاق يعني ليس بالضرورة يكون لزوم بتمامه يعني في مقطع ما ولهذا يقول ينتج لان النتيجة تتبع خصم المقدمة قد لا يكون اذا كان جندا فهذا لزوميا</w:t>
      </w:r>
    </w:p>
    <w:p>
      <w:r>
        <w:t>قد لا يكون لزوم وقد يكون لزوميا لكن المتيقن انه في بعض الموارد لا يجتمع جيم دال مع هذا في امور تكوينية يعني ارتباط تكويني</w:t>
      </w:r>
    </w:p>
    <w:p>
      <w:r>
        <w:t>والا انا يأتي بقياس الخلف</w:t>
      </w:r>
    </w:p>
    <w:p>
      <w:r>
        <w:t>قياس الخلف ما هو? تأتي بالنتيجة</w:t>
      </w:r>
    </w:p>
    <w:p>
      <w:r>
        <w:t>سين</w:t>
      </w:r>
    </w:p>
    <w:p>
      <w:r>
        <w:t>وتخرج النقيض تخدم على اذا اشتغلت على الاسين وادى بك الشغل الى التناقض يعني ناس باطلة السين هي الصحيح هذا هو قياس الخلف سهل جدا بيناه وكررناه يعني اذا لم تصدق قد لا يكون اذا كان جمدا فهزا لاختفاء الحد الاوسط الف باء</w:t>
      </w:r>
    </w:p>
    <w:p>
      <w:r>
        <w:t>لزومية والا لصادق نقيضه</w:t>
      </w:r>
    </w:p>
    <w:p>
      <w:r>
        <w:t>نقيض الصغرى كبرى</w:t>
      </w:r>
    </w:p>
    <w:p>
      <w:r>
        <w:t>نقيض السالبة مجبأ</w:t>
      </w:r>
    </w:p>
    <w:p>
      <w:r>
        <w:t>كلما كان جمدال فهو هزا</w:t>
      </w:r>
    </w:p>
    <w:p>
      <w:r>
        <w:t>لزوم</w:t>
      </w:r>
    </w:p>
    <w:p>
      <w:r>
        <w:t>يعني فيه علامة كلي بين هذا هو النقيظ نعم ماذا يستلزم من هذا النقيظ? يستلزم صدق هذا مع الف لماذا? انظر يقول كلما كان الف باء وكلما كان جمدان فهذا هذا يسمى الشكل الاول</w:t>
      </w:r>
    </w:p>
    <w:p>
      <w:r>
        <w:t>يعني شكل انت القياس الشكل الاول</w:t>
      </w:r>
    </w:p>
    <w:p>
      <w:r>
        <w:t>كلما كان الف باء فجمدا</w:t>
      </w:r>
    </w:p>
    <w:p>
      <w:r>
        <w:t>الناقض ما هو? كلما كان جدل فهذا</w:t>
      </w:r>
    </w:p>
    <w:p>
      <w:r>
        <w:t>هذه لزومية ولزومية</w:t>
      </w:r>
    </w:p>
    <w:p>
      <w:r>
        <w:t>وذلك يستلزم صدق هاز مع الف باء</w:t>
      </w:r>
    </w:p>
    <w:p>
      <w:r>
        <w:t>بنحو الكلية</w:t>
      </w:r>
    </w:p>
    <w:p>
      <w:r>
        <w:t>اذا سألنا نقول بنحو الجزئية</w:t>
      </w:r>
    </w:p>
    <w:p>
      <w:r>
        <w:t>نعيد القياس</w:t>
      </w:r>
    </w:p>
    <w:p>
      <w:r>
        <w:t>كلما كان الذ فجمدا</w:t>
      </w:r>
    </w:p>
    <w:p>
      <w:r>
        <w:t>النقيض ما هو? كلما كان جندا فهزا</w:t>
      </w:r>
    </w:p>
    <w:p>
      <w:r>
        <w:t>شوف انت القياس</w:t>
      </w:r>
    </w:p>
    <w:p>
      <w:r>
        <w:t>الحد الاوسط محمول في الصورة</w:t>
      </w:r>
    </w:p>
    <w:p>
      <w:r>
        <w:t>آآ موضوع في الكبرى</w:t>
      </w:r>
    </w:p>
    <w:p>
      <w:r>
        <w:t>الشكل الاول</w:t>
      </w:r>
    </w:p>
    <w:p>
      <w:r>
        <w:t>احذف يلتقي الف باء مع هذا</w:t>
      </w:r>
    </w:p>
    <w:p>
      <w:r>
        <w:t>فصادق لازمه وهو نعم</w:t>
      </w:r>
    </w:p>
    <w:p>
      <w:r>
        <w:t>وذلك يستلزم صدق هازم مع الف باء</w:t>
      </w:r>
    </w:p>
    <w:p>
      <w:r>
        <w:t>يعني فيه رابط تكويني بين الف نعم لان الاث باء الذي هو ملزوم لجيم دال صادق في الكبرى في الصغرى كلما كان الفا فهو جنبا فيصدق لازمه ما هو لازمه وهو جيم دال نعم اذا صدق الف باء يصدقه الجيم ده فيصدق هزه لماذا? لان هزه تتبع ماذا? آآ تتبع في النقيض جيم دال كلما كان جمدا فهذا</w:t>
      </w:r>
    </w:p>
    <w:p>
      <w:r>
        <w:t>فيلزم اجتماع هذا والف على الصدق</w:t>
      </w:r>
    </w:p>
    <w:p>
      <w:r>
        <w:t>نعم</w:t>
      </w:r>
    </w:p>
    <w:p>
      <w:r>
        <w:t>فيلزم اجتماع وابى على الصدق</w:t>
      </w:r>
    </w:p>
    <w:p>
      <w:r>
        <w:t>يعني الف باء يستلزم هذا</w:t>
      </w:r>
    </w:p>
    <w:p>
      <w:r>
        <w:t>او العكس هذا يستلزم الف باء</w:t>
      </w:r>
    </w:p>
    <w:p>
      <w:r>
        <w:t>آآ كبرى القياس ما هي? لا شيء ليس البتة اذا كان هزيم فعل الباء</w:t>
      </w:r>
    </w:p>
    <w:p>
      <w:r>
        <w:t>يعني من هنا نقول في انفكاك اتفاقي مطلق بين الف باء وهزا وهنا نقول لا في لزوم الاجتماع للزوم الاجتماع بين اللي هو هزا</w:t>
      </w:r>
    </w:p>
    <w:p>
      <w:r>
        <w:t>يعني ضرب لذلك الاتفاق ولا تناقض</w:t>
      </w:r>
    </w:p>
    <w:p>
      <w:r>
        <w:t>نعم</w:t>
      </w:r>
    </w:p>
    <w:p>
      <w:r>
        <w:t>ويكذب الكبرى</w:t>
      </w:r>
    </w:p>
    <w:p>
      <w:r>
        <w:t>الكبرى ما ليس البتة اذا كان هالي هاء الف هذا فهو الف باب</w:t>
      </w:r>
    </w:p>
    <w:p>
      <w:r>
        <w:t>نعم</w:t>
      </w:r>
    </w:p>
    <w:p>
      <w:r>
        <w:t>هذا خلف</w:t>
      </w:r>
    </w:p>
    <w:p>
      <w:r>
        <w:t>يعني فيه اه افتراق اتفاق بين ها هو زاء مع الف باء وفيه اجتماع لزومي</w:t>
      </w:r>
    </w:p>
    <w:p>
      <w:r>
        <w:t>الإتفاق نرقضه اللزوم واللزوم نقضه الإتفاق</w:t>
      </w:r>
    </w:p>
    <w:p>
      <w:r>
        <w:t>ولهذا يقول وهذا خلف</w:t>
      </w:r>
    </w:p>
    <w:p>
      <w:r>
        <w:t>فلهذا اشترط المصنف هنا صدق آآ اشترط المصنفون</w:t>
      </w:r>
    </w:p>
    <w:p>
      <w:r>
        <w:t>صدق مقدم السورة</w:t>
      </w:r>
    </w:p>
    <w:p>
      <w:r>
        <w:t>نعم انه اذا لم يصدق كان كاذبا لا القياس كله يخرب يعني الف يجب ان يكون صادقا لانه اذا كان صادقا يولد الصادق ما هو الجيم دال نعم انتاج المركبة القسم الثاني من المتصلات</w:t>
      </w:r>
    </w:p>
    <w:p>
      <w:r>
        <w:t>نأتي ان شاء الله آآ آآ نصل الى بيانه</w:t>
      </w:r>
    </w:p>
    <w:p>
      <w:r>
        <w:t>يعني هنا المركبة</w:t>
      </w:r>
    </w:p>
    <w:p>
      <w:r>
        <w:t>متصلة والمنفصلة يأتي ان شاء الله بيان اللهم صلي على محمد وال محمد</w:t>
      </w:r>
    </w:p>
    <w:p>
      <w:r>
        <w:t>وال محمد اللهم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