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 والحمد لله</w:t>
      </w:r>
    </w:p>
    <w:p>
      <w:r>
        <w:t>والله اكبر</w:t>
      </w:r>
    </w:p>
    <w:p>
      <w:r>
        <w:t>اعوذ بالله من الشيطان الرجيم</w:t>
      </w:r>
    </w:p>
    <w:p>
      <w:r>
        <w:t>بسم الله الرحمن الرحيم</w:t>
      </w:r>
    </w:p>
    <w:p>
      <w:r>
        <w:t>وب تعالى نستعين والصلاة والسلام على محمد واله الطيبين الطاهرين</w:t>
      </w:r>
    </w:p>
    <w:p>
      <w:r>
        <w:t>اللهم صل على محمد واله الطيبين الطاهرين</w:t>
      </w:r>
    </w:p>
    <w:p>
      <w:r>
        <w:t>اللهم صل على محمد وال محمد</w:t>
      </w:r>
    </w:p>
    <w:p>
      <w:r>
        <w:t>اللهم ارزقنا التوفيق والاخلاص وصلنا معكم الى هذا العنوان انتاج القياسات المركبة</w:t>
      </w:r>
    </w:p>
    <w:p>
      <w:r>
        <w:t>القسم الثاني من المتصلات قال والثاني هو المشترك في جزء غير تام كلتيهما</w:t>
      </w:r>
    </w:p>
    <w:p>
      <w:r>
        <w:t>يعني من المقدم تعيين الشرطيتين المتصلتين</w:t>
      </w:r>
    </w:p>
    <w:p>
      <w:r>
        <w:t>ويشترط ان يكون موجبتين غير جزئيتين يعني صغرى كبرى صغرى كلية والكبرى كلية</w:t>
      </w:r>
    </w:p>
    <w:p>
      <w:r>
        <w:t>ولا يخلو اما ان يقع في التلين او في او في تالي الصغرى ومقدم الكبرى او بالعكس</w:t>
      </w:r>
    </w:p>
    <w:p>
      <w:r>
        <w:t>انا عندنا الجوز اما ان يكون في المقدم في الصغرى وفي المقدم في الكبرى او هو المقدم في الكبرى</w:t>
      </w:r>
    </w:p>
    <w:p>
      <w:r>
        <w:t>او بالعكس</w:t>
      </w:r>
    </w:p>
    <w:p>
      <w:r>
        <w:t>تالي في الصغرى الكبرى او بالعكس</w:t>
      </w:r>
    </w:p>
    <w:p>
      <w:r>
        <w:t>مقدم في الكبرى آآ الثالث الصغرى</w:t>
      </w:r>
    </w:p>
    <w:p>
      <w:r>
        <w:t>مقدم في الكبرى وتاليفه الصغرى</w:t>
      </w:r>
    </w:p>
    <w:p>
      <w:r>
        <w:t>احتمالات اربعة واضحة جدا</w:t>
      </w:r>
    </w:p>
    <w:p>
      <w:r>
        <w:t>جيد ما معنى الجزء هنا? انت تعلم ان القضية المتصلة قضية الشرطية المتصلة متشكلة من قضيتين حوليتين بينهما اما الاستلزام او الاتفاق او التضايف</w:t>
      </w:r>
    </w:p>
    <w:p>
      <w:r>
        <w:t>في نظام التكوين او في نظام الغير تكن الاتفاق</w:t>
      </w:r>
    </w:p>
    <w:p>
      <w:r>
        <w:t>عندنا القضية الاولى تسمى المقدم الثانية تسمى التالي</w:t>
      </w:r>
    </w:p>
    <w:p>
      <w:r>
        <w:t>اذا طلعت الشمس يعني الشمس طلعت قضية</w:t>
      </w:r>
    </w:p>
    <w:p>
      <w:r>
        <w:t>فالنهار موجود النهار موجود</w:t>
      </w:r>
    </w:p>
    <w:p>
      <w:r>
        <w:t>هل هي بسيطة</w:t>
      </w:r>
    </w:p>
    <w:p>
      <w:r>
        <w:t>مر الاشتراك بين الصغرى والكبرى في قضية سواء كانت هي المقدم او التالي مرة لا مرة الاشتراك في موضوع او محمول سواء في المقدم او في التالي مثلا طالعة الشمس هنا موجودة في هذه المقدمة المقدمة الاخرى التي تكون كل يوم وجبة كذلك الشمس موجودة</w:t>
      </w:r>
    </w:p>
    <w:p>
      <w:r>
        <w:t>او تقول النهار في الصغرى موجود وفي الكبرى موجود</w:t>
      </w:r>
    </w:p>
    <w:p>
      <w:r>
        <w:t>جزء ليس النهار موجود فقط النهار</w:t>
      </w:r>
    </w:p>
    <w:p>
      <w:r>
        <w:t>هذا هو الجزء</w:t>
      </w:r>
    </w:p>
    <w:p>
      <w:r>
        <w:t>والثاني هو المشترك في جزء هذا هو معنى الجزء</w:t>
      </w:r>
    </w:p>
    <w:p>
      <w:r>
        <w:t>نعم غيري تام من كلتيهما يعني من المقدمتين</w:t>
      </w:r>
    </w:p>
    <w:p>
      <w:r>
        <w:t>غير التامن يعني ليست قضية وانما هو آآ موضوع او محمول</w:t>
      </w:r>
    </w:p>
    <w:p>
      <w:r>
        <w:t>سواء استقر في او التالي لا فرق</w:t>
      </w:r>
    </w:p>
    <w:p>
      <w:r>
        <w:t>والجزءان المشتملان على المشترك يشترط في الاولى فيهما ان يكون على هيئة ظرب منتج من الاشكال</w:t>
      </w:r>
    </w:p>
    <w:p>
      <w:r>
        <w:t>الاشكال الاربع لينتج متصلة مقدم الصغرى وتليها مول اه لينتج متصلة مقدمها مقدم الصغرى وتليها متصلة من مقدم الكبرى ونتيجة التالي</w:t>
      </w:r>
    </w:p>
    <w:p>
      <w:r>
        <w:t>لماذا? لان القياس متشكل من نعم</w:t>
      </w:r>
    </w:p>
    <w:p>
      <w:r>
        <w:t>هذا هو الانتاج</w:t>
      </w:r>
    </w:p>
    <w:p>
      <w:r>
        <w:t>والجزءان المشتملان عن المشترك</w:t>
      </w:r>
    </w:p>
    <w:p>
      <w:r>
        <w:t>الجزءان يعني المقدمتان يشترط في الاولى فيهما ان يكون على ان تكون على هيئة ان يكون يعني اه الجزءان على هيئة ضرب المنتج من الاشكال لينتج ما هي متصلة</w:t>
      </w:r>
    </w:p>
    <w:p>
      <w:r>
        <w:t>مقدمها مقدم الصورة وتاليها متصلة مقدم الكبرى ونتيجة جت نعم اقول الشرطيتان المتصلتان</w:t>
      </w:r>
    </w:p>
    <w:p>
      <w:r>
        <w:t>في المثال يأتي اذا اشتركتا في جزء غير تام من المقدمة يعني اما في الموضوع او المحمول في المقدم او التالي</w:t>
      </w:r>
    </w:p>
    <w:p>
      <w:r>
        <w:t>يعني عندنا تلم قض عندها موضوع محمول الشمس وطلعت اذا الشمس طلعت فالنهر موجود الشمس طلعت او الشمس طالعة الجزء ما هو? الشمس او طالعة النهار موجود في التالي النهار او موجود هذا هو الجزء</w:t>
      </w:r>
    </w:p>
    <w:p>
      <w:r>
        <w:t>الشرطيتان المتصلتان اذا اشتركتا في جزء غير تام من المقدمة لم تشترك في تمام التالي او تمام المقدم فلا يخلو عن اقسام اربعة احدهما ان يكون الاشتراك بين تالي الصغرى وت الكبرى تالي الصغرى وتالي الكبرى</w:t>
      </w:r>
    </w:p>
    <w:p>
      <w:r>
        <w:t>يعني هذا الجزء تموضع في تالي السورة ليس في المقدم</w:t>
      </w:r>
    </w:p>
    <w:p>
      <w:r>
        <w:t>في التالي وفي تالي الكبرى</w:t>
      </w:r>
    </w:p>
    <w:p>
      <w:r>
        <w:t>نعم</w:t>
      </w:r>
    </w:p>
    <w:p>
      <w:r>
        <w:t>كقولنا كلما كان الف باء الف باء هو المقدم فجيم دال جمدا هو التالي</w:t>
      </w:r>
    </w:p>
    <w:p>
      <w:r>
        <w:t>وكلما كان هزا فكل دال انظر هنا آآ الجزء</w:t>
      </w:r>
    </w:p>
    <w:p>
      <w:r>
        <w:t>الجزء هو الدالة</w:t>
      </w:r>
    </w:p>
    <w:p>
      <w:r>
        <w:t>موجود في التالي في الصغرى</w:t>
      </w:r>
    </w:p>
    <w:p>
      <w:r>
        <w:t>وموجود في التالي في الكبرى</w:t>
      </w:r>
    </w:p>
    <w:p>
      <w:r>
        <w:t>نعم</w:t>
      </w:r>
    </w:p>
    <w:p>
      <w:r>
        <w:t>اولا القياس يجب ان يكون منتجا ليس عقيما</w:t>
      </w:r>
    </w:p>
    <w:p>
      <w:r>
        <w:t>هذا الشرط الاول</w:t>
      </w:r>
    </w:p>
    <w:p>
      <w:r>
        <w:t>ذكره</w:t>
      </w:r>
    </w:p>
    <w:p>
      <w:r>
        <w:t>نعم</w:t>
      </w:r>
    </w:p>
    <w:p>
      <w:r>
        <w:t>على هيئة ضرب منتج من الاشكال لينتج متصلة</w:t>
      </w:r>
    </w:p>
    <w:p>
      <w:r>
        <w:t>الانتاج ما هو? متصلة</w:t>
      </w:r>
    </w:p>
    <w:p>
      <w:r>
        <w:t>مقدم الصغرى مقدمها مقدم الصغرى</w:t>
      </w:r>
    </w:p>
    <w:p>
      <w:r>
        <w:t>يعني اذا قلت كلما كان الف باء فجمدا الف باء والمقدم يكون في النتيجة</w:t>
      </w:r>
    </w:p>
    <w:p>
      <w:r>
        <w:t>نعم فجيم دال وكلها زد كل دال طاء نعم</w:t>
      </w:r>
    </w:p>
    <w:p>
      <w:r>
        <w:t>فالحد الاوسط هنا دال فقط وهو جزء في في الصغرى محمول</w:t>
      </w:r>
    </w:p>
    <w:p>
      <w:r>
        <w:t>في التالي وفي الكبرى موضوع في التالي</w:t>
      </w:r>
    </w:p>
    <w:p>
      <w:r>
        <w:t>دقق جيدا</w:t>
      </w:r>
    </w:p>
    <w:p>
      <w:r>
        <w:t>نعم</w:t>
      </w:r>
    </w:p>
    <w:p>
      <w:r>
        <w:t>وثانيها هذه الاحتمالات</w:t>
      </w:r>
    </w:p>
    <w:p>
      <w:r>
        <w:t>يقول عن اقسام اربعة</w:t>
      </w:r>
    </w:p>
    <w:p>
      <w:r>
        <w:t>ان يكون الاشتراك بين المقدمين</w:t>
      </w:r>
    </w:p>
    <w:p>
      <w:r>
        <w:t>يعني هذا المشترك هذا الجزء الموضوع او المحمول في المقدمين يعني في الصورة يتموضع في المقدمة وفي الكبرى يتمواضع في المقدمة وكلاهما موجبة موجبة كليا</w:t>
      </w:r>
    </w:p>
    <w:p>
      <w:r>
        <w:t>كقولنا كل كل ما كان الف باء فجمدا وكل ما كان انظر الباء هنا في المقدم في كلا القضيتين</w:t>
      </w:r>
    </w:p>
    <w:p>
      <w:r>
        <w:t>وثالثها ان يكون الاشتراك بين تالي الصغرى ومقدم الكبرى</w:t>
      </w:r>
    </w:p>
    <w:p>
      <w:r>
        <w:t>عندك صغرى تروح للتالي</w:t>
      </w:r>
    </w:p>
    <w:p>
      <w:r>
        <w:t>والكبرى تروح للمقدم</w:t>
      </w:r>
    </w:p>
    <w:p>
      <w:r>
        <w:t>كقولنا كلما كان الف باء فجيم دال وكلما كانت جيم طا فهو هزا انظر جيم جيم كارثة الصغرى موجود في التالي في الصورة وتجيب موجود في آآ نعم ان يكون الاشتراك بين التالي الصغرى ومقدم الكبرى</w:t>
      </w:r>
    </w:p>
    <w:p>
      <w:r>
        <w:t>نعم كلما كان الفجيم دال جيم هو المشترك وجزء ليس قضية في هذه القضية كلما كان يقع في التالي جيم دال التالي الكبرى ما هي وكلما كانت جيم طفا جيم يقع في المقدمة</w:t>
      </w:r>
    </w:p>
    <w:p>
      <w:r>
        <w:t>هذا الاحتفال الثالث الاحتمال الرابع ورابعها ان يكون الاشتراك بين مقدم الصغرى وتالي الكبرى</w:t>
      </w:r>
    </w:p>
    <w:p>
      <w:r>
        <w:t>عكس الثالث كقول كل ما كان الي با فجندا وكلما كان هزيل فكلما الذي هو جزء موجود في الصغرى على مستوى المقدم وموجود في الكبرى على المستوى التالي</w:t>
      </w:r>
    </w:p>
    <w:p>
      <w:r>
        <w:t>ثم انت تتلاعب في حذف الحد الاوسط فيتحقق الانتاج</w:t>
      </w:r>
    </w:p>
    <w:p>
      <w:r>
        <w:t>ويشترط في هذه الأقسام الأربعة ايجاد ايجاب المقدمتين معا وكل احداهما</w:t>
      </w:r>
    </w:p>
    <w:p>
      <w:r>
        <w:t>ما فيه قضية سالبة حتى ينتج</w:t>
      </w:r>
    </w:p>
    <w:p>
      <w:r>
        <w:t>قضية سالبة بعض عقم</w:t>
      </w:r>
    </w:p>
    <w:p>
      <w:r>
        <w:t>المقدمة الصغرى موجبة المقدمة الكبرى موجبة</w:t>
      </w:r>
    </w:p>
    <w:p>
      <w:r>
        <w:t>فقط الكليات كل واحدة فقط</w:t>
      </w:r>
    </w:p>
    <w:p>
      <w:r>
        <w:t>يعني قد تكون آآ احدى المقدمات قدمت بعضية جزئية</w:t>
      </w:r>
    </w:p>
    <w:p>
      <w:r>
        <w:t>ويشترط في الاول</w:t>
      </w:r>
    </w:p>
    <w:p>
      <w:r>
        <w:t>يعني هذه الاحتمالات آآ ظاهر هو ويشترط في الاول الشكل الاول امر الاحتمال الاول</w:t>
      </w:r>
    </w:p>
    <w:p>
      <w:r>
        <w:t>نعم</w:t>
      </w:r>
    </w:p>
    <w:p>
      <w:r>
        <w:t>ان نظن هذا الاحتمال الاول احدهما ان يكون الاشتراك بين تالي الصغرى وتالي الكبرى</w:t>
      </w:r>
    </w:p>
    <w:p>
      <w:r>
        <w:t>كقولنا كلما كان الف جندان وكلما كان هزا فكل درطة</w:t>
      </w:r>
    </w:p>
    <w:p>
      <w:r>
        <w:t>نعم</w:t>
      </w:r>
    </w:p>
    <w:p>
      <w:r>
        <w:t>ويشترط فيها ويشترط في الاول يعني في الاحتمال الاول الذي بيناه من الاربعاء</w:t>
      </w:r>
    </w:p>
    <w:p>
      <w:r>
        <w:t>اشتمال متشاركين على هيئة التأليف منتج من التأليفات الاشكال الاربعة</w:t>
      </w:r>
    </w:p>
    <w:p>
      <w:r>
        <w:t>يعني لا يكون عقيما او فقط</w:t>
      </w:r>
    </w:p>
    <w:p>
      <w:r>
        <w:t>نعم</w:t>
      </w:r>
    </w:p>
    <w:p>
      <w:r>
        <w:t>ولما اشترطنا كلية احدى المقدمتين جاز ان تكون احداهما جزئ اجازة لان الشرط ما هو? ان تكون احداهما كليا</w:t>
      </w:r>
    </w:p>
    <w:p>
      <w:r>
        <w:t>ما معنى? قد تكون احداهما جزئية يعني بعضية</w:t>
      </w:r>
    </w:p>
    <w:p>
      <w:r>
        <w:t>ولما اشترطن كلية احدى المقدمتين جاز ان تكون احداهما جزئية</w:t>
      </w:r>
    </w:p>
    <w:p>
      <w:r>
        <w:t>واضح جدا منطقيا</w:t>
      </w:r>
    </w:p>
    <w:p>
      <w:r>
        <w:t>فيحصل في كل شكل اه في في كل شكل ثلاثة اضعاف ما في الحمليات</w:t>
      </w:r>
    </w:p>
    <w:p>
      <w:r>
        <w:t>وينتج متصلة مقدمها مقدم الصغرى وتاليها متصلة مقدمها مقدم الكبرى وتليها</w:t>
      </w:r>
    </w:p>
    <w:p>
      <w:r>
        <w:t>نتيجة تعريف بين التالين معقدة معقدة في الخيال</w:t>
      </w:r>
    </w:p>
    <w:p>
      <w:r>
        <w:t>والا هي واضحة في العقل</w:t>
      </w:r>
    </w:p>
    <w:p>
      <w:r>
        <w:t>بالمثال يتضح لان المثال ننزل الى الخيال</w:t>
      </w:r>
    </w:p>
    <w:p>
      <w:r>
        <w:t>انظر كلما كان الف باء فكل جيم دال</w:t>
      </w:r>
    </w:p>
    <w:p>
      <w:r>
        <w:t>وكلما كان هزا فكل دال طاء</w:t>
      </w:r>
    </w:p>
    <w:p>
      <w:r>
        <w:t>انظر الحد الاوسط دال</w:t>
      </w:r>
    </w:p>
    <w:p>
      <w:r>
        <w:t>هو جزء وليس كل يعني آآ في الصغرى محمول في التالي وفي الكبرى موضوع في التالي</w:t>
      </w:r>
    </w:p>
    <w:p>
      <w:r>
        <w:t>يعني يتواجد في التالي في المقدمتين كلاهما كلية ايجاب اذن شروط متوفرة ينتج كل ما كان الف باء فان كان هزا لماذا? نعم لان الدال يجب ان يختفي نعم كلما الف باء فكل جمدا وكل ما كان هذا كان ضالا</w:t>
      </w:r>
    </w:p>
    <w:p>
      <w:r>
        <w:t>اذا كلما كان الف باء فان كان</w:t>
      </w:r>
    </w:p>
    <w:p>
      <w:r>
        <w:t>لماذا هذه الشرطية ان كان? لان انت ما عندك علاقة بين ما عندك علاقة بين الف باء وهزاء</w:t>
      </w:r>
    </w:p>
    <w:p>
      <w:r>
        <w:t>نعم ما عندك علاقة ولا تقول ظنية فان يعني اذا بنينا على ان هذا متوفرة على هذا المقدم الاذ باء فكل جيم طال جيم طال جيم دال يختفي ثم تأتي جيم ط منطقية</w:t>
      </w:r>
    </w:p>
    <w:p>
      <w:r>
        <w:t>منطقية ورائعة جدا</w:t>
      </w:r>
    </w:p>
    <w:p>
      <w:r>
        <w:t>ينتج كل ما كان الف باء فان كان هذا فكل جيم طاء</w:t>
      </w:r>
    </w:p>
    <w:p>
      <w:r>
        <w:t>دال يختفي حد الاوساط</w:t>
      </w:r>
    </w:p>
    <w:p>
      <w:r>
        <w:t>اذا مقدم الصغرى يبقى الف باء</w:t>
      </w:r>
    </w:p>
    <w:p>
      <w:r>
        <w:t>مقدم السخرة يبقى ثم المقدم تاتي متصلة اخرى فإن كان هذا فكل هذا هو ما معناه العبارة سيحصل في كل شكل ثلاثة اضعاف يعلم في الحقيقة ثلاث ثلاثة اصناف في في مخطوطة بدل</w:t>
      </w:r>
    </w:p>
    <w:p>
      <w:r>
        <w:t>ما في الحمليات وينتج متصلة مقدمها مقدم الصغرى</w:t>
      </w:r>
    </w:p>
    <w:p>
      <w:r>
        <w:t>ما هو? آآ كل ما كل ما كان الذا</w:t>
      </w:r>
    </w:p>
    <w:p>
      <w:r>
        <w:t>وتاليها يعني تالي هذه هذه المتصلة متصلة اخرى</w:t>
      </w:r>
    </w:p>
    <w:p>
      <w:r>
        <w:t>ما هي المتصلة الاخرى? ان كان هذا فكل جيم طاء</w:t>
      </w:r>
    </w:p>
    <w:p>
      <w:r>
        <w:t>لماذا لا يختفي? احد اوسط</w:t>
      </w:r>
    </w:p>
    <w:p>
      <w:r>
        <w:t>يختفي في النتيجة</w:t>
      </w:r>
    </w:p>
    <w:p>
      <w:r>
        <w:t>صح</w:t>
      </w:r>
    </w:p>
    <w:p>
      <w:r>
        <w:t>فكلما كان الف فان كان هاز فكل جنبا وكل وكلما كان جمدا وكل فكل جنطة وهو المطلوب</w:t>
      </w:r>
    </w:p>
    <w:p>
      <w:r>
        <w:t>واضحة جدا</w:t>
      </w:r>
    </w:p>
    <w:p>
      <w:r>
        <w:t>يعني انت احذف فقط الحد الاوسط هو الدال</w:t>
      </w:r>
    </w:p>
    <w:p>
      <w:r>
        <w:t>نعم</w:t>
      </w:r>
    </w:p>
    <w:p>
      <w:r>
        <w:t>لانه يعني بيان للانتاج</w:t>
      </w:r>
    </w:p>
    <w:p>
      <w:r>
        <w:t>لانه بيان للانتاج</w:t>
      </w:r>
    </w:p>
    <w:p>
      <w:r>
        <w:t>كلما الف باء فان كانها زد</w:t>
      </w:r>
    </w:p>
    <w:p>
      <w:r>
        <w:t>هزا</w:t>
      </w:r>
    </w:p>
    <w:p>
      <w:r>
        <w:t>نعم</w:t>
      </w:r>
    </w:p>
    <w:p>
      <w:r>
        <w:t>فكل جنب لان الجمدال لازم لالف باء في الصغرى</w:t>
      </w:r>
    </w:p>
    <w:p>
      <w:r>
        <w:t>وكل الدال من يجره يجره هزا نعم</w:t>
      </w:r>
    </w:p>
    <w:p>
      <w:r>
        <w:t>وكل وكل ما كان جمدال وكل دالأحداث نتاع الحد الأوسط دال</w:t>
      </w:r>
    </w:p>
    <w:p>
      <w:r>
        <w:t>فكل وهو المطلوب</w:t>
      </w:r>
    </w:p>
    <w:p>
      <w:r>
        <w:t>اذا اذا بنينا على الف باء التي تولد تاليا وجيم دال وبن على ان الالف يولد هذا فالنتيجة ما هي? دال يختفي تكون النتيجة هذه كلما كان الف باء فإن كان هذا فكل لأن دال سمسار يربط بين الجيم والطاء نعم وعلى وعكس وقس على ما ذكرناه ذكرنا باقي ظروف الشكل الأول وظروف باقي الأشكال</w:t>
      </w:r>
    </w:p>
    <w:p>
      <w:r>
        <w:t>طبقها انت سهلة جدا</w:t>
      </w:r>
    </w:p>
    <w:p>
      <w:r>
        <w:t>سهلة جدا يعني اذا كان الإشتراك في المتصلات بين جز فقط ليس قضية الاشتراك في جزء يعني امام وضوء او محمول في التالي او المقدم لا فرق فالنتيجة دائما تكون متصلة وتليهة متصلة</w:t>
      </w:r>
    </w:p>
    <w:p>
      <w:r>
        <w:t>شيء عجيب نعم</w:t>
      </w:r>
    </w:p>
    <w:p>
      <w:r>
        <w:t>قال وفي الثاني يعني هذا الاحتمال الثاني</w:t>
      </w:r>
    </w:p>
    <w:p>
      <w:r>
        <w:t>الاحتمال الثاني ان يكون الاشتراك بين المقدمين</w:t>
      </w:r>
    </w:p>
    <w:p>
      <w:r>
        <w:t>يعني هذا الجزء يقع في المقدم الصغرى والمقدم الكبرى</w:t>
      </w:r>
    </w:p>
    <w:p>
      <w:r>
        <w:t>وفي الثاني يكون نقي ظهرما كذلك</w:t>
      </w:r>
    </w:p>
    <w:p>
      <w:r>
        <w:t>لترتد المقدمات المقدمتان بعكس نقيض الى الاول</w:t>
      </w:r>
    </w:p>
    <w:p>
      <w:r>
        <w:t>عكس النقيض الى الاول هنا الاول الشكل الاول مفروض بديهي الانتاج وتكون المقدمتان في النتيجة</w:t>
      </w:r>
    </w:p>
    <w:p>
      <w:r>
        <w:t>لان مقدمة في النتيجة مقدمة في النتيجة عن المقدمة الصغرى والكبرى</w:t>
      </w:r>
    </w:p>
    <w:p>
      <w:r>
        <w:t>وتليها المقدمتان او المقدمان نعم لماذا? يقول وفي الثاني يعني في القسم الثاني الذي يكون هذا المشترك في المقدم مقدم الصغرى والمقدمة الكبرى</w:t>
      </w:r>
    </w:p>
    <w:p>
      <w:r>
        <w:t>يكون نقيضهما كذلك لترتد المقدمتان بعكس النقيض الى الاولى</w:t>
      </w:r>
    </w:p>
    <w:p>
      <w:r>
        <w:t>وتكون المقدمتان في النتيجة وتالي نقيض تال المقدمتين وتالي وتالي التالي نتيجة نقيض المقدمة</w:t>
      </w:r>
    </w:p>
    <w:p>
      <w:r>
        <w:t>وسط الرابعة القرون الوسطى ما قبل آدم ما بعد آدم</w:t>
      </w:r>
    </w:p>
    <w:p>
      <w:r>
        <w:t>ما يحلك هذه الألغاص</w:t>
      </w:r>
    </w:p>
    <w:p>
      <w:r>
        <w:t>متن مغلق لا يفهمه الا المحقق الطوسي</w:t>
      </w:r>
    </w:p>
    <w:p>
      <w:r>
        <w:t>رحمة الله على الإعلام الحيني</w:t>
      </w:r>
    </w:p>
    <w:p>
      <w:r>
        <w:t>اقول يشترط في القسم الثاني من الأقسام الأربعة</w:t>
      </w:r>
    </w:p>
    <w:p>
      <w:r>
        <w:t>بيناها وثانيها ان يكون الاشتراك بين المقدمتين</w:t>
      </w:r>
    </w:p>
    <w:p>
      <w:r>
        <w:t>يعني هذا الجزء يكون في مقدم السورة ومقدم الكبرى</w:t>
      </w:r>
    </w:p>
    <w:p>
      <w:r>
        <w:t>واضحة جدا</w:t>
      </w:r>
    </w:p>
    <w:p>
      <w:r>
        <w:t>وهو ان يكون الاشتراك بين المقدمتين بان يكون نقيضها اعني الجزئين المشتملين على المشترك على تأليف منتج من الاشكال الاربعة</w:t>
      </w:r>
    </w:p>
    <w:p>
      <w:r>
        <w:t>واضحة جدا</w:t>
      </w:r>
    </w:p>
    <w:p>
      <w:r>
        <w:t>مثاله كلما كان ليس كل الف باء</w:t>
      </w:r>
    </w:p>
    <w:p>
      <w:r>
        <w:t>انظر التعبير كم مضلل? مضلل جدا</w:t>
      </w:r>
    </w:p>
    <w:p>
      <w:r>
        <w:t>الان هذا كلما كان ليس بكل راحة كلها رموز</w:t>
      </w:r>
    </w:p>
    <w:p>
      <w:r>
        <w:t>كلما كان ليس كل الف باء جيم</w:t>
      </w:r>
    </w:p>
    <w:p>
      <w:r>
        <w:t>ليس كل الف باء فجيم جيم يعني يمكن ان يكون بعضه الف باء جيم دال</w:t>
      </w:r>
    </w:p>
    <w:p>
      <w:r>
        <w:t>لا يهمنا</w:t>
      </w:r>
    </w:p>
    <w:p>
      <w:r>
        <w:t>يعني هنا نفي الكلية ليس كل</w:t>
      </w:r>
    </w:p>
    <w:p>
      <w:r>
        <w:t>نعني بعض</w:t>
      </w:r>
    </w:p>
    <w:p>
      <w:r>
        <w:t>كلما كان ليس كل الف باء فجمدان</w:t>
      </w:r>
    </w:p>
    <w:p>
      <w:r>
        <w:t>وكلما كان ليس كل باء هاء</w:t>
      </w:r>
    </w:p>
    <w:p>
      <w:r>
        <w:t>انظروا الجزء هو باء</w:t>
      </w:r>
    </w:p>
    <w:p>
      <w:r>
        <w:t>موجود في مقدم السورة المقدمة الكبرى</w:t>
      </w:r>
    </w:p>
    <w:p>
      <w:r>
        <w:t>فجم طاء اذا هذا ما يجب ان يختفي</w:t>
      </w:r>
    </w:p>
    <w:p>
      <w:r>
        <w:t>نعم</w:t>
      </w:r>
    </w:p>
    <w:p>
      <w:r>
        <w:t>ينتج ماذا? ينتج انظر</w:t>
      </w:r>
    </w:p>
    <w:p>
      <w:r>
        <w:t>لان الف الف باء والحد الاوسط يختفي</w:t>
      </w:r>
    </w:p>
    <w:p>
      <w:r>
        <w:t>كلما كان ليس جمدا</w:t>
      </w:r>
    </w:p>
    <w:p>
      <w:r>
        <w:t>ليست جمدان لان هذا محرز في في المقدمة الصغرى</w:t>
      </w:r>
    </w:p>
    <w:p>
      <w:r>
        <w:t>كلما كان ليس جمدال فان كان ليس جيم طا</w:t>
      </w:r>
    </w:p>
    <w:p>
      <w:r>
        <w:t>فكل الف هاء نعم</w:t>
      </w:r>
    </w:p>
    <w:p>
      <w:r>
        <w:t>وكلما كان ليس كل باهة فجمت</w:t>
      </w:r>
    </w:p>
    <w:p>
      <w:r>
        <w:t>الحد الاوسط هو باء يختفي</w:t>
      </w:r>
    </w:p>
    <w:p>
      <w:r>
        <w:t>نعم النتيجة هكذا كلما كان ليس جمدان منين? هادي جبتها</w:t>
      </w:r>
    </w:p>
    <w:p>
      <w:r>
        <w:t>جبتها من الصغرى</w:t>
      </w:r>
    </w:p>
    <w:p>
      <w:r>
        <w:t>لأن الف ما اختفى</w:t>
      </w:r>
    </w:p>
    <w:p>
      <w:r>
        <w:t>كلما كان ليس جمدا فان كان ليس جيمطا نعم فكل الف لانعكاس الصغرى بعكس النقيض عكس النقيض كيف? تقل ليس كل الف باء جيم عكس النقيض آآ الى قولنا كلما كان ليس جمدا نعم عكس النقيض موافق عكس النقيض الموافق تعرف انك تأتي بال وتضع التالي في المقدم والمقدم في التالي بالسلب</w:t>
      </w:r>
    </w:p>
    <w:p>
      <w:r>
        <w:t>نعم تصير هكذا كلما كان ليست جيم دال فكل الف باء</w:t>
      </w:r>
    </w:p>
    <w:p>
      <w:r>
        <w:t>نعم</w:t>
      </w:r>
    </w:p>
    <w:p>
      <w:r>
        <w:t>سلب سلب ايجاب</w:t>
      </w:r>
    </w:p>
    <w:p>
      <w:r>
        <w:t>كلما كان ليس جمدا فكل الف مد</w:t>
      </w:r>
    </w:p>
    <w:p>
      <w:r>
        <w:t>قل فلماذا هذه ايجابية? لانها في الأصل سلبية ليس كل الذة جدا</w:t>
      </w:r>
    </w:p>
    <w:p>
      <w:r>
        <w:t>اعكس انت اجعل التالي والمقدم والمقدم هو التالي وراعي للسلب</w:t>
      </w:r>
    </w:p>
    <w:p>
      <w:r>
        <w:t>سلب السلب على مستوى آآ الف باء يصير ايجابا</w:t>
      </w:r>
    </w:p>
    <w:p>
      <w:r>
        <w:t>التالي جيم دال يصير سلبا</w:t>
      </w:r>
    </w:p>
    <w:p>
      <w:r>
        <w:t>عكس النقيض الموافقة هكذا</w:t>
      </w:r>
    </w:p>
    <w:p>
      <w:r>
        <w:t>كلما كان ليس جمدال فكل باء</w:t>
      </w:r>
    </w:p>
    <w:p>
      <w:r>
        <w:t>وانعكاس الكبرى الى قولنا</w:t>
      </w:r>
    </w:p>
    <w:p>
      <w:r>
        <w:t>انعكاس بالعكس النقيض الموافق كلما كان ليس كل با فجمدال كلما كان ليس جيم</w:t>
      </w:r>
    </w:p>
    <w:p>
      <w:r>
        <w:t>اه جيم فالكبرى فكل باء ها نعم فيرجع القسم الى القسم الاول وينتج ما ذكرنا يعني هذا القياس نفس الذي مر علينا الان فينتج آآ وينتج ما ذكرنا فالمقدمتان في النتيجة وتاليها اعني ليس جندان</w:t>
      </w:r>
    </w:p>
    <w:p>
      <w:r>
        <w:t>وليس جم طاء نقيضة تلي المقدمتين</w:t>
      </w:r>
    </w:p>
    <w:p>
      <w:r>
        <w:t>ليست جيم دال اه الصغرى تليها جيمدا رفعه نقيضه وليس جيم طاء هو آآ الكبرى كلما كان ليس كل بها فجمطا جيمطا ايجابي ناقضه رفعه ليس جيمطا نقيض التالي المقدمة والتالي نتيجة نقيض المقدمتين يعني كل الف هاء</w:t>
      </w:r>
    </w:p>
    <w:p>
      <w:r>
        <w:t>نعم</w:t>
      </w:r>
    </w:p>
    <w:p>
      <w:r>
        <w:t>وثالث تالي تالي التالي يعني التالي التالي هذا هو</w:t>
      </w:r>
    </w:p>
    <w:p>
      <w:r>
        <w:t>فاذا كان ليس جيمطا فهو فكل الفا</w:t>
      </w:r>
    </w:p>
    <w:p>
      <w:r>
        <w:t>الفا</w:t>
      </w:r>
    </w:p>
    <w:p>
      <w:r>
        <w:t>اعني كل الف الذي هو نتيجة كل الف باء</w:t>
      </w:r>
    </w:p>
    <w:p>
      <w:r>
        <w:t>نعم</w:t>
      </w:r>
    </w:p>
    <w:p>
      <w:r>
        <w:t>وكل باء وهما ناقضان لمقدمته</w:t>
      </w:r>
    </w:p>
    <w:p>
      <w:r>
        <w:t>فالحاصل ان النتيجة متصلة ومقدمها نقيض تالي الصغرى تالي الصغرى ما هو? جيم دال</w:t>
      </w:r>
    </w:p>
    <w:p>
      <w:r>
        <w:t>نعم جيم دال</w:t>
      </w:r>
    </w:p>
    <w:p>
      <w:r>
        <w:t>النتيجة ماذا كانت اه النتيجة ما هي? نعم</w:t>
      </w:r>
    </w:p>
    <w:p>
      <w:r>
        <w:t>كلما كان ليس كل الذمذال وكلما كان ليس كل بهاء فجمدا ينتج كل ليس جنبا فان كان ليس جمدا طاء فكل الالف هاء</w:t>
      </w:r>
    </w:p>
    <w:p>
      <w:r>
        <w:t>فالحاصل ان النتيجة متصلة مقدمها مقدمها ليس جمدان نقيطة للصورة</w:t>
      </w:r>
    </w:p>
    <w:p>
      <w:r>
        <w:t>جيم دال ليس جيم دال نقيض جيم دال في الصورة</w:t>
      </w:r>
    </w:p>
    <w:p>
      <w:r>
        <w:t>وتليها تليها قضية متصلة وتليها متصلة مقدمها نقيض تالي الكبرى تالي الكبرى ما هو? جيم طاء نعم جيم طاء وفي النتيجة ليس جيم طاء وت نتيجة نقيض المقدمة</w:t>
      </w:r>
    </w:p>
    <w:p>
      <w:r>
        <w:t>باه</w:t>
      </w:r>
    </w:p>
    <w:p>
      <w:r>
        <w:t>نعم</w:t>
      </w:r>
    </w:p>
    <w:p>
      <w:r>
        <w:t>وتليها نتيجة نقيضي المقدمتين</w:t>
      </w:r>
    </w:p>
    <w:p>
      <w:r>
        <w:t>نعم</w:t>
      </w:r>
    </w:p>
    <w:p>
      <w:r>
        <w:t>الذي هو هنا عندنا بهاء ناقض المقدمة باها في آآ كلما كان ليس كل الذة ما موجود</w:t>
      </w:r>
    </w:p>
    <w:p>
      <w:r>
        <w:t>وكلما كان ليس كل نعم هنا ما موجود</w:t>
      </w:r>
    </w:p>
    <w:p>
      <w:r>
        <w:t>لكن في العكس يتولد ام لا? نعم</w:t>
      </w:r>
    </w:p>
    <w:p>
      <w:r>
        <w:t>في العكس يتولد كلما كان ليس جلدال طاف فكل بهاء</w:t>
      </w:r>
    </w:p>
    <w:p>
      <w:r>
        <w:t>نعم</w:t>
      </w:r>
    </w:p>
    <w:p>
      <w:r>
        <w:t>وتاليها تلي النتيجة</w:t>
      </w:r>
    </w:p>
    <w:p>
      <w:r>
        <w:t>كلما كان ليس جيم طالما نتيجة لها نعم</w:t>
      </w:r>
    </w:p>
    <w:p>
      <w:r>
        <w:t>ينتج كلما كان ليس جمدال فان كان ليس فكل نعم الف هاء</w:t>
      </w:r>
    </w:p>
    <w:p>
      <w:r>
        <w:t>الف هاء في الكبرى ليس نعم</w:t>
      </w:r>
    </w:p>
    <w:p>
      <w:r>
        <w:t>ليسها عندنا هنا كلها وفي الكبرى ليس كل هاء</w:t>
      </w:r>
    </w:p>
    <w:p>
      <w:r>
        <w:t>كل بهاء يعني ليس كلها نفس الشيء</w:t>
      </w:r>
    </w:p>
    <w:p>
      <w:r>
        <w:t>ولهذا يقول وتليها نتيجة نقيض المقدمتين</w:t>
      </w:r>
    </w:p>
    <w:p>
      <w:r>
        <w:t>نعم</w:t>
      </w:r>
    </w:p>
    <w:p>
      <w:r>
        <w:t>معقدة تحتاج الى سبورة والا المسألة جدا سهلة</w:t>
      </w:r>
    </w:p>
    <w:p>
      <w:r>
        <w:t>لان الخيال اذا كان امام المحسوس يترسخ اكثر</w:t>
      </w:r>
    </w:p>
    <w:p>
      <w:r>
        <w:t>نعم</w:t>
      </w:r>
    </w:p>
    <w:p>
      <w:r>
        <w:t>نعيد التطبيق مثاله كلما كان ليس كل الف باء فجمدان</w:t>
      </w:r>
    </w:p>
    <w:p>
      <w:r>
        <w:t>يعني السلب الكلية</w:t>
      </w:r>
    </w:p>
    <w:p>
      <w:r>
        <w:t>يعني اثبات الجزئية</w:t>
      </w:r>
    </w:p>
    <w:p>
      <w:r>
        <w:t>وكلما كان ليس كل باهى فجيم طاء</w:t>
      </w:r>
    </w:p>
    <w:p>
      <w:r>
        <w:t>نعم</w:t>
      </w:r>
    </w:p>
    <w:p>
      <w:r>
        <w:t>الاشتراك في ماذا? الاشتراك في باب</w:t>
      </w:r>
    </w:p>
    <w:p>
      <w:r>
        <w:t>جوز</w:t>
      </w:r>
    </w:p>
    <w:p>
      <w:r>
        <w:t>في المقدمة الصغرى المقدمة الكبرى جاي ينتج كل ما كان ليست جيم دال لماذا? لان ما يختفي اذا اختفى بي يبقى جيم دال فان كان ليس جيمطا لان الكبرى سالبة</w:t>
      </w:r>
    </w:p>
    <w:p>
      <w:r>
        <w:t>فكل الف هاء</w:t>
      </w:r>
    </w:p>
    <w:p>
      <w:r>
        <w:t>من اين حصلتم على هذه النتيجة? يقول لي انعكاس الصغرى بعكس النقيض الى قولنا كلما كان ليس جمدال فكل الف باء</w:t>
      </w:r>
    </w:p>
    <w:p>
      <w:r>
        <w:t>فيصير نعم وانعكاس الكبرى الى قولنا كل ما كان ليس جيمطا فكل بهاء</w:t>
      </w:r>
    </w:p>
    <w:p>
      <w:r>
        <w:t>نعم</w:t>
      </w:r>
    </w:p>
    <w:p>
      <w:r>
        <w:t>فيرجع هذا القسم الى القسم الاول وينتج ما ذكرناه</w:t>
      </w:r>
    </w:p>
    <w:p>
      <w:r>
        <w:t>نعم</w:t>
      </w:r>
    </w:p>
    <w:p>
      <w:r>
        <w:t>لكن عكس النقيض آآ آآ عكس النقيض هنا في مشكل نعم</w:t>
      </w:r>
    </w:p>
    <w:p>
      <w:r>
        <w:t>الأول مشروط بايجاب المقدمتين</w:t>
      </w:r>
    </w:p>
    <w:p>
      <w:r>
        <w:t>وهنا بعد عكس النقيض آآ الاول كلما كان ليس جمدا فكل باء فكل الف باء وانعكاس الكبرى الى قولنا</w:t>
      </w:r>
    </w:p>
    <w:p>
      <w:r>
        <w:t>كلما كان ليس جمطاف فكل بهاء</w:t>
      </w:r>
    </w:p>
    <w:p>
      <w:r>
        <w:t>فيرجع هذا الق قسم من القسم الأول ينتج ما ذكرناه</w:t>
      </w:r>
    </w:p>
    <w:p>
      <w:r>
        <w:t>سامحني انا الذي فهمته ان القسم الأول الذي مر علينا مشروط بإيجاب المقدمتين</w:t>
      </w:r>
    </w:p>
    <w:p>
      <w:r>
        <w:t>وعندك هنا اه عندك نساء لبتين الا الا اذا قلنا النتيجة يعني اذا جئنا بعكس الناقض الصورة وبعكس الناقضة الكبرى</w:t>
      </w:r>
    </w:p>
    <w:p>
      <w:r>
        <w:t>وانتجنا نحصل على السلب</w:t>
      </w:r>
    </w:p>
    <w:p>
      <w:r>
        <w:t>ثم نعمل عكس النقيض</w:t>
      </w:r>
    </w:p>
    <w:p>
      <w:r>
        <w:t>ياتي الايجاب</w:t>
      </w:r>
    </w:p>
    <w:p>
      <w:r>
        <w:t>فالنتيجة تكون بعد عكس النقيض للنتيجة</w:t>
      </w:r>
    </w:p>
    <w:p>
      <w:r>
        <w:t>نعم</w:t>
      </w:r>
    </w:p>
    <w:p>
      <w:r>
        <w:t>يمكن</w:t>
      </w:r>
    </w:p>
    <w:p>
      <w:r>
        <w:t>هذا معقول والا نقع في الاشكال</w:t>
      </w:r>
    </w:p>
    <w:p>
      <w:r>
        <w:t>نعم</w:t>
      </w:r>
    </w:p>
    <w:p>
      <w:r>
        <w:t>نعيد مثاله بقي دقيقتان كلما كان ليس كل باء فجمد</w:t>
      </w:r>
    </w:p>
    <w:p>
      <w:r>
        <w:t>يعني السلبل اه سلب الكل سلب الكلياني تأمين البعضية</w:t>
      </w:r>
    </w:p>
    <w:p>
      <w:r>
        <w:t>كأنه قال كلما كان بعض الف باء فهد</w:t>
      </w:r>
    </w:p>
    <w:p>
      <w:r>
        <w:t>سلب الكلية يعني يؤمن الجزئية</w:t>
      </w:r>
    </w:p>
    <w:p>
      <w:r>
        <w:t>لا يهم</w:t>
      </w:r>
    </w:p>
    <w:p>
      <w:r>
        <w:t>المقدم ما هو الف باء</w:t>
      </w:r>
    </w:p>
    <w:p>
      <w:r>
        <w:t>التالي جيم دال</w:t>
      </w:r>
    </w:p>
    <w:p>
      <w:r>
        <w:t>هذه الصورة</w:t>
      </w:r>
    </w:p>
    <w:p>
      <w:r>
        <w:t>وكل مكان ليس كل باهة فجيم طاء فيما يشتركان في باء</w:t>
      </w:r>
    </w:p>
    <w:p>
      <w:r>
        <w:t>وهو في المقدم مقدم الصغرى مقدم الكبرى</w:t>
      </w:r>
    </w:p>
    <w:p>
      <w:r>
        <w:t>ينتج كلما كان ليس تقول شيخنا لماذا جمدا? لان ما يختفي فالف يبقى في فراغ يجب نربطه بشيء</w:t>
      </w:r>
    </w:p>
    <w:p>
      <w:r>
        <w:t>كلما كان ليس جيم فان كان ليس</w:t>
      </w:r>
    </w:p>
    <w:p>
      <w:r>
        <w:t>جيم طاء نعم فكل الف هاء فالف يرتبط مع هاء يعني مع مقدم مقدم الكبرى</w:t>
      </w:r>
    </w:p>
    <w:p>
      <w:r>
        <w:t>لماذا? من اين جئت الإنتاج? يقول لي انعكاس الصغرى بعكس النقيض الى قولنا</w:t>
      </w:r>
    </w:p>
    <w:p>
      <w:r>
        <w:t>انظر عكس الصورة سورة ما هي كلما كان ليس كل الف باء فجمدة</w:t>
      </w:r>
    </w:p>
    <w:p>
      <w:r>
        <w:t>اعكس كل ما كان ليس جمدال فكل الف باء</w:t>
      </w:r>
    </w:p>
    <w:p>
      <w:r>
        <w:t>ليس هنا دخل على الف باء</w:t>
      </w:r>
    </w:p>
    <w:p>
      <w:r>
        <w:t>جيم دال موجبة</w:t>
      </w:r>
    </w:p>
    <w:p>
      <w:r>
        <w:t>اذا عكس سرسال سالبة تصير موجبة</w:t>
      </w:r>
    </w:p>
    <w:p>
      <w:r>
        <w:t>كلما كان ليس جمدا فكل باء</w:t>
      </w:r>
    </w:p>
    <w:p>
      <w:r>
        <w:t>هذا هو عكس النقيض مر علينا</w:t>
      </w:r>
    </w:p>
    <w:p>
      <w:r>
        <w:t>وانعكاس الكبرى الى قولنا كلما كان ليس جيمطا فكل باحة</w:t>
      </w:r>
    </w:p>
    <w:p>
      <w:r>
        <w:t>الكبرى واضحة</w:t>
      </w:r>
    </w:p>
    <w:p>
      <w:r>
        <w:t>كلما كان ليس كل بهاء</w:t>
      </w:r>
    </w:p>
    <w:p>
      <w:r>
        <w:t>فالليس دخل على فجي من تاع جيم تاع موجب فيصير في العكس سالب</w:t>
      </w:r>
    </w:p>
    <w:p>
      <w:r>
        <w:t>وبه يصير موجب</w:t>
      </w:r>
    </w:p>
    <w:p>
      <w:r>
        <w:t>كيف؟ كلما كان ليس جيم طاف فكل بهاء</w:t>
      </w:r>
    </w:p>
    <w:p>
      <w:r>
        <w:t>فيرجع هذا الى القسم هذا القسم الى القسم الأول وينتج ما ذكرناه ما ذكرناه في ما مضى ما مضى هو الإنتاج هنا لينتج متصلة مقدمها مقدم الصورة وتليها متصلة من مقدم الكبرى نتيجة التالين ما هي النتيجة? هذه كلما كان ليست جمدا فكان لي فان كان ليس جمدا فكل الف هاء</w:t>
      </w:r>
    </w:p>
    <w:p>
      <w:r>
        <w:t>هذه هي النتيجة</w:t>
      </w:r>
    </w:p>
    <w:p>
      <w:r>
        <w:t>فالحاصل آآ نعم فالمقدمة فالمقدمان في النتيجة</w:t>
      </w:r>
    </w:p>
    <w:p>
      <w:r>
        <w:t>وتليها اعني ليست جنبا وليس جنطة نق المقدمة نعم</w:t>
      </w:r>
    </w:p>
    <w:p>
      <w:r>
        <w:t>واضح جدا ليست جيم دال في الصغرى</w:t>
      </w:r>
    </w:p>
    <w:p>
      <w:r>
        <w:t>الصغرى عندك جيم دال موجبة</w:t>
      </w:r>
    </w:p>
    <w:p>
      <w:r>
        <w:t>وهذه ليست جيم نقيض</w:t>
      </w:r>
    </w:p>
    <w:p>
      <w:r>
        <w:t>رفعها</w:t>
      </w:r>
    </w:p>
    <w:p>
      <w:r>
        <w:t>آآ جيم طاف الكبرى</w:t>
      </w:r>
    </w:p>
    <w:p>
      <w:r>
        <w:t>جيمطا موجب</w:t>
      </w:r>
    </w:p>
    <w:p>
      <w:r>
        <w:t>ناقدها رفع ليس جيمطا نقيض تليل مقدمتين</w:t>
      </w:r>
    </w:p>
    <w:p>
      <w:r>
        <w:t>واضح جدا</w:t>
      </w:r>
    </w:p>
    <w:p>
      <w:r>
        <w:t>والتالي التالي التالي التالي نتيجة نقيض المقدمة</w:t>
      </w:r>
    </w:p>
    <w:p>
      <w:r>
        <w:t>يعني كل الف هاء</w:t>
      </w:r>
    </w:p>
    <w:p>
      <w:r>
        <w:t>الف هنا موجب</w:t>
      </w:r>
    </w:p>
    <w:p>
      <w:r>
        <w:t>نعم</w:t>
      </w:r>
    </w:p>
    <w:p>
      <w:r>
        <w:t>نتيجة نقيض المقدم والتالي وتالي التالي نتيج نتيجة ناقضي المقدمتين ناقضين مقدمتين اعني كل الف مهابة كل الف هاء آآ عندك انت آآ نعم كل الف آآ كل الف يعني تنطوي على الف وهاء في الصغرى الف مجبر آآ سالبة هذه موجبة فهو نقيض هاء في الكبرى مسلوب وهذا موجب فهو النقيض</w:t>
      </w:r>
    </w:p>
    <w:p>
      <w:r>
        <w:t>الذي هو نتيجة كل الف باء وكل باء وهما نقيضان المقدمة</w:t>
      </w:r>
    </w:p>
    <w:p>
      <w:r>
        <w:t>فالحاصل ان النتيجة متصلة مقدمها نقيض تالي الصغرى</w:t>
      </w:r>
    </w:p>
    <w:p>
      <w:r>
        <w:t>نعم</w:t>
      </w:r>
    </w:p>
    <w:p>
      <w:r>
        <w:t>نقيض تالي السورة يعني ليس</w:t>
      </w:r>
    </w:p>
    <w:p>
      <w:r>
        <w:t>جيم وتليها متصلة</w:t>
      </w:r>
    </w:p>
    <w:p>
      <w:r>
        <w:t>ما هي المتصلة? ان كان ليس جمدا مقدم نقيض تالي الكبرى</w:t>
      </w:r>
    </w:p>
    <w:p>
      <w:r>
        <w:t>يعني ليس جيمطا</w:t>
      </w:r>
    </w:p>
    <w:p>
      <w:r>
        <w:t>وتليها نتيجة نقيض المقدمة</w:t>
      </w:r>
    </w:p>
    <w:p>
      <w:r>
        <w:t>نعم</w:t>
      </w:r>
    </w:p>
    <w:p>
      <w:r>
        <w:t>فكل الف ها هي النتيجة</w:t>
      </w:r>
    </w:p>
    <w:p>
      <w:r>
        <w:t>كلما كان ليس جمدان ليس جيم طاء فكل الف هاء</w:t>
      </w:r>
    </w:p>
    <w:p>
      <w:r>
        <w:t>تدقيقات رائعة جدا</w:t>
      </w:r>
    </w:p>
    <w:p>
      <w:r>
        <w:t>انتهى الدرس</w:t>
      </w:r>
    </w:p>
    <w:p>
      <w:r>
        <w:t>اللهم صلي على محمد وال محمد</w:t>
      </w:r>
    </w:p>
    <w:p>
      <w:r>
        <w:t>محمد وال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