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الصلاة والسلام على محمد واله الطيبين الطاهرين</w:t>
      </w:r>
    </w:p>
    <w:p>
      <w:r>
        <w:t>اللهم صلي على محمد وال محمد</w:t>
      </w:r>
    </w:p>
    <w:p>
      <w:r>
        <w:t>اللهم ارزقنا التوفيق والاخلاص</w:t>
      </w:r>
    </w:p>
    <w:p>
      <w:r>
        <w:t>وصلنا معكم الى هذه الفقرة</w:t>
      </w:r>
    </w:p>
    <w:p>
      <w:r>
        <w:t>قال وفي الثالث والرابع ان يكون عينوا الواقع في التالي مع عين الواقع في المقدم او مع نقيضه نقيض المقدم كذلك لينعكس لتنعكس تلك المقدمة احد العكسين</w:t>
      </w:r>
    </w:p>
    <w:p>
      <w:r>
        <w:t>عكس المستوى عكس النقيض</w:t>
      </w:r>
    </w:p>
    <w:p>
      <w:r>
        <w:t>وتكون النتيجة اما كلية تليها جزئيا او بالعكس</w:t>
      </w:r>
    </w:p>
    <w:p>
      <w:r>
        <w:t>نعم</w:t>
      </w:r>
    </w:p>
    <w:p>
      <w:r>
        <w:t>بالعكس اه اما كلية تليها كلية او جزئية تليها جزئية</w:t>
      </w:r>
    </w:p>
    <w:p>
      <w:r>
        <w:t>واما كممر في في الاحتمال الأول والثاني</w:t>
      </w:r>
    </w:p>
    <w:p>
      <w:r>
        <w:t>هذه فقط تحتاج الى تركيز حال التطبيق والا المسألة آآ سهلة</w:t>
      </w:r>
    </w:p>
    <w:p>
      <w:r>
        <w:t>اذا بينا الاشتراك في الجزء مرة في التالي يكون في التاليث الصغرى والتالي في وفي الاحتمال الثاني قلنا يكون الجزء هذا في في المقدم في الصورة وفي المقدم في الكبرى</w:t>
      </w:r>
    </w:p>
    <w:p>
      <w:r>
        <w:t>الان لا الان اما ان يكون في المقدم وفي التالي او العكس</w:t>
      </w:r>
    </w:p>
    <w:p>
      <w:r>
        <w:t>نعم اه معني معكوسة مقدم الصغرى يكون في مقدم الصخرة وفي تالي الكبرى</w:t>
      </w:r>
    </w:p>
    <w:p>
      <w:r>
        <w:t>نعم</w:t>
      </w:r>
    </w:p>
    <w:p>
      <w:r>
        <w:t>هذا المشترك يعني احتمال ثالث واحتمال الرابع</w:t>
      </w:r>
    </w:p>
    <w:p>
      <w:r>
        <w:t>تعكسه انت</w:t>
      </w:r>
    </w:p>
    <w:p>
      <w:r>
        <w:t>نعم اقول يشترط في القسم الثالث يعني الاحتمال الثالث</w:t>
      </w:r>
    </w:p>
    <w:p>
      <w:r>
        <w:t>وهو ان يكون الاشتراك بين التالي الصغرى ومقدم الكبرى</w:t>
      </w:r>
    </w:p>
    <w:p>
      <w:r>
        <w:t>ما معنى هذا الكلام? يعني ذلك الجزء المشترك سميه دال مثلا</w:t>
      </w:r>
    </w:p>
    <w:p>
      <w:r>
        <w:t>يكون هذا الاشتراك بين تالي الصغرى يعني يقع في تالي الصغرى هذا المشترك دال</w:t>
      </w:r>
    </w:p>
    <w:p>
      <w:r>
        <w:t>ومقدم الكبرى في الكبرى يقع في المقدم</w:t>
      </w:r>
    </w:p>
    <w:p>
      <w:r>
        <w:t>نعم يشترط في القسم الثالث ان يكون عين الواقع في التالي مع عين الواقع في او مع نقيضه على هيئة منتجة واقعة على احد الاشكال الاربعة هذا شرط كلي لتنعكس المقدمة المشاركة للمقدمة الاخرى في المقدم العكس المستوي</w:t>
      </w:r>
    </w:p>
    <w:p>
      <w:r>
        <w:t>قلت لك العكسين يعني اما عكس النقيض او عكس المستوي</w:t>
      </w:r>
    </w:p>
    <w:p>
      <w:r>
        <w:t>ان كانت المشاركة بين عين التالي تالي الصورة وعين المقدمة الكبرى</w:t>
      </w:r>
    </w:p>
    <w:p>
      <w:r>
        <w:t>وعكس النقيض الموافق ان كانت المشاركة بين عين التالي صغرى ونقيض مقدم الكبرى</w:t>
      </w:r>
    </w:p>
    <w:p>
      <w:r>
        <w:t>النقيض مقدم الكبرى في الصغرى تجدان في الكبرى تجد لا دال هذا هو المعنى</w:t>
      </w:r>
    </w:p>
    <w:p>
      <w:r>
        <w:t>نعم ولهذا يأتي بعكس النقيض وحتى يرفع هذا لا لا دال في التالي</w:t>
      </w:r>
    </w:p>
    <w:p>
      <w:r>
        <w:t>في تالي الكبرى</w:t>
      </w:r>
    </w:p>
    <w:p>
      <w:r>
        <w:t>وكذا يشترط في القسم الرابع القسم الثالث القسم الرابع ان يكون عين الواقع في مقدم الصغرى مع عين الواقع في تالي الكبرى</w:t>
      </w:r>
    </w:p>
    <w:p>
      <w:r>
        <w:t>او مع ناقضه على هيئة منتجة واقعة لاحد انحاء الاشكال الاربع اما الشكل الاولى او الثانية او الثالثة او الرابع</w:t>
      </w:r>
    </w:p>
    <w:p>
      <w:r>
        <w:t>لتنعكس المقدمة احد العكسين على ما تقدم عكسه مستوي او عكس النقيض</w:t>
      </w:r>
    </w:p>
    <w:p>
      <w:r>
        <w:t>مثال القسم الاول يعني القسم الثالث يعني الاحتمال الثالث</w:t>
      </w:r>
    </w:p>
    <w:p>
      <w:r>
        <w:t>نعم</w:t>
      </w:r>
    </w:p>
    <w:p>
      <w:r>
        <w:t>مثال القسم الاول وهي الإنتاج واقعة بين عين التالي وعين العين التالي وعين المقدم</w:t>
      </w:r>
    </w:p>
    <w:p>
      <w:r>
        <w:t>قولنا كلما كان الجيم دال فكل الف دال</w:t>
      </w:r>
    </w:p>
    <w:p>
      <w:r>
        <w:t>يعني اذا بنينا على جمدال يستلزم الف باء</w:t>
      </w:r>
    </w:p>
    <w:p>
      <w:r>
        <w:t>نعم وكلما كان باه فجيم طا</w:t>
      </w:r>
    </w:p>
    <w:p>
      <w:r>
        <w:t>اين الجزء باء? في الصغرى في دائرة التالي</w:t>
      </w:r>
    </w:p>
    <w:p>
      <w:r>
        <w:t>في الكبرى في دائرة المقدم</w:t>
      </w:r>
    </w:p>
    <w:p>
      <w:r>
        <w:t>نعم</w:t>
      </w:r>
    </w:p>
    <w:p>
      <w:r>
        <w:t>ينتج ما كلما كانت جيم دال لماذا? لان الحد الحد الاوسط يجوز هو باء يختفي في النتيجة</w:t>
      </w:r>
    </w:p>
    <w:p>
      <w:r>
        <w:t>فيبقى الملاك ما هو? جيم دال يعني المقدم في الصورة</w:t>
      </w:r>
    </w:p>
    <w:p>
      <w:r>
        <w:t>كلما كانت جمدال فقد يكون جزئيا</w:t>
      </w:r>
    </w:p>
    <w:p>
      <w:r>
        <w:t>قلنا الإنتاج جزئي</w:t>
      </w:r>
    </w:p>
    <w:p>
      <w:r>
        <w:t>فقد يكون اذا كان جيم طا يعني تالي الكبرى فكل الف هاء</w:t>
      </w:r>
    </w:p>
    <w:p>
      <w:r>
        <w:t>لأن باء يربط بين الف وهاء</w:t>
      </w:r>
    </w:p>
    <w:p>
      <w:r>
        <w:t>نعم هذا هي النتيجة</w:t>
      </w:r>
    </w:p>
    <w:p>
      <w:r>
        <w:t>نعم</w:t>
      </w:r>
    </w:p>
    <w:p>
      <w:r>
        <w:t>عجيب</w:t>
      </w:r>
    </w:p>
    <w:p>
      <w:r>
        <w:t>حقيقة عبقرية</w:t>
      </w:r>
    </w:p>
    <w:p>
      <w:r>
        <w:t>عبقرية منطقية</w:t>
      </w:r>
    </w:p>
    <w:p>
      <w:r>
        <w:t>اذا المقدم يبقى كلما كان جمدان فقد يكون اذا كان فكل الف هاء</w:t>
      </w:r>
    </w:p>
    <w:p>
      <w:r>
        <w:t>لان لان نعكس الكبرى جزئية بالعكس المستوي</w:t>
      </w:r>
    </w:p>
    <w:p>
      <w:r>
        <w:t>الكبرى ما هي? كلما كان كل بهاء سجمت بالعكس المستوي عكس المستوي ما هو؟ عكس المستوى انك تأتي تأتي التالي تضعه مقدما والمقدم تضعه تاليا ولكن بعضيا</w:t>
      </w:r>
    </w:p>
    <w:p>
      <w:r>
        <w:t>نعم</w:t>
      </w:r>
    </w:p>
    <w:p>
      <w:r>
        <w:t>مثل الحمليات كل الف باء العكس المستوي تقول بعض باء الف كل الف باء بعض باء الف هذا هو العكس عكس المستوي في الشرطيات نفس الشيء التالي يصير مقدم والمقدم يصير التالي وبعضية فقط</w:t>
      </w:r>
    </w:p>
    <w:p>
      <w:r>
        <w:t>يعني تصير هكذا انظر لانا نعكس الكبرى الجزئية بالعكس المستوي</w:t>
      </w:r>
    </w:p>
    <w:p>
      <w:r>
        <w:t>هكذا تقول كل بعظ ما اه اه قد يكون احسن</w:t>
      </w:r>
    </w:p>
    <w:p>
      <w:r>
        <w:t>قد يكون اذا كان جيمتا فب نعم</w:t>
      </w:r>
    </w:p>
    <w:p>
      <w:r>
        <w:t>قد يكون اذا كان باه قد يكون اذا كان جيمطا اكتبها قد يكون اذا كان جيم طاء ثاء باء هذا هو عكس لانا نعكس الكبرى لان نعكس الكبرى جزئية بالعكس المستوي ليرجع الى القسم الاول</w:t>
      </w:r>
    </w:p>
    <w:p>
      <w:r>
        <w:t>يعني الاحتمال الاول</w:t>
      </w:r>
    </w:p>
    <w:p>
      <w:r>
        <w:t>وهو ان تكون الشرك بين التلين وينتج ما ذكرناه</w:t>
      </w:r>
    </w:p>
    <w:p>
      <w:r>
        <w:t>انظر عكست الصورة القياس يصير هكذا كلما كان جمدال فكل الف باء</w:t>
      </w:r>
    </w:p>
    <w:p>
      <w:r>
        <w:t>وقد يكون اذا كان جنطال جنطة فباء</w:t>
      </w:r>
    </w:p>
    <w:p>
      <w:r>
        <w:t>نعم اه باء الحد المشترك او الجزء المشترك يقع في التالي التالي الصغرى تالي الكبرى نعم وكلاهما آآ مجبى وواحدة كلية يعني الاحتمال الاول شروطه متوفرة نعم وينتج ما ذكرناه ينتج ما ذكرناه في الإحتمال الأول ها هو الإحتمال الأول</w:t>
      </w:r>
    </w:p>
    <w:p>
      <w:r>
        <w:t>ان يكون الإشتراك بين تالي الصغرى وتالي الكبرى</w:t>
      </w:r>
    </w:p>
    <w:p>
      <w:r>
        <w:t>في مثالنا هو الف باء</w:t>
      </w:r>
    </w:p>
    <w:p>
      <w:r>
        <w:t>كلما كان باء فجيم وكلما كان هذا فكل دال طاء</w:t>
      </w:r>
    </w:p>
    <w:p>
      <w:r>
        <w:t>نعم</w:t>
      </w:r>
    </w:p>
    <w:p>
      <w:r>
        <w:t>فالإنتاج اه اه انظر هنا في الإحتمال الأول</w:t>
      </w:r>
    </w:p>
    <w:p>
      <w:r>
        <w:t>عندك دال يقع في ثاني سورة وتالي الكبرى</w:t>
      </w:r>
    </w:p>
    <w:p>
      <w:r>
        <w:t>فيختفي فإذا اختفى يأتي الإنتاج نعم نعم ومثال نعم هادي بيناه بينا ومثاله وهيئة الانتاج واقعة مع عين التالي والنقيض المقدم</w:t>
      </w:r>
    </w:p>
    <w:p>
      <w:r>
        <w:t>نعم</w:t>
      </w:r>
    </w:p>
    <w:p>
      <w:r>
        <w:t>مثال القسم الأول وهيئة الإنتاج</w:t>
      </w:r>
    </w:p>
    <w:p>
      <w:r>
        <w:t>واقعة بين عين التالي وعين المقدم كقولنا كلما كان جمدال فكل الف باء وكل ما كان باء فجيم طاء ينتج كلما كان جندال فقدنا جزئيا فقد يكون اذا كانا اذا كان جيم طال فكل الف باء</w:t>
      </w:r>
    </w:p>
    <w:p>
      <w:r>
        <w:t>بالعكس عكس المستوي</w:t>
      </w:r>
    </w:p>
    <w:p>
      <w:r>
        <w:t>لان نعكس كبرى جزئية بالعكس المستوي</w:t>
      </w:r>
    </w:p>
    <w:p>
      <w:r>
        <w:t>ليرجع الى القسم الاول</w:t>
      </w:r>
    </w:p>
    <w:p>
      <w:r>
        <w:t>وهو ان تكون الشرك بين التالين وينتج ما ذكرناه</w:t>
      </w:r>
    </w:p>
    <w:p>
      <w:r>
        <w:t>ما ذكرناه في الاحتمال الأول هو يسميه القسم الأول هنا فتصير النتيجة كلما كان جيم دال فقد يكون اذا كان جند جيم طا فكل الف هاء من اختفى باء هذا الجزء المشترك مثاله وهيئة الإنتاج واقعة مع عين التالي ونقيض هذا الاحتمال الثاني من هذا القسم</w:t>
      </w:r>
    </w:p>
    <w:p>
      <w:r>
        <w:t>قولنا كلما كان الف فكل جيم دال</w:t>
      </w:r>
    </w:p>
    <w:p>
      <w:r>
        <w:t>كلما كان الف فكل جمدا</w:t>
      </w:r>
    </w:p>
    <w:p>
      <w:r>
        <w:t>وكلما كان ليس كلو دالها فجيم طاء</w:t>
      </w:r>
    </w:p>
    <w:p>
      <w:r>
        <w:t>وركز على الان ركز على الحد الاوسط لي هو جزء جيم</w:t>
      </w:r>
    </w:p>
    <w:p>
      <w:r>
        <w:t>جيم جيم في التالي الصغرى</w:t>
      </w:r>
    </w:p>
    <w:p>
      <w:r>
        <w:t>في التالي الكبرى</w:t>
      </w:r>
    </w:p>
    <w:p>
      <w:r>
        <w:t>ما هو ينت كلما كان الف باء الف با يبقى</w:t>
      </w:r>
    </w:p>
    <w:p>
      <w:r>
        <w:t>فان كانت جيمطا فكل جيم</w:t>
      </w:r>
    </w:p>
    <w:p>
      <w:r>
        <w:t>لان دال يربط بين جيم وواضحة جدا</w:t>
      </w:r>
    </w:p>
    <w:p>
      <w:r>
        <w:t>واضحة جدا كلما كان الف باء فان كانت جيمطا فكل جمحا</w:t>
      </w:r>
    </w:p>
    <w:p>
      <w:r>
        <w:t>نعم فكل جيم ها دال يربط بين الجيم هاء</w:t>
      </w:r>
    </w:p>
    <w:p>
      <w:r>
        <w:t>نعم</w:t>
      </w:r>
    </w:p>
    <w:p>
      <w:r>
        <w:t>كلما كان الف باء فان كانت جيمطا فكل جيم يعني اذا بنينا على جيم طا حتما اه على فحتما جيم يعانق لماذا? لان الحد الاوسط اذا اختفى يجمع بين جيم وهاء فتكون النتيجة هكذا كلما كان الف باء فان كانت جيمطا فكل جيمها</w:t>
      </w:r>
    </w:p>
    <w:p>
      <w:r>
        <w:t>ثم الالية الالية سهلة لان نعكس الكبرى عكس النقيض</w:t>
      </w:r>
    </w:p>
    <w:p>
      <w:r>
        <w:t>الى قولنا عكس النقيض اكررها</w:t>
      </w:r>
    </w:p>
    <w:p>
      <w:r>
        <w:t>عندك الف باء</w:t>
      </w:r>
    </w:p>
    <w:p>
      <w:r>
        <w:t>القضية الف باء بالحملية ثم الطبق على على الشرط غير متصلة شهد</w:t>
      </w:r>
    </w:p>
    <w:p>
      <w:r>
        <w:t>الف باء اقلب باء الف</w:t>
      </w:r>
    </w:p>
    <w:p>
      <w:r>
        <w:t>ثم تضع النفي في الجزئين</w:t>
      </w:r>
    </w:p>
    <w:p>
      <w:r>
        <w:t>لا بلى الف</w:t>
      </w:r>
    </w:p>
    <w:p>
      <w:r>
        <w:t>هذا هو عكس النقيض</w:t>
      </w:r>
    </w:p>
    <w:p>
      <w:r>
        <w:t>انت الآن في الشرطية</w:t>
      </w:r>
    </w:p>
    <w:p>
      <w:r>
        <w:t>الشرطية تجعل التالي المقدم والتالي بأداة النفي هذا فقط</w:t>
      </w:r>
    </w:p>
    <w:p>
      <w:r>
        <w:t>لأن نعكس الكبرى عكس النقيض الى قولنا</w:t>
      </w:r>
    </w:p>
    <w:p>
      <w:r>
        <w:t>الكبرى ما هي? كلما كان ليس كل جيم دال فجيمتا</w:t>
      </w:r>
    </w:p>
    <w:p>
      <w:r>
        <w:t>جيم تصير مقدم دار التالي ثم ادخل النفي</w:t>
      </w:r>
    </w:p>
    <w:p>
      <w:r>
        <w:t>ليس يدخل عليه يصير موجب</w:t>
      </w:r>
    </w:p>
    <w:p>
      <w:r>
        <w:t>وليس يدخل على يصير سالب</w:t>
      </w:r>
    </w:p>
    <w:p>
      <w:r>
        <w:t>نعم</w:t>
      </w:r>
    </w:p>
    <w:p>
      <w:r>
        <w:t>الى قولنا كلما كان ليس جيمطا جيمطا لان في في الاصل موجب</w:t>
      </w:r>
    </w:p>
    <w:p>
      <w:r>
        <w:t>في العكس يكون سهل دال هاء في الاصل سالب في العكس يكون موجب</w:t>
      </w:r>
    </w:p>
    <w:p>
      <w:r>
        <w:t>سلب السلب ايجاب</w:t>
      </w:r>
    </w:p>
    <w:p>
      <w:r>
        <w:t>هذا هو العكس</w:t>
      </w:r>
    </w:p>
    <w:p>
      <w:r>
        <w:t>عكس النقيض</w:t>
      </w:r>
    </w:p>
    <w:p>
      <w:r>
        <w:t>كلما كان ليس دمطا فكل جيم فكل دال هاء</w:t>
      </w:r>
    </w:p>
    <w:p>
      <w:r>
        <w:t>وينتج وينتج ما ذكرناه</w:t>
      </w:r>
    </w:p>
    <w:p>
      <w:r>
        <w:t>وهي متصلة كلية مقدمها مقدم الصغرى وتاليها متصلة مقدمها التالي الكبرى وتليها نتيجة التأليف بين تالي الصغرى ونقيض المقدمة لكم</w:t>
      </w:r>
    </w:p>
    <w:p>
      <w:r>
        <w:t>نعم</w:t>
      </w:r>
    </w:p>
    <w:p>
      <w:r>
        <w:t>فقط شوية تركيز ومباحثة وكتابة على الورق تتضح الامور ليست صعبة ليست صعبة فقط انت ركز على الحد الاوسط دائما الحد الاوسط يجمع من كان معه</w:t>
      </w:r>
    </w:p>
    <w:p>
      <w:r>
        <w:t>انظر في هذا القياس كلما كان دال هنا الجزء والحد الاوسط مع الجيم في الكبرى وكلما كان ليس كل دلاء دال هنا الحد الاوسط الذي هو جزء معها اذا يرب النتيجة معاجمها هذا فقط</w:t>
      </w:r>
    </w:p>
    <w:p>
      <w:r>
        <w:t>نعم</w:t>
      </w:r>
    </w:p>
    <w:p>
      <w:r>
        <w:t>مثال القسم الثاني والشركة بين عين مقدم الصورة وعين تالي الكبرى</w:t>
      </w:r>
    </w:p>
    <w:p>
      <w:r>
        <w:t>وينتج ينتج متصلا جزئيا</w:t>
      </w:r>
    </w:p>
    <w:p>
      <w:r>
        <w:t>مقدمها تالي الصغرى وتليها متصلة كلية مقدمها الكبرى وتليها نتيجة التأليف بين مقدم الصغرى وتالي الكبرى كقولنا</w:t>
      </w:r>
    </w:p>
    <w:p>
      <w:r>
        <w:t>هذه العبارات جدا مغلقة بالمثال تتضح</w:t>
      </w:r>
    </w:p>
    <w:p>
      <w:r>
        <w:t>خصوصا اذا كانت هناك سبورة كقولنا كلما كان كل الف باء جيم دال</w:t>
      </w:r>
    </w:p>
    <w:p>
      <w:r>
        <w:t>وكلما كان الجيم طا فكل بهاء</w:t>
      </w:r>
    </w:p>
    <w:p>
      <w:r>
        <w:t>الحد الأوسط ما هو؟ باء</w:t>
      </w:r>
    </w:p>
    <w:p>
      <w:r>
        <w:t>باء موجود في مقدم الصغرى وموجود في تالي الصورة</w:t>
      </w:r>
    </w:p>
    <w:p>
      <w:r>
        <w:t>انت ركز الآن باء كجزء وهو حد الأوسط</w:t>
      </w:r>
    </w:p>
    <w:p>
      <w:r>
        <w:t>مقارن لما في الصورة تقول مقارنة للجيم</w:t>
      </w:r>
    </w:p>
    <w:p>
      <w:r>
        <w:t>كلما كان كل الف جيم دال دال مع جيم</w:t>
      </w:r>
    </w:p>
    <w:p>
      <w:r>
        <w:t>وفي في الكبرى تقول كلما كان الجيم طا فكل باء مقارنة لها</w:t>
      </w:r>
    </w:p>
    <w:p>
      <w:r>
        <w:t>اذا النتيجة تجي مقارنة لها</w:t>
      </w:r>
    </w:p>
    <w:p>
      <w:r>
        <w:t>لأن لحد الآن الاوسط يختفي ويجتمع القرينين</w:t>
      </w:r>
    </w:p>
    <w:p>
      <w:r>
        <w:t>ينتج انظر ينتج قد يكون اذا كان جيم دال نعم لان آآ آآ لحظة لا انا اشتبهت باب واحد الاوسط</w:t>
      </w:r>
    </w:p>
    <w:p>
      <w:r>
        <w:t>كلما كان كل الذ فجمدان</w:t>
      </w:r>
    </w:p>
    <w:p>
      <w:r>
        <w:t>وكل ما كان جمطة فكل بهاء</w:t>
      </w:r>
    </w:p>
    <w:p>
      <w:r>
        <w:t>الحد الاوسط الذي هو جزء وباء يربط من كان معه من كان معه الف وهاء</w:t>
      </w:r>
    </w:p>
    <w:p>
      <w:r>
        <w:t>اذا فالنتيجة تجد الارتباط تعانق بين الف وهاء</w:t>
      </w:r>
    </w:p>
    <w:p>
      <w:r>
        <w:t>نعم</w:t>
      </w:r>
    </w:p>
    <w:p>
      <w:r>
        <w:t>قد يكون ينتج قد يكون اذا كان جمدا</w:t>
      </w:r>
    </w:p>
    <w:p>
      <w:r>
        <w:t>تبقى هي هي</w:t>
      </w:r>
    </w:p>
    <w:p>
      <w:r>
        <w:t>كلما كان تبقى هي هي فكل الف هاء</w:t>
      </w:r>
    </w:p>
    <w:p>
      <w:r>
        <w:t>انظر الحد الأوسط ربط بين الف الجزء المقدم</w:t>
      </w:r>
    </w:p>
    <w:p>
      <w:r>
        <w:t>وربط بينها الجزء التالي</w:t>
      </w:r>
    </w:p>
    <w:p>
      <w:r>
        <w:t>الجزء التالي نعم</w:t>
      </w:r>
    </w:p>
    <w:p>
      <w:r>
        <w:t>لأن الالية فقط لأن نعكس الصورة الى قولنا عكس الصغرى هنا اه الى قولنا الصغرى ما هي? كلما كان كل الف باء فجم دال عكسها يعني اجعل التالي في المقدم والمقدم في التالي قد يكون اذا كان جمدال نعم فكل الف باء هذا كتبه آآ نعكس الصغرى عكس المستوي</w:t>
      </w:r>
    </w:p>
    <w:p>
      <w:r>
        <w:t>ليس عكسا النقيض</w:t>
      </w:r>
    </w:p>
    <w:p>
      <w:r>
        <w:t>عكس المستوي</w:t>
      </w:r>
    </w:p>
    <w:p>
      <w:r>
        <w:t>نعم يعني ما في هنا اللام ولام النقض</w:t>
      </w:r>
    </w:p>
    <w:p>
      <w:r>
        <w:t>لا هذا عكس المستوى</w:t>
      </w:r>
    </w:p>
    <w:p>
      <w:r>
        <w:t>الكلية في العكس المستوي وتنعكس جزئيا</w:t>
      </w:r>
    </w:p>
    <w:p>
      <w:r>
        <w:t>موجبة موجبة</w:t>
      </w:r>
    </w:p>
    <w:p>
      <w:r>
        <w:t>ليرجع الى القسم الأول الذي تقع الشركة فيه بين التالين وينتج وذكرنا</w:t>
      </w:r>
    </w:p>
    <w:p>
      <w:r>
        <w:t>نعم</w:t>
      </w:r>
    </w:p>
    <w:p>
      <w:r>
        <w:t>فتصير الحد الأوسط الذي هو باء</w:t>
      </w:r>
    </w:p>
    <w:p>
      <w:r>
        <w:t>يكون فتالي صغرى وفي الكبرى</w:t>
      </w:r>
    </w:p>
    <w:p>
      <w:r>
        <w:t>مثال ومثاله هو الشرك بين نقيض مقدم الصغرى وعين التالي الكبرى وينتج متصلا كليا</w:t>
      </w:r>
    </w:p>
    <w:p>
      <w:r>
        <w:t>مقدمها نقيض تالي السورة وتليها متصلة كلية مقدمة ومقدمة الكبرى</w:t>
      </w:r>
    </w:p>
    <w:p>
      <w:r>
        <w:t>وتليها نتيجة التأليف بين مقدم السورة وعين التالي الكبرى مثاله</w:t>
      </w:r>
    </w:p>
    <w:p>
      <w:r>
        <w:t>والله بدون مثال ما يستقر المعنى في ذهنك</w:t>
      </w:r>
    </w:p>
    <w:p>
      <w:r>
        <w:t>نعم لأن الغاز والغاز</w:t>
      </w:r>
    </w:p>
    <w:p>
      <w:r>
        <w:t>نعم</w:t>
      </w:r>
    </w:p>
    <w:p>
      <w:r>
        <w:t>انظر الآن سهلة جدا بالأمثلة</w:t>
      </w:r>
    </w:p>
    <w:p>
      <w:r>
        <w:t>كلما كان ليس كل الف جنبان</w:t>
      </w:r>
    </w:p>
    <w:p>
      <w:r>
        <w:t>مؤ القضية يعني آآ بعض الف باء يعني كلما كان قد يكون قد يكون قد يكون آآ آآ كل ما كان يعني قد يكون اذا كان الف باء يكون جمدا الكلي يعني اثبات الجزئية</w:t>
      </w:r>
    </w:p>
    <w:p>
      <w:r>
        <w:t>لا يهان</w:t>
      </w:r>
    </w:p>
    <w:p>
      <w:r>
        <w:t>دقق معي الآن وركز على الجزء الحد الأوسط</w:t>
      </w:r>
    </w:p>
    <w:p>
      <w:r>
        <w:t>كلما كان ليس كل الذ فجمدان</w:t>
      </w:r>
    </w:p>
    <w:p>
      <w:r>
        <w:t>وكلما كانت جمطة فكل بهاء</w:t>
      </w:r>
    </w:p>
    <w:p>
      <w:r>
        <w:t>اذا الجزء ما هو? فت الصغرى وفي تالي الكبرى</w:t>
      </w:r>
    </w:p>
    <w:p>
      <w:r>
        <w:t>لا لا في مقدم الصغرى وفي تالي الكبرى</w:t>
      </w:r>
    </w:p>
    <w:p>
      <w:r>
        <w:t>في مقدم الصغرى يقارن الف</w:t>
      </w:r>
    </w:p>
    <w:p>
      <w:r>
        <w:t>في آآ تالي الكبرى يقارنها فالنتيجة تجد الاجتماع بين الف وهاء</w:t>
      </w:r>
    </w:p>
    <w:p>
      <w:r>
        <w:t>ينتج انظر كلما كان ليس كل جمدال هذا يبقى</w:t>
      </w:r>
    </w:p>
    <w:p>
      <w:r>
        <w:t>فكلما كان الجنطة فكل الفها</w:t>
      </w:r>
    </w:p>
    <w:p>
      <w:r>
        <w:t>اذا باء احد الاوسط وهو يجمع القرينين نعم ما قارنه في الصغرى وما قرنه في الكبرى</w:t>
      </w:r>
    </w:p>
    <w:p>
      <w:r>
        <w:t>نعم</w:t>
      </w:r>
    </w:p>
    <w:p>
      <w:r>
        <w:t>ينتج كل ما كان ليس كل جيم دال فكلما كان جيم طا فكل الفا</w:t>
      </w:r>
    </w:p>
    <w:p>
      <w:r>
        <w:t>ثم الالي هي سهلة لان نعكس الصورة بعكس النقيض الان تأتي الى الصورة كلما كان ليس كل الذ ذا فجمدا</w:t>
      </w:r>
    </w:p>
    <w:p>
      <w:r>
        <w:t>الف باء مسبوق بالسلب</w:t>
      </w:r>
    </w:p>
    <w:p>
      <w:r>
        <w:t>في العكس يكون موجبا</w:t>
      </w:r>
    </w:p>
    <w:p>
      <w:r>
        <w:t>جيم دال موجب</w:t>
      </w:r>
    </w:p>
    <w:p>
      <w:r>
        <w:t>في العكس يكون سالبا</w:t>
      </w:r>
    </w:p>
    <w:p>
      <w:r>
        <w:t>نعم</w:t>
      </w:r>
    </w:p>
    <w:p>
      <w:r>
        <w:t>لاننا نعكس الصورة بعكس النقيض ليرجع الى القسم الاول الذي تكون شرك فيه بين التالين</w:t>
      </w:r>
    </w:p>
    <w:p>
      <w:r>
        <w:t>نعم</w:t>
      </w:r>
    </w:p>
    <w:p>
      <w:r>
        <w:t>يعني الف باء بالعكس صرف التالي والكبرى باء هذا المشترك الجزئي في التالي</w:t>
      </w:r>
    </w:p>
    <w:p>
      <w:r>
        <w:t>سنقع في القسم الاول الذي بيناه نعم فقد ظهر ان النتيجة اما كلية تليها جزئيا نعم كما في في نتيجة التقدير الاول من القسم الاول او بالعكس</w:t>
      </w:r>
    </w:p>
    <w:p>
      <w:r>
        <w:t>وهو ان تكون النتيجة متصلة جزئية تالية متصلة كما في نتيجة التقدير الاول من القسم الثاني</w:t>
      </w:r>
    </w:p>
    <w:p>
      <w:r>
        <w:t>واما كممر وهو ان تكون نتيجة كلية وتليها كلي</w:t>
      </w:r>
    </w:p>
    <w:p>
      <w:r>
        <w:t>وهو نتيجة التقدير الثاني من قسم مع الندى الاخير</w:t>
      </w:r>
    </w:p>
    <w:p>
      <w:r>
        <w:t>نعم</w:t>
      </w:r>
    </w:p>
    <w:p>
      <w:r>
        <w:t>نعم مع الممارسة والمباحثات ترسخ هذه المطالب</w:t>
      </w:r>
    </w:p>
    <w:p>
      <w:r>
        <w:t>هكذا لا تنسخ لانها فظفاظة فظفاظة جدا</w:t>
      </w:r>
    </w:p>
    <w:p>
      <w:r>
        <w:t>نعم</w:t>
      </w:r>
    </w:p>
    <w:p>
      <w:r>
        <w:t>واحسن احسن مني ان يأتي بالمعاني</w:t>
      </w:r>
    </w:p>
    <w:p>
      <w:r>
        <w:t>يعني القظايا التي فيها المعاني حيوان وانسان وصان وناطق</w:t>
      </w:r>
    </w:p>
    <w:p>
      <w:r>
        <w:t>هذه فيها اكثر</w:t>
      </w:r>
    </w:p>
    <w:p>
      <w:r>
        <w:t>هكذا الرموز افظل</w:t>
      </w:r>
    </w:p>
    <w:p>
      <w:r>
        <w:t>نعم الرموز شيخنا تقول هذا شي ما قد يطبق يطبق الان في الحاسوب يطبق في الاعلام الالي يطبق في مجالات متعددة</w:t>
      </w:r>
    </w:p>
    <w:p>
      <w:r>
        <w:t>نعم</w:t>
      </w:r>
    </w:p>
    <w:p>
      <w:r>
        <w:t>انتاج القياسات المركبة من القسم الثالث من المتصلات</w:t>
      </w:r>
    </w:p>
    <w:p>
      <w:r>
        <w:t>ما زلنا متصلة نعم ثم تدخل نصل الى المنفصلات</w:t>
      </w:r>
    </w:p>
    <w:p>
      <w:r>
        <w:t>قال والثالث وهو المشترك في جزء تام</w:t>
      </w:r>
    </w:p>
    <w:p>
      <w:r>
        <w:t>جزء تام لان الشرطية المتصلة عند مم القضية الاولى تسمى المقدم اذا دخلنا عليه ادوات الشر</w:t>
      </w:r>
    </w:p>
    <w:p>
      <w:r>
        <w:t>وبالتالي هو كذلك القضية</w:t>
      </w:r>
    </w:p>
    <w:p>
      <w:r>
        <w:t>يعني الجزاء قضية</w:t>
      </w:r>
    </w:p>
    <w:p>
      <w:r>
        <w:t>هنا الاشتراك في قضية</w:t>
      </w:r>
    </w:p>
    <w:p>
      <w:r>
        <w:t>اما على مستوى المقدم او على مستوى التالي</w:t>
      </w:r>
    </w:p>
    <w:p>
      <w:r>
        <w:t>والثالث وهو المشترك في جزء تام في احداهما</w:t>
      </w:r>
    </w:p>
    <w:p>
      <w:r>
        <w:t>يعني قضية تكرر في التالي وهل في المقدمة الصغرى والمقدمة الكبرى</w:t>
      </w:r>
    </w:p>
    <w:p>
      <w:r>
        <w:t>نعم</w:t>
      </w:r>
    </w:p>
    <w:p>
      <w:r>
        <w:t>آآ والثاني وهو المشترك في جزء تام في احداهما يعني الصغرى او الكبرى لا فرق</w:t>
      </w:r>
    </w:p>
    <w:p>
      <w:r>
        <w:t>تكون قضية</w:t>
      </w:r>
    </w:p>
    <w:p>
      <w:r>
        <w:t>غير تام في الأخرى يكون في الأخرى يكون جزء</w:t>
      </w:r>
    </w:p>
    <w:p>
      <w:r>
        <w:t>يعني تقول هكذا في السورة عندنا الف باء في الكبرى عندنا فقط باء</w:t>
      </w:r>
    </w:p>
    <w:p>
      <w:r>
        <w:t>او بالعكس</w:t>
      </w:r>
    </w:p>
    <w:p>
      <w:r>
        <w:t>في الكبرى عندنا الف باء في الصورة عندنا باء فقط</w:t>
      </w:r>
    </w:p>
    <w:p>
      <w:r>
        <w:t>يعني في مقدمة قضية في مقدمة اخرى ليس قضية</w:t>
      </w:r>
    </w:p>
    <w:p>
      <w:r>
        <w:t>وانما محمول او موضوع</w:t>
      </w:r>
    </w:p>
    <w:p>
      <w:r>
        <w:t>نعم</w:t>
      </w:r>
    </w:p>
    <w:p>
      <w:r>
        <w:t>ويكون وتكون ويكون الذات التامة ذات التام يعني المقدمة التي فيها الحد الاوسط التام</w:t>
      </w:r>
    </w:p>
    <w:p>
      <w:r>
        <w:t>يعني قضية وليس اه جزءا كالمحمول بسيطة والاخرى مركبة</w:t>
      </w:r>
    </w:p>
    <w:p>
      <w:r>
        <w:t>مثلا تكون الاولى من حمليتين والاخرى من مقدمة حملية وتالي متصل هذا هو التركيب</w:t>
      </w:r>
    </w:p>
    <w:p>
      <w:r>
        <w:t>مركبة يعني حملية ومتصلة</w:t>
      </w:r>
    </w:p>
    <w:p>
      <w:r>
        <w:t>ليكون المشترك جزء من الاولى وجز جزء من الاخرى وباقي الشروط كما مرة كما مرة</w:t>
      </w:r>
    </w:p>
    <w:p>
      <w:r>
        <w:t>معقدة جدا</w:t>
      </w:r>
    </w:p>
    <w:p>
      <w:r>
        <w:t>نعم</w:t>
      </w:r>
    </w:p>
    <w:p>
      <w:r>
        <w:t>واذا عرفت الاصول فعليك البيان وايراد الامثلة ولك ان تركب مرة مرة بعد اخرى</w:t>
      </w:r>
    </w:p>
    <w:p>
      <w:r>
        <w:t>نعم</w:t>
      </w:r>
    </w:p>
    <w:p>
      <w:r>
        <w:t>اذا فهمت اصل يعني تركز جيدا على الصورة والكبرى</w:t>
      </w:r>
    </w:p>
    <w:p>
      <w:r>
        <w:t>وتركز على الحد الاوسط قرين الحد الاوسط في الصورة وقرينه في الكبرى يجتمعان في النتيجة</w:t>
      </w:r>
    </w:p>
    <w:p>
      <w:r>
        <w:t>نعم ثم اليات العكس النقيض وعكس المستوى عكس المستوى هذه اليات فقط لارجاعه الى القسم الأول</w:t>
      </w:r>
    </w:p>
    <w:p>
      <w:r>
        <w:t>حتى نصل الى نتيجة سهلة سهلة</w:t>
      </w:r>
    </w:p>
    <w:p>
      <w:r>
        <w:t>اقول هذا هو القسم الثالث وهو الذي يكون المشترك جزءا تاما من احدى مقدماته</w:t>
      </w:r>
    </w:p>
    <w:p>
      <w:r>
        <w:t>يعني ايه مفصولة والكبرى? لا فرق غير تام من الاخرى اما في الصغرى والكبرى</w:t>
      </w:r>
    </w:p>
    <w:p>
      <w:r>
        <w:t>انما يتحقق هذا القسم بان تكون احدى المقدمات شرطية مركبة من جزئين</w:t>
      </w:r>
    </w:p>
    <w:p>
      <w:r>
        <w:t>احدهما الشرطي والاخر البسيط منها</w:t>
      </w:r>
    </w:p>
    <w:p>
      <w:r>
        <w:t>مثلا تكون بسيطة من حمليتين</w:t>
      </w:r>
    </w:p>
    <w:p>
      <w:r>
        <w:t>والاخرى من مقدم حملية وتالي تالي المتصلة</w:t>
      </w:r>
    </w:p>
    <w:p>
      <w:r>
        <w:t>ليكون المشترك جزءا تاما من المقدمة الاولى</w:t>
      </w:r>
    </w:p>
    <w:p>
      <w:r>
        <w:t>وغير تاما الاخرى كقولنا انظر كلما كان الف فكل هذا الترك كلما كان الف فكلما كان الجيم دال فهزا التركيب</w:t>
      </w:r>
    </w:p>
    <w:p>
      <w:r>
        <w:t>نعم تركيب من حملية اه شرطية كلما كان اليبا</w:t>
      </w:r>
    </w:p>
    <w:p>
      <w:r>
        <w:t>هذه الف بحملية</w:t>
      </w:r>
    </w:p>
    <w:p>
      <w:r>
        <w:t>كلما كان جمدا فاز لشرطيا</w:t>
      </w:r>
    </w:p>
    <w:p>
      <w:r>
        <w:t>يعني الشرطية متشكلة من حملة شرطية يعني من بسيطة ومركبة</w:t>
      </w:r>
    </w:p>
    <w:p>
      <w:r>
        <w:t>وكلما كان هزا فجن طاري بسيطة</w:t>
      </w:r>
    </w:p>
    <w:p>
      <w:r>
        <w:t>غير مركبة</w:t>
      </w:r>
    </w:p>
    <w:p>
      <w:r>
        <w:t>جاي ماذا ينتج دقق جيدا? الحد الاوسط اين هنا? كلما كان الف باء فكلما كانت جيم دال فاز وكلما كان هزا هزا فجين طائر الحد الاوسط هو اه اه هزا نعم</w:t>
      </w:r>
    </w:p>
    <w:p>
      <w:r>
        <w:t>نعم</w:t>
      </w:r>
    </w:p>
    <w:p>
      <w:r>
        <w:t>انظر هذا يختفي</w:t>
      </w:r>
    </w:p>
    <w:p>
      <w:r>
        <w:t>ينتج كل ما كان الف باء فكل ما كلما كان جمدا فجمطا</w:t>
      </w:r>
    </w:p>
    <w:p>
      <w:r>
        <w:t>نعني هزا تختفي</w:t>
      </w:r>
    </w:p>
    <w:p>
      <w:r>
        <w:t>نعم</w:t>
      </w:r>
    </w:p>
    <w:p>
      <w:r>
        <w:t>سهلة جدا وليست صعبة</w:t>
      </w:r>
    </w:p>
    <w:p>
      <w:r>
        <w:t>ركز فقط الحد الاوسط</w:t>
      </w:r>
    </w:p>
    <w:p>
      <w:r>
        <w:t>هنا هزا هو الحد الاوسط</w:t>
      </w:r>
    </w:p>
    <w:p>
      <w:r>
        <w:t>اذا معناه هكذا اذا بنينا على الف باء فكل ما كان جمدا يكون جيم آآ جيمطا سهلة جدا</w:t>
      </w:r>
    </w:p>
    <w:p>
      <w:r>
        <w:t>لماذا نقول اذا بلينا? اذا بلينا القضية شرطية</w:t>
      </w:r>
    </w:p>
    <w:p>
      <w:r>
        <w:t>اذا بنينا</w:t>
      </w:r>
    </w:p>
    <w:p>
      <w:r>
        <w:t>ليست قضية بالتية نعم نعيد كقولنا كلما كان الف باء فكلما كانت جيم دال فهزا نعم هذه تمت وكلما كان هذا فجيم طاء الحد الاوسط هو آآ هزا ياء وفي فتال مركبة وكلما هازا في مقدم البسيطة نعم فيختفي الحد الاوسط يبقى الف باء كما هو فنقول كلما كان الف باء فكلما كان جيم هزا يختفي</w:t>
      </w:r>
    </w:p>
    <w:p>
      <w:r>
        <w:t>يختفي في آآ النتيجة</w:t>
      </w:r>
    </w:p>
    <w:p>
      <w:r>
        <w:t>ويشترط اشتمال المقدمة البسيطة مع الشرطية</w:t>
      </w:r>
    </w:p>
    <w:p>
      <w:r>
        <w:t>التي هي جزء من المقدمة المركبة على تأليف منتج من احدى الاشكال الاربعة نعم طبعا الاشكال العقيمة لا تنفع</w:t>
      </w:r>
    </w:p>
    <w:p>
      <w:r>
        <w:t>يعني يجب ان يكون الحد الاوسط متكرر شروط الانتاج المعروفة آآ في الاشكال الاربعة</w:t>
      </w:r>
    </w:p>
    <w:p>
      <w:r>
        <w:t>لا انتاج من سالبتين لا انتاج من جزئيتين</w:t>
      </w:r>
    </w:p>
    <w:p>
      <w:r>
        <w:t>وهذه الامور</w:t>
      </w:r>
    </w:p>
    <w:p>
      <w:r>
        <w:t>واذا عرفت الاصول فعليك البيان وايراد الامثلة للاقسام التي نذكرها التي نذكرها ولك ان تركب مرة بعد اخرى</w:t>
      </w:r>
    </w:p>
    <w:p>
      <w:r>
        <w:t>لان المقدمة البسيطة ان كانت مركبة من شرطيتين كانت المركبة مركبة شرطية احداه بسيطة والاخرى مركبة</w:t>
      </w:r>
    </w:p>
    <w:p>
      <w:r>
        <w:t>وعلى هذا القياس كقولنا كلما كان كلما كان كلما كان الف باء جيم دال فكلما كان هاز فجمدا طاء</w:t>
      </w:r>
    </w:p>
    <w:p>
      <w:r>
        <w:t>وكلما كان كلما كان هذا فجمط ثميم وكلما كان الدال فكاف عين ينتج يعني بعدما تحذف الحد الأوسط في كل الأقيسة ينتج كلما كان كلما كان فكلما كان كل ما كان كله كان الف باء هو الاول المقدمة</w:t>
      </w:r>
    </w:p>
    <w:p>
      <w:r>
        <w:t>المقدم الاول في القضية الاولى</w:t>
      </w:r>
    </w:p>
    <w:p>
      <w:r>
        <w:t>فجيم دال فميم نون</w:t>
      </w:r>
    </w:p>
    <w:p>
      <w:r>
        <w:t>فكلما كان الدال فاء فكاف عين وهكذا</w:t>
      </w:r>
    </w:p>
    <w:p>
      <w:r>
        <w:t>سهلة المسألة</w:t>
      </w:r>
    </w:p>
    <w:p>
      <w:r>
        <w:t>فقط انت تركز الحد الاوسط يختفي ويجمع بين الطرفين</w:t>
      </w:r>
    </w:p>
    <w:p>
      <w:r>
        <w:t>من كان معه في المقدمة الاولى ومن كان معه في المقدمة الاخرى يختفي ويجمع من كان معه</w:t>
      </w:r>
    </w:p>
    <w:p>
      <w:r>
        <w:t>لا يجمع من الغريب نعم</w:t>
      </w:r>
    </w:p>
    <w:p>
      <w:r>
        <w:t>نعم ان الشرطية هي التي جزء الشرطي يأتي ان شاء الله واللهم صل على محمد وال محمد</w:t>
      </w:r>
    </w:p>
    <w:p>
      <w:r>
        <w:t>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