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سبحان الله يا الله</w:t>
      </w:r>
    </w:p>
    <w:p>
      <w:r>
        <w:t>والحمد لله</w:t>
      </w:r>
    </w:p>
    <w:p>
      <w:r>
        <w:t>والله اكبر</w:t>
      </w:r>
    </w:p>
    <w:p>
      <w:r>
        <w:t>اعوذ بالله من الشيطان الرجيم بسم الله الرحمن الرحيم وبه تعالى والصلاة والسلام على محمد واله الطيبين الطاهرين</w:t>
      </w:r>
    </w:p>
    <w:p>
      <w:r>
        <w:t>اللهم صل على محمد وال محمد</w:t>
      </w:r>
    </w:p>
    <w:p>
      <w:r>
        <w:t>اللهم ارزقنا التوفيق والاخلاص</w:t>
      </w:r>
    </w:p>
    <w:p>
      <w:r>
        <w:t>وصلنا مع الى هذه الفقرة واعلم ان الشرطية التي هي جزء الشرطية التي هي الشرطية المركبة</w:t>
      </w:r>
    </w:p>
    <w:p>
      <w:r>
        <w:t>لغة بربرية عجيبة وغريبة</w:t>
      </w:r>
    </w:p>
    <w:p>
      <w:r>
        <w:t>واعلم ان الشرطية هنا يقصد الشرطية التي تقع داخل الشرطية الكبيرة</w:t>
      </w:r>
    </w:p>
    <w:p>
      <w:r>
        <w:t>نعم</w:t>
      </w:r>
    </w:p>
    <w:p>
      <w:r>
        <w:t>وستأتي الامثلة توضح هذا الغموض</w:t>
      </w:r>
    </w:p>
    <w:p>
      <w:r>
        <w:t>واعلم ان الشرطية التي التي وصف للشرطية</w:t>
      </w:r>
    </w:p>
    <w:p>
      <w:r>
        <w:t>التي هي جزء الشرطية</w:t>
      </w:r>
    </w:p>
    <w:p>
      <w:r>
        <w:t>الشرطية الكبيرة</w:t>
      </w:r>
    </w:p>
    <w:p>
      <w:r>
        <w:t>ما هي هذه الشرطية الكبيرة? التي هي الشرطية المركبة? يجوز ان تكون متصلة اذا هذا الجزء الداخلي وهو شرط كذلك يعني قضية شرطية قد تكون متصلة وقد تكون منفصلة</w:t>
      </w:r>
    </w:p>
    <w:p>
      <w:r>
        <w:t>ما شق ثالث</w:t>
      </w:r>
    </w:p>
    <w:p>
      <w:r>
        <w:t>القضية الشرطية اما متصلة من هذا الباب</w:t>
      </w:r>
    </w:p>
    <w:p>
      <w:r>
        <w:t>اذا كان الف كان باء</w:t>
      </w:r>
    </w:p>
    <w:p>
      <w:r>
        <w:t>او الشيء واما الف واما باء</w:t>
      </w:r>
    </w:p>
    <w:p>
      <w:r>
        <w:t>يجوز ان تكون متصلة او ان تكون منفصلا</w:t>
      </w:r>
    </w:p>
    <w:p>
      <w:r>
        <w:t>لان القسمة دائرة بين النفي والاثبات</w:t>
      </w:r>
    </w:p>
    <w:p>
      <w:r>
        <w:t>ما في شق ثالث</w:t>
      </w:r>
    </w:p>
    <w:p>
      <w:r>
        <w:t>وعلى كلا التقديرين يعني اذا بنينا على المتصلة او بنينا على المنفصلة ماذا يترتب? فهي اما تالي الصورة هذا الجزء الجزء الداخلي من الشرطية الكبيرة يشير الى التموضع التموضع عندنا المقدم التالي اما ان تتموضع في المقدم او في التاني كذلك مجال اخر وعلى كلا التقديرين تقديرين يعني ابني على المتصلة او ابني على المنفصلة</w:t>
      </w:r>
    </w:p>
    <w:p>
      <w:r>
        <w:t>فهي اما تالي الصغرى او آآ مقدم الصورة</w:t>
      </w:r>
    </w:p>
    <w:p>
      <w:r>
        <w:t>اذا تتموضع عمل في المقدمة وبالتالي او تالي الكبرى او المقدمة الكبرى</w:t>
      </w:r>
    </w:p>
    <w:p>
      <w:r>
        <w:t>ما عندنا شق ثالث التالي ومقدم</w:t>
      </w:r>
    </w:p>
    <w:p>
      <w:r>
        <w:t>فالاقسام ثمانية نعم</w:t>
      </w:r>
    </w:p>
    <w:p>
      <w:r>
        <w:t>لان عندنا التالي عندنا المقدم الصغرى وتالي الصغرى مقدم الكبرى وتالي الكبرى في مقدمتين اثنين في اربعة ثمانية</w:t>
      </w:r>
    </w:p>
    <w:p>
      <w:r>
        <w:t>فالاقسام ثمانية والاشكال الاربعة تنعقد في كل قسم منها</w:t>
      </w:r>
    </w:p>
    <w:p>
      <w:r>
        <w:t>الاشك الاربعاء يعني الشكل الاول والثاني والثالث والرابع</w:t>
      </w:r>
    </w:p>
    <w:p>
      <w:r>
        <w:t>مثال المتصلة الجزء يعني الجزء الشرطية الكبيرة متصلة من هذا الصنخ اذا كان الف كان باء</w:t>
      </w:r>
    </w:p>
    <w:p>
      <w:r>
        <w:t>والشرك مع التالي الشرك مع تعني يعني ما يسمى بالحد الاوسط بالتالي يعني الصورة تشارك الكبرى في التالي</w:t>
      </w:r>
    </w:p>
    <w:p>
      <w:r>
        <w:t>مثاله كلما كان الف باء فكلما كان الجيم طاء فهذا</w:t>
      </w:r>
    </w:p>
    <w:p>
      <w:r>
        <w:t>وكلما كان هذا نعم</w:t>
      </w:r>
    </w:p>
    <w:p>
      <w:r>
        <w:t>انظر الشرطية الكبرى الشرطية الكبرى هذه هي صياغة صياغتها</w:t>
      </w:r>
    </w:p>
    <w:p>
      <w:r>
        <w:t>كلما كان الف باء هذا هو المقدم الشرطية الكبيرة</w:t>
      </w:r>
    </w:p>
    <w:p>
      <w:r>
        <w:t>فكلما كانت جيم هذا مقدم الشرطية التي يجوز التي تقع داخل الكبرى</w:t>
      </w:r>
    </w:p>
    <w:p>
      <w:r>
        <w:t>فهذا هذه هي الشرطية الكبرى</w:t>
      </w:r>
    </w:p>
    <w:p>
      <w:r>
        <w:t>الشرطية الكبرى متصلة كلما كان الف باء فكلما كان جيم طاف هذا</w:t>
      </w:r>
    </w:p>
    <w:p>
      <w:r>
        <w:t>هذه اه الصورة قياس وكلما كان هزا فكاف لا</w:t>
      </w:r>
    </w:p>
    <w:p>
      <w:r>
        <w:t>شرطية متصلة تقع كبرى القياس</w:t>
      </w:r>
    </w:p>
    <w:p>
      <w:r>
        <w:t>جيد</w:t>
      </w:r>
    </w:p>
    <w:p>
      <w:r>
        <w:t>الان يقول الشركة على المستوى التالي</w:t>
      </w:r>
    </w:p>
    <w:p>
      <w:r>
        <w:t>يعني الحد الاوسط على مش مش على مستوى التالت في المقدم ما هو هذه الشركة? الشركة دقق جيد</w:t>
      </w:r>
    </w:p>
    <w:p>
      <w:r>
        <w:t>الصغرى ما هي? الصورة مركبة من شرطية كبيرة وشرطية داخل الشرطية الكبيرة</w:t>
      </w:r>
    </w:p>
    <w:p>
      <w:r>
        <w:t>كلما كان الف باء فكلما كان الجيم طاء فهذا</w:t>
      </w:r>
    </w:p>
    <w:p>
      <w:r>
        <w:t>نعم</w:t>
      </w:r>
    </w:p>
    <w:p>
      <w:r>
        <w:t>وكلما كان هذا فكان كفلام</w:t>
      </w:r>
    </w:p>
    <w:p>
      <w:r>
        <w:t>نعم</w:t>
      </w:r>
    </w:p>
    <w:p>
      <w:r>
        <w:t>متصلة الجزء والشرك مع التالي</w:t>
      </w:r>
    </w:p>
    <w:p>
      <w:r>
        <w:t>الشرك مع التالي</w:t>
      </w:r>
    </w:p>
    <w:p>
      <w:r>
        <w:t>نعم ليس بالضرورة ان يكون المشترك آآ تاليا في الصغرى والكبرى</w:t>
      </w:r>
    </w:p>
    <w:p>
      <w:r>
        <w:t>لا</w:t>
      </w:r>
    </w:p>
    <w:p>
      <w:r>
        <w:t>يعني الكبرى التي هي كلما كان هذا كاف لا تشترك مع الصغرى في التليهة فقط الكلمة هو هذا نعم ينتج ينتج الحد الأوسط يختفي يعني هذا ينتفي من من النتيجة ينتج كل ما كان الف باء الف باء يبقى لأنه مقدم الشرطية الكبيرة هذا يبقى فكلما كان الف باء فكلما كانت جيم الطا فكاف لام</w:t>
      </w:r>
    </w:p>
    <w:p>
      <w:r>
        <w:t>من يجر كاف لام لجيم طاء هو الحد الاوسط</w:t>
      </w:r>
    </w:p>
    <w:p>
      <w:r>
        <w:t>زاء هزا سهلة جدا</w:t>
      </w:r>
    </w:p>
    <w:p>
      <w:r>
        <w:t>ومثاله والشرك مع المقدم يعني الشركة تكون يعني الكبرى تشارك الصغرى في المقدم</w:t>
      </w:r>
    </w:p>
    <w:p>
      <w:r>
        <w:t>نعم</w:t>
      </w:r>
    </w:p>
    <w:p>
      <w:r>
        <w:t>تقول كلما كان كلما كانها طاء فدال زا فجيم دال</w:t>
      </w:r>
    </w:p>
    <w:p>
      <w:r>
        <w:t>نعم</w:t>
      </w:r>
    </w:p>
    <w:p>
      <w:r>
        <w:t>وكلما كان دال زا فكافلا هادي الكبرى</w:t>
      </w:r>
    </w:p>
    <w:p>
      <w:r>
        <w:t>جيد</w:t>
      </w:r>
    </w:p>
    <w:p>
      <w:r>
        <w:t>الشرك في المقدم اي مقدم</w:t>
      </w:r>
    </w:p>
    <w:p>
      <w:r>
        <w:t>نعم</w:t>
      </w:r>
    </w:p>
    <w:p>
      <w:r>
        <w:t>المقدم هو دالزا كلما كان كلما كانها طاف دامزة فجيمدا انظر جيم دال هو التالي النهائي</w:t>
      </w:r>
    </w:p>
    <w:p>
      <w:r>
        <w:t>تالي الكبرى الشرطية الكبرى</w:t>
      </w:r>
    </w:p>
    <w:p>
      <w:r>
        <w:t>نعم وان كان الدال ذا والتالي للجزء الشرطية</w:t>
      </w:r>
    </w:p>
    <w:p>
      <w:r>
        <w:t>لا يهم</w:t>
      </w:r>
    </w:p>
    <w:p>
      <w:r>
        <w:t>المهم هو ان يكون مقدما نعم مقدما في الصغرى</w:t>
      </w:r>
    </w:p>
    <w:p>
      <w:r>
        <w:t>الكبرى سهلة وكل ما كانت دارزة كفلان</w:t>
      </w:r>
    </w:p>
    <w:p>
      <w:r>
        <w:t>اذا دال ذا الذي هو حد الأوسط يضر يجر كافلا لمن? يجره لي</w:t>
      </w:r>
    </w:p>
    <w:p>
      <w:r>
        <w:t>ينتج قد يكون جزئية طبعا</w:t>
      </w:r>
    </w:p>
    <w:p>
      <w:r>
        <w:t>الإنتاج هنا جزئية</w:t>
      </w:r>
    </w:p>
    <w:p>
      <w:r>
        <w:t>ليست آآ كلية</w:t>
      </w:r>
    </w:p>
    <w:p>
      <w:r>
        <w:t>قد يكون اذا كان هذه الجزئية راجعة الى آآ الى العكس</w:t>
      </w:r>
    </w:p>
    <w:p>
      <w:r>
        <w:t>او الى الية اخرى قد يكون اذا كان آآ لحظة نعم الجزئية ممكن آآ تفهمها ليس من العكس تفهمها من آآ من آآ الشكل الثالث</w:t>
      </w:r>
    </w:p>
    <w:p>
      <w:r>
        <w:t>الشكل الثالث ينتج دائما</w:t>
      </w:r>
    </w:p>
    <w:p>
      <w:r>
        <w:t>اه جزئية</w:t>
      </w:r>
    </w:p>
    <w:p>
      <w:r>
        <w:t>هذه قاعدة</w:t>
      </w:r>
    </w:p>
    <w:p>
      <w:r>
        <w:t>انظر</w:t>
      </w:r>
    </w:p>
    <w:p>
      <w:r>
        <w:t>دال زاد هو الحد الاوسط</w:t>
      </w:r>
    </w:p>
    <w:p>
      <w:r>
        <w:t>موجود في المقدم</w:t>
      </w:r>
    </w:p>
    <w:p>
      <w:r>
        <w:t>في الكبرى وكلما كان دار زفة كاملة</w:t>
      </w:r>
    </w:p>
    <w:p>
      <w:r>
        <w:t>كافلام احد الاوسط في في المقدم</w:t>
      </w:r>
    </w:p>
    <w:p>
      <w:r>
        <w:t>الشكل الثالث</w:t>
      </w:r>
    </w:p>
    <w:p>
      <w:r>
        <w:t>الشكل الثالث ينتج دائما هو جزء اذا الجزئية نحرزها من اين? من طبيعة الشكل</w:t>
      </w:r>
    </w:p>
    <w:p>
      <w:r>
        <w:t>شكل ثالث</w:t>
      </w:r>
    </w:p>
    <w:p>
      <w:r>
        <w:t>ينتج قد يكون يعني جزئيا</w:t>
      </w:r>
    </w:p>
    <w:p>
      <w:r>
        <w:t>قد يكون اذا كان جيم دال نعم جيم دال</w:t>
      </w:r>
    </w:p>
    <w:p>
      <w:r>
        <w:t>فكلما كان لنا الحد الأوسط يختفي اه الدار زاد يختفي نعم نعم قد يكون اذا كان فكلما كان فكفلام</w:t>
      </w:r>
    </w:p>
    <w:p>
      <w:r>
        <w:t>يعني الحد الأوسط يختفي</w:t>
      </w:r>
    </w:p>
    <w:p>
      <w:r>
        <w:t>نعم</w:t>
      </w:r>
    </w:p>
    <w:p>
      <w:r>
        <w:t>فإذا اختفى يأتي الحد الأوسط ما هو في الصغرى</w:t>
      </w:r>
    </w:p>
    <w:p>
      <w:r>
        <w:t>جيم دال</w:t>
      </w:r>
    </w:p>
    <w:p>
      <w:r>
        <w:t>تقول هكذا</w:t>
      </w:r>
    </w:p>
    <w:p>
      <w:r>
        <w:t>قد يكون اذا الجيم ده فكلما كان لام واضحة جدا</w:t>
      </w:r>
    </w:p>
    <w:p>
      <w:r>
        <w:t>احذف الحد الاوسط من الشكل الثالث</w:t>
      </w:r>
    </w:p>
    <w:p>
      <w:r>
        <w:t>الاصغر ما هو? ركز على الصغرى</w:t>
      </w:r>
    </w:p>
    <w:p>
      <w:r>
        <w:t>ما هو الاصغر? جيم دال</w:t>
      </w:r>
    </w:p>
    <w:p>
      <w:r>
        <w:t>نعم</w:t>
      </w:r>
    </w:p>
    <w:p>
      <w:r>
        <w:t>ما هو الاكبر? كافلا? يختفي الحد الاوسط ما هو? النتيجة واضحة</w:t>
      </w:r>
    </w:p>
    <w:p>
      <w:r>
        <w:t>قد يكون اذا كانت جمدا فكلما كان ها طاء فك لام</w:t>
      </w:r>
    </w:p>
    <w:p>
      <w:r>
        <w:t>نعم</w:t>
      </w:r>
    </w:p>
    <w:p>
      <w:r>
        <w:t>هذا قانون السيارات قانون السيارات قانون المرور</w:t>
      </w:r>
    </w:p>
    <w:p>
      <w:r>
        <w:t>تطبيق لهذه الاليات</w:t>
      </w:r>
    </w:p>
    <w:p>
      <w:r>
        <w:t>كله تطبيق لهذه الاليات</w:t>
      </w:r>
    </w:p>
    <w:p>
      <w:r>
        <w:t>نعم</w:t>
      </w:r>
    </w:p>
    <w:p>
      <w:r>
        <w:t>طبعا هو هذا التطبيق تطبيق منطقي</w:t>
      </w:r>
    </w:p>
    <w:p>
      <w:r>
        <w:t>التطبيق المنطقي القواعد المنطقية معيارية</w:t>
      </w:r>
    </w:p>
    <w:p>
      <w:r>
        <w:t>يعني نسب ارسالية وامساكية</w:t>
      </w:r>
    </w:p>
    <w:p>
      <w:r>
        <w:t>بقول الاصوليين اذا كانت النسب امساكية وارسالية يعني اوامر ونواهي يعني معايير قد يخالفها الشخص في قوانين المرور مخالفات في الدول المتخلفة كثيرة جدا</w:t>
      </w:r>
    </w:p>
    <w:p>
      <w:r>
        <w:t>القانون المنطق ليس يتعامل مع الواقعيات</w:t>
      </w:r>
    </w:p>
    <w:p>
      <w:r>
        <w:t>المنطق عبارة عن الزامات</w:t>
      </w:r>
    </w:p>
    <w:p>
      <w:r>
        <w:t>الزامات في ذات الحقيقة</w:t>
      </w:r>
    </w:p>
    <w:p>
      <w:r>
        <w:t>كما عندنا الزامات في ذات الأخلاق</w:t>
      </w:r>
    </w:p>
    <w:p>
      <w:r>
        <w:t>يحرك الإنسان نحو الخير</w:t>
      </w:r>
    </w:p>
    <w:p>
      <w:r>
        <w:t>هذا يحرك الإنسان نحو الحقيقة</w:t>
      </w:r>
    </w:p>
    <w:p>
      <w:r>
        <w:t>اذا راعى قواعد المعيارية كقواعد ملزم والمعطيات الخارجية كانت صحيحة فكره يكون مطابقا للواقع يعني هو في مثل الواقع معرفيا</w:t>
      </w:r>
    </w:p>
    <w:p>
      <w:r>
        <w:t>هذا هو المنطق هذا هو المنطق</w:t>
      </w:r>
    </w:p>
    <w:p>
      <w:r>
        <w:t>المنطق لا يجعله منك مفكرا رائعا توصي بالواقع</w:t>
      </w:r>
    </w:p>
    <w:p>
      <w:r>
        <w:t>هذا تكتسب مع العلم والتجربة</w:t>
      </w:r>
    </w:p>
    <w:p>
      <w:r>
        <w:t>كلما راعيت المعايير المنطقية وهذه المراعاة يعني التزام</w:t>
      </w:r>
    </w:p>
    <w:p>
      <w:r>
        <w:t>لانها اوامر اوامر تكوينية</w:t>
      </w:r>
    </w:p>
    <w:p>
      <w:r>
        <w:t>اوامر تكوينية</w:t>
      </w:r>
    </w:p>
    <w:p>
      <w:r>
        <w:t>نعم ليست جعلية كالشريعة</w:t>
      </w:r>
    </w:p>
    <w:p>
      <w:r>
        <w:t>اوامر تكوينية الزامات طبيعية انا اسميها التزامات طبيعية</w:t>
      </w:r>
    </w:p>
    <w:p>
      <w:r>
        <w:t>تلتزم لا تلتزم هذا شأنك</w:t>
      </w:r>
    </w:p>
    <w:p>
      <w:r>
        <w:t>اذا التزمت والمعطى الخارجي المعطى الخارجي هنا بالمعنى الاعم</w:t>
      </w:r>
    </w:p>
    <w:p>
      <w:r>
        <w:t>قد يكون المعطى الخارجي من عالم الطبيعة</w:t>
      </w:r>
    </w:p>
    <w:p>
      <w:r>
        <w:t>من حقائق النفسانية من المعطيات الاخلاقية يعني الوحي والحياة الاجتماعية هذا المعطى يكون صحيحا لا يكون زيفا ثم تخضعه لعملية فكرية</w:t>
      </w:r>
    </w:p>
    <w:p>
      <w:r>
        <w:t>هذه العملية الفكرية واقعية نفسانية في عمقك انت</w:t>
      </w:r>
    </w:p>
    <w:p>
      <w:r>
        <w:t>هذه العملية التي وظفت تلك المعطيات اذا راعت القوانين الزامية وهي القوانين المنطقية حتما انت في متن الحقيقة</w:t>
      </w:r>
    </w:p>
    <w:p>
      <w:r>
        <w:t>في متن الحقيقة</w:t>
      </w:r>
    </w:p>
    <w:p>
      <w:r>
        <w:t>نعم ومثاله من منفصلة الجوز كنا في المتصلة الان انتقلنا الى المنفصلة</w:t>
      </w:r>
    </w:p>
    <w:p>
      <w:r>
        <w:t>منفصلة الجوز يعني عندنا شرطية كبيرة فيها شرطي فيها شرط الداخلية هذه الشرطية من صنخ المنفصلة</w:t>
      </w:r>
    </w:p>
    <w:p>
      <w:r>
        <w:t>من سلخ اما الف واما باء</w:t>
      </w:r>
    </w:p>
    <w:p>
      <w:r>
        <w:t>نعم</w:t>
      </w:r>
    </w:p>
    <w:p>
      <w:r>
        <w:t>والشركة مع التالي يعني الحد الاوسط الكبرى تشارك الصغرى</w:t>
      </w:r>
    </w:p>
    <w:p>
      <w:r>
        <w:t>في الحد الاوسط والحد الأوسط يقع تاليا في الصغرى</w:t>
      </w:r>
    </w:p>
    <w:p>
      <w:r>
        <w:t>كلما كان دقر جيد هازين فدائما انظر دائما يعني كليا</w:t>
      </w:r>
    </w:p>
    <w:p>
      <w:r>
        <w:t>اما باء الف باء او جيم دال</w:t>
      </w:r>
    </w:p>
    <w:p>
      <w:r>
        <w:t>هذه هي الشرطية المنفصل نعم العناد العناد بين الف با وجيم دال</w:t>
      </w:r>
    </w:p>
    <w:p>
      <w:r>
        <w:t>العناد بلاك القضية الشرطية العناد</w:t>
      </w:r>
    </w:p>
    <w:p>
      <w:r>
        <w:t>العناد بين الطرف الأول والطرف الثاني</w:t>
      </w:r>
    </w:p>
    <w:p>
      <w:r>
        <w:t>نعم</w:t>
      </w:r>
    </w:p>
    <w:p>
      <w:r>
        <w:t>هذا التموضع المعاند هذا المتوضع ليس طبعيا</w:t>
      </w:r>
    </w:p>
    <w:p>
      <w:r>
        <w:t>وانما هو جعلي</w:t>
      </w:r>
    </w:p>
    <w:p>
      <w:r>
        <w:t>يعني كان بإمكاني ان اقول كلما كان هذا فدائما اما جنبا واما الي باب</w:t>
      </w:r>
    </w:p>
    <w:p>
      <w:r>
        <w:t>لك ان تغير</w:t>
      </w:r>
    </w:p>
    <w:p>
      <w:r>
        <w:t>لان هذا ليس طبعيا كالمتصلة</w:t>
      </w:r>
    </w:p>
    <w:p>
      <w:r>
        <w:t>نعم هذه هي الصغرى</w:t>
      </w:r>
    </w:p>
    <w:p>
      <w:r>
        <w:t>هذه الصغرى</w:t>
      </w:r>
    </w:p>
    <w:p>
      <w:r>
        <w:t>كلما كان هذا فدائما اما الف او جيم دال</w:t>
      </w:r>
    </w:p>
    <w:p>
      <w:r>
        <w:t>ما شاء الله</w:t>
      </w:r>
    </w:p>
    <w:p>
      <w:r>
        <w:t>وكلما كان جندال فسنتا جيم دال</w:t>
      </w:r>
    </w:p>
    <w:p>
      <w:r>
        <w:t>اه المقدمة الكبرى وجيم دال تالي السورة</w:t>
      </w:r>
    </w:p>
    <w:p>
      <w:r>
        <w:t>اذا الكبرى تشارك الصغرى في الحد الاوسط ويقع تاليا في الصورة</w:t>
      </w:r>
    </w:p>
    <w:p>
      <w:r>
        <w:t>يحذف في النتيجة</w:t>
      </w:r>
    </w:p>
    <w:p>
      <w:r>
        <w:t>من يحذف جيم دال? لان جيم دال موجود في الصغرى وموجود في الكبرى</w:t>
      </w:r>
    </w:p>
    <w:p>
      <w:r>
        <w:t>كلما كان دائما اما الف باء او جيم دال</w:t>
      </w:r>
    </w:p>
    <w:p>
      <w:r>
        <w:t>جيم دال هو الحد الأوسط</w:t>
      </w:r>
    </w:p>
    <w:p>
      <w:r>
        <w:t>الشرطية فهاء زين وكلما كانت جندال فسينتا</w:t>
      </w:r>
    </w:p>
    <w:p>
      <w:r>
        <w:t>جيم دال حذفه</w:t>
      </w:r>
    </w:p>
    <w:p>
      <w:r>
        <w:t>احذفه النتيجة اه قد يكون اه اه قضية جزئية سر الجزئية اه كلما كان دائما هذه وكلما كان يعني اذا عكسنا ما يصير ليش? لان نعم يمكن يمكن ان نعكس</w:t>
      </w:r>
    </w:p>
    <w:p>
      <w:r>
        <w:t>لكن اذا عكسنا يصير اه الاربع الشكل الرابع مشكل اكثر</w:t>
      </w:r>
    </w:p>
    <w:p>
      <w:r>
        <w:t>نعكس الصورة كلما كان دائما اما الف باء او جيم دال فهذا اذا عكسناها تصير جزئية</w:t>
      </w:r>
    </w:p>
    <w:p>
      <w:r>
        <w:t>الكليات تنعكس اه اه جزئية</w:t>
      </w:r>
    </w:p>
    <w:p>
      <w:r>
        <w:t>نعم</w:t>
      </w:r>
    </w:p>
    <w:p>
      <w:r>
        <w:t>من الشكل الاول اذا صارت جزئية نتيجة تكون جزئية</w:t>
      </w:r>
    </w:p>
    <w:p>
      <w:r>
        <w:t>قد يكون اذا كان هزين لان جيم دال ينتفي فكلما لم يكن الف ب</w:t>
      </w:r>
    </w:p>
    <w:p>
      <w:r>
        <w:t>فسنطا وعليك باقي الأمثلة نعم كلما كان دائما اما الف او جيم دال فهذا جم دال هو الحد الأوسط يختفي وكلما كانت جندال فسنتا ينتج قد اذا كان هزي نعم هذا الحد الاوسط في آآ لا هذا تالي الصغرى يعني الحد الاوسط جيم دال يختفي نقول قد يكون اذا كان هذا كلما لم يكن لم يكن الف باء اه كلما كان دائما اما الف باء او جيم دال نعم</w:t>
      </w:r>
    </w:p>
    <w:p>
      <w:r>
        <w:t>لانها منفصلة فاذا اختفى الف باء يتعين جيم دال</w:t>
      </w:r>
    </w:p>
    <w:p>
      <w:r>
        <w:t>اذا تعينت جمدان يتحقق الشيء الحد الاوسط</w:t>
      </w:r>
    </w:p>
    <w:p>
      <w:r>
        <w:t>هذا هو سر سر النفي</w:t>
      </w:r>
    </w:p>
    <w:p>
      <w:r>
        <w:t>دقق معي في النتيجة</w:t>
      </w:r>
    </w:p>
    <w:p>
      <w:r>
        <w:t>قد يكون اذا كان قد هذه الجزئية بيناها</w:t>
      </w:r>
    </w:p>
    <w:p>
      <w:r>
        <w:t>يعني نعكس الكبرى</w:t>
      </w:r>
    </w:p>
    <w:p>
      <w:r>
        <w:t>الكبرى التي هي الصغرى اه نعكس الصغرى</w:t>
      </w:r>
    </w:p>
    <w:p>
      <w:r>
        <w:t>الصورة التي هي كلية تنعكس جزئية</w:t>
      </w:r>
    </w:p>
    <w:p>
      <w:r>
        <w:t>اذا الجزئية فهمناها</w:t>
      </w:r>
    </w:p>
    <w:p>
      <w:r>
        <w:t>الحد الأوسط ما هو؟ الحد الأوسط جيم دال حتى يتعين جمدان</w:t>
      </w:r>
    </w:p>
    <w:p>
      <w:r>
        <w:t>هي مترددة بين الف باء وجيم دال</w:t>
      </w:r>
    </w:p>
    <w:p>
      <w:r>
        <w:t>حتى تعين جيم دال حد اوسط الف باء يجب ان ينفى</w:t>
      </w:r>
    </w:p>
    <w:p>
      <w:r>
        <w:t>قل لا يساء للباء</w:t>
      </w:r>
    </w:p>
    <w:p>
      <w:r>
        <w:t>اذا فهو جمدان جمدان موجود في المقدمتين</w:t>
      </w:r>
    </w:p>
    <w:p>
      <w:r>
        <w:t>اذا تعين الحد الاوسط يختفي في النتيجة</w:t>
      </w:r>
    </w:p>
    <w:p>
      <w:r>
        <w:t>ولهذا قال سلب</w:t>
      </w:r>
    </w:p>
    <w:p>
      <w:r>
        <w:t>قد يكون اذا كان هزيم فكلما لم يكن الف هذه تحتها اكتب تحتها فكلم لم يكن الف يعني فكلما كان جدا</w:t>
      </w:r>
    </w:p>
    <w:p>
      <w:r>
        <w:t>لأن دائرة بين ماذا? الف وجيم دان اذا اختفى الف باء من يتعين جمدان</w:t>
      </w:r>
    </w:p>
    <w:p>
      <w:r>
        <w:t>كأنه قال اكتب</w:t>
      </w:r>
    </w:p>
    <w:p>
      <w:r>
        <w:t>قد يكون اذا كان هز فكلما كان جمدا</w:t>
      </w:r>
    </w:p>
    <w:p>
      <w:r>
        <w:t>ما يكون ليش? لان الحد الاوسط يختفي</w:t>
      </w:r>
    </w:p>
    <w:p>
      <w:r>
        <w:t>فتقول مكانه فكلما لم يكن الف فسنطا</w:t>
      </w:r>
    </w:p>
    <w:p>
      <w:r>
        <w:t>نعم</w:t>
      </w:r>
    </w:p>
    <w:p>
      <w:r>
        <w:t>شي جدا آآ رائع جدا</w:t>
      </w:r>
    </w:p>
    <w:p>
      <w:r>
        <w:t>يعني يمكن ان تشكل آآ منطقة جديدة بهذه الشرطيات هو يكون جزءا اساسيا من المنطقة القديم المنطقة السوري القديم</w:t>
      </w:r>
    </w:p>
    <w:p>
      <w:r>
        <w:t>الا انه يمكن تدرسه لوحده</w:t>
      </w:r>
    </w:p>
    <w:p>
      <w:r>
        <w:t>لانها تابع تابع للقياس</w:t>
      </w:r>
    </w:p>
    <w:p>
      <w:r>
        <w:t>يعني نظرية القياس عند اه ارسطو</w:t>
      </w:r>
    </w:p>
    <w:p>
      <w:r>
        <w:t>جاء وعليك بيان باقي الامثلة سهلة جدا</w:t>
      </w:r>
    </w:p>
    <w:p>
      <w:r>
        <w:t>اذا تركز على الصغرى تركز على الكبرى ثم تراوغ وتناور حتى ترجع الى القياس الى الشكل البديهي وهو هو الشكل الأول او الشكل الثاني على الأقل</w:t>
      </w:r>
    </w:p>
    <w:p>
      <w:r>
        <w:t>ثم تراعي المسألة النتيجة كلية نتيجة جزئية حسب حسب الشكل</w:t>
      </w:r>
    </w:p>
    <w:p>
      <w:r>
        <w:t>ثم تراعي الحد الأوسط</w:t>
      </w:r>
    </w:p>
    <w:p>
      <w:r>
        <w:t>الحد الأوسط يجب ان يختفي في النتيجة</w:t>
      </w:r>
    </w:p>
    <w:p>
      <w:r>
        <w:t>فتؤسس القياس</w:t>
      </w:r>
    </w:p>
    <w:p>
      <w:r>
        <w:t>فقط مع في المنفصلة فيها دقيقة جدا</w:t>
      </w:r>
    </w:p>
    <w:p>
      <w:r>
        <w:t>ما هي الدقيقة? انظر</w:t>
      </w:r>
    </w:p>
    <w:p>
      <w:r>
        <w:t>يقول لماذا النتيجة? قد يكون اذا كان هزيل</w:t>
      </w:r>
    </w:p>
    <w:p>
      <w:r>
        <w:t>قد يكون ولسهلا</w:t>
      </w:r>
    </w:p>
    <w:p>
      <w:r>
        <w:t>لاننا عكسنا الصغرى التي تنعكس جزئيا فالنتيجة واضحة</w:t>
      </w:r>
    </w:p>
    <w:p>
      <w:r>
        <w:t>قد يكون اذا كان هاز فكلما لم يكن الف</w:t>
      </w:r>
    </w:p>
    <w:p>
      <w:r>
        <w:t>لماذا قال? كلما لم يكن الف</w:t>
      </w:r>
    </w:p>
    <w:p>
      <w:r>
        <w:t>يعني بالدلالة الالتزامية</w:t>
      </w:r>
    </w:p>
    <w:p>
      <w:r>
        <w:t>كان جندا</w:t>
      </w:r>
    </w:p>
    <w:p>
      <w:r>
        <w:t>وج يختفي في النتيجة</w:t>
      </w:r>
    </w:p>
    <w:p>
      <w:r>
        <w:t>ما يكون يعني اذا غاب الف وتعينت جيم دال وجيم دال حد الأوسط يختفي يجر الينا ماذا? يجر الينا سين او</w:t>
      </w:r>
    </w:p>
    <w:p>
      <w:r>
        <w:t>هذا هو فلسفة هذا المثال</w:t>
      </w:r>
    </w:p>
    <w:p>
      <w:r>
        <w:t>انتاج القضايا المؤلفة من المنفصلة</w:t>
      </w:r>
    </w:p>
    <w:p>
      <w:r>
        <w:t>الان القضايا فقط صغرى وكبرى صغرى منفصلة والكبرى منفصلة</w:t>
      </w:r>
    </w:p>
    <w:p>
      <w:r>
        <w:t>قال واما المؤلف من المنفصلات</w:t>
      </w:r>
    </w:p>
    <w:p>
      <w:r>
        <w:t>يعني قياس صغرى منف وكبرى منفصلة</w:t>
      </w:r>
    </w:p>
    <w:p>
      <w:r>
        <w:t>فالشرط ايجاب المقدمة ايجاب المقدمتين يعني الصغرى موجبة الكبرى موجبة والا تكون يعني المقدمة كان معا جزئيتين لا اشكال انتاج من جزئيته شرط هذا اساسي في اصل القياس</w:t>
      </w:r>
    </w:p>
    <w:p>
      <w:r>
        <w:t>ولا مانعتي الجامع</w:t>
      </w:r>
    </w:p>
    <w:p>
      <w:r>
        <w:t>مانعيتي الجامع ما معناه? يعني منعت الجمع يعني اذا كان الطرف الاول لا يكون الطرف الثاني</w:t>
      </w:r>
    </w:p>
    <w:p>
      <w:r>
        <w:t>يعني اذا تموع في الوجود الطرف الاول لا يكون الثاني</w:t>
      </w:r>
    </w:p>
    <w:p>
      <w:r>
        <w:t>اذا تم وضع الثاني لا يكون الاول</w:t>
      </w:r>
    </w:p>
    <w:p>
      <w:r>
        <w:t>هذا هو معنى الجمع</w:t>
      </w:r>
    </w:p>
    <w:p>
      <w:r>
        <w:t>يمكن ان يتبخر? نعم يمكن يخلو منهم الوجود</w:t>
      </w:r>
    </w:p>
    <w:p>
      <w:r>
        <w:t>ولهذا مانعة الجمع لا يجتمعان في الوجود معا</w:t>
      </w:r>
    </w:p>
    <w:p>
      <w:r>
        <w:t>وقال يرتفعان على خلاف مانعة الخلق مانعة الخلو لا اشكال في الاجتماع ويستحيل الارتفاع مطلقا واحدة ترتفع نعم اثنان لا يمكن ان يجتمع نعم يمكن هذه مناعة القلوب الحقيقية لا يجتمعان ولا ير تاسعا</w:t>
      </w:r>
    </w:p>
    <w:p>
      <w:r>
        <w:t>وليكن اذا عندنا الشرط الاول ايجاد المقدمتين</w:t>
      </w:r>
    </w:p>
    <w:p>
      <w:r>
        <w:t>يعني لا تجد في القياس المتشكل من متصلتين يعني العناد لا تجد مقدمة سالبة</w:t>
      </w:r>
    </w:p>
    <w:p>
      <w:r>
        <w:t>الشرط الاول</w:t>
      </w:r>
    </w:p>
    <w:p>
      <w:r>
        <w:t>الشرط الثاني لا تكون المقدمتان جزئيتين</w:t>
      </w:r>
    </w:p>
    <w:p>
      <w:r>
        <w:t>واحدة جزئية واحدة كلية معلش</w:t>
      </w:r>
    </w:p>
    <w:p>
      <w:r>
        <w:t>نعم جزئية وجزئية لا انتاج من جزئيتين</w:t>
      </w:r>
    </w:p>
    <w:p>
      <w:r>
        <w:t>لماذا? لان ما في هذا بيناها وكررناها كثيرا</w:t>
      </w:r>
    </w:p>
    <w:p>
      <w:r>
        <w:t>ولا مانع مانعتي الجامع</w:t>
      </w:r>
    </w:p>
    <w:p>
      <w:r>
        <w:t>ولا مانعة الجمع</w:t>
      </w:r>
    </w:p>
    <w:p>
      <w:r>
        <w:t>يعني تكون اما حقيقية او تكون مانعة الخلوق مناعة الخلوق</w:t>
      </w:r>
    </w:p>
    <w:p>
      <w:r>
        <w:t>يعني يجتمعان</w:t>
      </w:r>
    </w:p>
    <w:p>
      <w:r>
        <w:t>هذا الشرط الثالث وليكن اجزائها اثنين فقط</w:t>
      </w:r>
    </w:p>
    <w:p>
      <w:r>
        <w:t>اجزاؤها اثنين</w:t>
      </w:r>
    </w:p>
    <w:p>
      <w:r>
        <w:t>نعم</w:t>
      </w:r>
    </w:p>
    <w:p>
      <w:r>
        <w:t>لا تنبسط في الاجزاء</w:t>
      </w:r>
    </w:p>
    <w:p>
      <w:r>
        <w:t>هذا الشرط الشرط الرابع ولا يكون في هذا التأليف بين حدي النتيجة ولا بين المقدمتين امتياز بالطبع</w:t>
      </w:r>
    </w:p>
    <w:p>
      <w:r>
        <w:t>نعم قلنا هذا ما في امتياز بالطبع لان هذه خاصية للقضية المنفصلة</w:t>
      </w:r>
    </w:p>
    <w:p>
      <w:r>
        <w:t>القضية المتصلة</w:t>
      </w:r>
    </w:p>
    <w:p>
      <w:r>
        <w:t>نعم تقول شيء اما شيء يعني يقولها الإنسان</w:t>
      </w:r>
    </w:p>
    <w:p>
      <w:r>
        <w:t>اما اب وابن ممكن تقول هذا الشيء الذي هو انسان اما ابن واما اب</w:t>
      </w:r>
    </w:p>
    <w:p>
      <w:r>
        <w:t>ما في تقدم طبعي</w:t>
      </w:r>
    </w:p>
    <w:p>
      <w:r>
        <w:t>تقدم وتأخر? كما تشاء</w:t>
      </w:r>
    </w:p>
    <w:p>
      <w:r>
        <w:t>نعم</w:t>
      </w:r>
    </w:p>
    <w:p>
      <w:r>
        <w:t>ولا يكون في هذا التأليف بين حدي النتيجة</w:t>
      </w:r>
    </w:p>
    <w:p>
      <w:r>
        <w:t>حدي النتيجة يعني الموضوع المحمول في النتيجة</w:t>
      </w:r>
    </w:p>
    <w:p>
      <w:r>
        <w:t>يعني الاصغر والاكبر اذا تكلمنا بالقياس الحملي</w:t>
      </w:r>
    </w:p>
    <w:p>
      <w:r>
        <w:t>ولا بين المقدمتين امتياز بالطبع فلا يتألف اه فلا يتألف اشكال فلا تتألف اشكال يعني الشكل الأول والثاني والثالث والرابع</w:t>
      </w:r>
    </w:p>
    <w:p>
      <w:r>
        <w:t>اذا لم تتوفر هذه الشروط واذا جعل احداهما صغرى تكون النتيجة بحسبها</w:t>
      </w:r>
    </w:p>
    <w:p>
      <w:r>
        <w:t>يعني ان نتيجة البعض خصوصيات الصغرى</w:t>
      </w:r>
    </w:p>
    <w:p>
      <w:r>
        <w:t>هذه هي اشرطة معقدة نعم الان بهذه الاجهزة الحاسوبية والالكترونية هذه الامور سهلة جدا</w:t>
      </w:r>
    </w:p>
    <w:p>
      <w:r>
        <w:t>نعم</w:t>
      </w:r>
    </w:p>
    <w:p>
      <w:r>
        <w:t>سريعا تعطيه تعطيه المعطيات النتيجة</w:t>
      </w:r>
    </w:p>
    <w:p>
      <w:r>
        <w:t>نعم</w:t>
      </w:r>
    </w:p>
    <w:p>
      <w:r>
        <w:t>اقول هذا هو القسم الثاني من الاقسام الخمسة مرت علينا هذه الاقسام في صفحة ميتين واثنين</w:t>
      </w:r>
    </w:p>
    <w:p>
      <w:r>
        <w:t>حسب هذه الطبعة طبعة بيضاء</w:t>
      </w:r>
    </w:p>
    <w:p>
      <w:r>
        <w:t>وهو المؤلف من المنفصلات</w:t>
      </w:r>
    </w:p>
    <w:p>
      <w:r>
        <w:t>يعني الصغرى منفصلة كبرى منفصلة</w:t>
      </w:r>
    </w:p>
    <w:p>
      <w:r>
        <w:t>يعني من هذا السلخ</w:t>
      </w:r>
    </w:p>
    <w:p>
      <w:r>
        <w:t>اما واما</w:t>
      </w:r>
    </w:p>
    <w:p>
      <w:r>
        <w:t>واقسامه ثلاثة ايضا لان المشترك يعني الحد الاوسط مشترك اما جزء تام من كل واحدة من المقدمة يعني قضية</w:t>
      </w:r>
    </w:p>
    <w:p>
      <w:r>
        <w:t>يعني قضية</w:t>
      </w:r>
    </w:p>
    <w:p>
      <w:r>
        <w:t>قضية داخل المتصلة</w:t>
      </w:r>
    </w:p>
    <w:p>
      <w:r>
        <w:t>نعم</w:t>
      </w:r>
    </w:p>
    <w:p>
      <w:r>
        <w:t>داخل المتصلة</w:t>
      </w:r>
    </w:p>
    <w:p>
      <w:r>
        <w:t>نعم</w:t>
      </w:r>
    </w:p>
    <w:p>
      <w:r>
        <w:t>او غير تام منهما يعني الاشتراك في موضوع او محمول فقط او تاء من احداهم احداهما يعني الحد الاوسط في مقدمة تام يعني قضية في مقدمة اخرى لا جزء يعني موضوع فقط او محمول</w:t>
      </w:r>
    </w:p>
    <w:p>
      <w:r>
        <w:t>او تال من احداه احداهما غير اه غير تام من الأخرى</w:t>
      </w:r>
    </w:p>
    <w:p>
      <w:r>
        <w:t>هذا بالنسبة الى تموضع الحج الأوسط</w:t>
      </w:r>
    </w:p>
    <w:p>
      <w:r>
        <w:t>والشرط الجميع ايجاب المقدمة وكلية احدى هما لا قياس من جزئيتين</w:t>
      </w:r>
    </w:p>
    <w:p>
      <w:r>
        <w:t>لعدم ولا تكون مع مانعتي الجامع مانعة الجمع صعب فهمها</w:t>
      </w:r>
    </w:p>
    <w:p>
      <w:r>
        <w:t>هذه بالتطبيق المثالي تتضح</w:t>
      </w:r>
    </w:p>
    <w:p>
      <w:r>
        <w:t>اما بيان الشرط الاول فلان السالبتين عقيمتان لصدق قولنا</w:t>
      </w:r>
    </w:p>
    <w:p>
      <w:r>
        <w:t>مم</w:t>
      </w:r>
    </w:p>
    <w:p>
      <w:r>
        <w:t>اما بيان الشرط الاول لماذا من مقدمتين ايجابيتين? اما بيان الشرط الاول مقدمة صغرى موجبة والمقدمة الكبرى موجبة</w:t>
      </w:r>
    </w:p>
    <w:p>
      <w:r>
        <w:t>فلان السالبتين عقيمتان لستر قولنا ليس البتة اما ان يكون هذا الشيء انسانا او حيوانا</w:t>
      </w:r>
    </w:p>
    <w:p>
      <w:r>
        <w:t>ليس البتة يعني النفي كلي</w:t>
      </w:r>
    </w:p>
    <w:p>
      <w:r>
        <w:t>يعني ما في عناد بين الانسان والحيوان</w:t>
      </w:r>
    </w:p>
    <w:p>
      <w:r>
        <w:t>قد يكون هذا الشيء انسانا وفي عين الان حيوان</w:t>
      </w:r>
    </w:p>
    <w:p>
      <w:r>
        <w:t>لان الانسان حيوان ناطق</w:t>
      </w:r>
    </w:p>
    <w:p>
      <w:r>
        <w:t>اذا ينفي التضاد بين الانسانية والحيوانية في الشيء</w:t>
      </w:r>
    </w:p>
    <w:p>
      <w:r>
        <w:t>معناه يعني اذا صدق الانسان على الشيء لا يصدق الحيوان لا</w:t>
      </w:r>
    </w:p>
    <w:p>
      <w:r>
        <w:t>حيوانية تجتمع مع الانسانية</w:t>
      </w:r>
    </w:p>
    <w:p>
      <w:r>
        <w:t>اذا منعت الخلو</w:t>
      </w:r>
    </w:p>
    <w:p>
      <w:r>
        <w:t>وليست مناعة الجمع</w:t>
      </w:r>
    </w:p>
    <w:p>
      <w:r>
        <w:t>ما تقولش اما انسان واما حيوان</w:t>
      </w:r>
    </w:p>
    <w:p>
      <w:r>
        <w:t>لا</w:t>
      </w:r>
    </w:p>
    <w:p>
      <w:r>
        <w:t>تجتمع الانسانية والحيوانية مناعة الخلق</w:t>
      </w:r>
    </w:p>
    <w:p>
      <w:r>
        <w:t>الحد الادنى مناعة الخلو</w:t>
      </w:r>
    </w:p>
    <w:p>
      <w:r>
        <w:t>نعم</w:t>
      </w:r>
    </w:p>
    <w:p>
      <w:r>
        <w:t>ليس الب يعني نفي كل نفي التبادل الكلي بيننا كون شي انسانا وكون الشي حيوانا</w:t>
      </w:r>
    </w:p>
    <w:p>
      <w:r>
        <w:t>هذه هي فلسفة القضية</w:t>
      </w:r>
    </w:p>
    <w:p>
      <w:r>
        <w:t>ليس البت اما ان يكون هذا الشيء انسانا او حيوان</w:t>
      </w:r>
    </w:p>
    <w:p>
      <w:r>
        <w:t>صغر القياس</w:t>
      </w:r>
    </w:p>
    <w:p>
      <w:r>
        <w:t>سالبة كليا</w:t>
      </w:r>
    </w:p>
    <w:p>
      <w:r>
        <w:t>وليس البتة ان يكون حيوانا او ناطقا</w:t>
      </w:r>
    </w:p>
    <w:p>
      <w:r>
        <w:t>شيء لا قد يكون ناطقا وقد يكون حيوانا</w:t>
      </w:r>
    </w:p>
    <w:p>
      <w:r>
        <w:t>مع التلازم ولو بدلنا الكبرى بقولنا ليس البتة اما ان يكون حيوانا او فرسا</w:t>
      </w:r>
    </w:p>
    <w:p>
      <w:r>
        <w:t>حصل التاء التعانوت ليس البتة اما ان يكون حيوانا او فرسا لا قد يكون حيوانا وقد يكون فرسا</w:t>
      </w:r>
    </w:p>
    <w:p>
      <w:r>
        <w:t>اذا اذا ركزنا على السوالب لا انتاج ابدا</w:t>
      </w:r>
    </w:p>
    <w:p>
      <w:r>
        <w:t>لماذا? لان قد تكون مانعة الخلو</w:t>
      </w:r>
    </w:p>
    <w:p>
      <w:r>
        <w:t>يعني ما في عناد فينتفي العناد ينتفي تنتفي هويته المتصلة</w:t>
      </w:r>
    </w:p>
    <w:p>
      <w:r>
        <w:t>وكذا اذا كانت احداهما سالبة</w:t>
      </w:r>
    </w:p>
    <w:p>
      <w:r>
        <w:t>يعني قلنا الشرط ايجاب المقدمتين</w:t>
      </w:r>
    </w:p>
    <w:p>
      <w:r>
        <w:t>قد تقول شيخنا واحدة موجبة واحدة سليمة</w:t>
      </w:r>
    </w:p>
    <w:p>
      <w:r>
        <w:t>حتى هذا لا ينفع</w:t>
      </w:r>
    </w:p>
    <w:p>
      <w:r>
        <w:t>وكذا اذا كانت احداهما سالبة والثانية موجبة لصدق قولنا دائما اما دائما يعني كليا دائما اما ان يكون هذا العدد زوجا او فردا دائما لا يخلو العدد من الفردية والزوجية اذا لم زوجية فيها في ذات الفردية اذا لم يكن فردي فرديا كانت الزوجية</w:t>
      </w:r>
    </w:p>
    <w:p>
      <w:r>
        <w:t>اذا هذه القضية آآ صادقة وهي موجبة</w:t>
      </w:r>
    </w:p>
    <w:p>
      <w:r>
        <w:t>وليس هنا سلب وليس البتة يعني سلب كلي اما ان يكون فردا او عددا لا العدد في الفرضية مناعة الخلو ما المانع ان يكون الشيء فرضا وعددا لان العددية جنس للفرد الفضل له عدد هو هوية عدد فيجتمعا مع التلازم ولو بدلنا الكبرى بقولنا ليس اما ان يكون فردا او غير منقسم غير منقسم هو الفرض</w:t>
      </w:r>
    </w:p>
    <w:p>
      <w:r>
        <w:t>نعم</w:t>
      </w:r>
    </w:p>
    <w:p>
      <w:r>
        <w:t>بمتساويين غير منقسم بالمتساوين يعني هو الفرض</w:t>
      </w:r>
    </w:p>
    <w:p>
      <w:r>
        <w:t>ثبت التعنت</w:t>
      </w:r>
    </w:p>
    <w:p>
      <w:r>
        <w:t>واما الثاني يعني قياس الشرط الثاني جزئية وجزئية فلا قياس من جزئية هذا الشرط عام وكلي لكل لعدم الاندراج</w:t>
      </w:r>
    </w:p>
    <w:p>
      <w:r>
        <w:t>واما الثالث يأتي ان شاء الله</w:t>
      </w:r>
    </w:p>
    <w:p>
      <w:r>
        <w:t>واللهم صل على محمد وال محمد</w:t>
      </w:r>
    </w:p>
    <w:p>
      <w:r>
        <w:t>الله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