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سبحان 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واما الثالث يعني الشرط الثالث من التي مرت ولا مانعة الجمع</w:t>
      </w:r>
    </w:p>
    <w:p>
      <w:r>
        <w:t>الشرط الاول ايجاب المقدمتين بيناها</w:t>
      </w:r>
    </w:p>
    <w:p>
      <w:r>
        <w:t>الشرط الثاني لا قياس من جزئيتين</w:t>
      </w:r>
    </w:p>
    <w:p>
      <w:r>
        <w:t>شرط اساسي وعام</w:t>
      </w:r>
    </w:p>
    <w:p>
      <w:r>
        <w:t>ولا مانعت للجامع</w:t>
      </w:r>
    </w:p>
    <w:p>
      <w:r>
        <w:t>يعني الطرف والثاني لا يكون آآ بين لا يكون بينهما التنافر على مستوى دار الوجود يمكن ان يتناغم ويتصادق</w:t>
      </w:r>
    </w:p>
    <w:p>
      <w:r>
        <w:t>نعم هذا هو الشرط الثالث فاذا جئنا بقضية متصلة صغرى او كبرى</w:t>
      </w:r>
    </w:p>
    <w:p>
      <w:r>
        <w:t>فعندنا طرفان اما واما يعني اما الف واما باء</w:t>
      </w:r>
    </w:p>
    <w:p>
      <w:r>
        <w:t>يمكن لالف ان يجتمع باء</w:t>
      </w:r>
    </w:p>
    <w:p>
      <w:r>
        <w:t>ليس من باب مانعة الجمع مانعة الجمع</w:t>
      </w:r>
    </w:p>
    <w:p>
      <w:r>
        <w:t>يعني اذا استقر الف لا يستقر به</w:t>
      </w:r>
    </w:p>
    <w:p>
      <w:r>
        <w:t>اذا استقربا لا يستقر الف</w:t>
      </w:r>
    </w:p>
    <w:p>
      <w:r>
        <w:t>يمكن ان يتبخر? نعم يمكن</w:t>
      </w:r>
    </w:p>
    <w:p>
      <w:r>
        <w:t>يخلو منهم الوجود</w:t>
      </w:r>
    </w:p>
    <w:p>
      <w:r>
        <w:t>هذه هي مانعة الجمع</w:t>
      </w:r>
    </w:p>
    <w:p>
      <w:r>
        <w:t>مانعة الجمع لا تكون في القياس متشكل من متصلتين</w:t>
      </w:r>
    </w:p>
    <w:p>
      <w:r>
        <w:t>هم</w:t>
      </w:r>
    </w:p>
    <w:p>
      <w:r>
        <w:t>نعم</w:t>
      </w:r>
    </w:p>
    <w:p>
      <w:r>
        <w:t>اما الثالث يعني يبين فلسفة هذا الشرط</w:t>
      </w:r>
    </w:p>
    <w:p>
      <w:r>
        <w:t>الشيخ صادق من كبار مدرسي الحوزة العلمية في قوم</w:t>
      </w:r>
    </w:p>
    <w:p>
      <w:r>
        <w:t>واشتغل قاضي القضاة في الجمهورية الاسلامية لمدة طويلة</w:t>
      </w:r>
    </w:p>
    <w:p>
      <w:r>
        <w:t>نعم</w:t>
      </w:r>
    </w:p>
    <w:p>
      <w:r>
        <w:t>اخذ القضاء في عهدتين</w:t>
      </w:r>
    </w:p>
    <w:p>
      <w:r>
        <w:t>من كبار الاساتذة في الحوزة انصافا</w:t>
      </w:r>
    </w:p>
    <w:p>
      <w:r>
        <w:t>وعقلية نقادة بامتياز</w:t>
      </w:r>
    </w:p>
    <w:p>
      <w:r>
        <w:t>انا حضرت حظرت عنده اه في اه ف الاصول الرجل تأمل في القواعد الاصولية التي ندرسها في المتون الرسائل والكفاية والحلقات والدرس خارج</w:t>
      </w:r>
    </w:p>
    <w:p>
      <w:r>
        <w:t>فوجد مجموعة من قواعد لا تمت بصلة مباشرة في عملية الاستنباط</w:t>
      </w:r>
    </w:p>
    <w:p>
      <w:r>
        <w:t>يعني الفقيه لا يستخدمها في عملية الاستنباط</w:t>
      </w:r>
    </w:p>
    <w:p>
      <w:r>
        <w:t>يستخدم صنخ من القواعد وسلخ من القواعد لا يستخدمه ولا علاقة له بعملية الاستنباط</w:t>
      </w:r>
    </w:p>
    <w:p>
      <w:r>
        <w:t>فترك القواعد التي لها علاقة بالاستنباط هذه هي علم الاصول</w:t>
      </w:r>
    </w:p>
    <w:p>
      <w:r>
        <w:t>والقواعد التي ليس لها علاقة بالاستنباط وانما هي خلفيات لقواعد الاستنباط</w:t>
      </w:r>
    </w:p>
    <w:p>
      <w:r>
        <w:t>خرجها واسس علما جديدا</w:t>
      </w:r>
    </w:p>
    <w:p>
      <w:r>
        <w:t>فلسفة علم الاصول</w:t>
      </w:r>
    </w:p>
    <w:p>
      <w:r>
        <w:t>كذلك هنا في المنطق عندنا اه قواعد نستخدمها في الاستنباط المعرفي وقواعد لا هي خلفيات لهذه القواعد</w:t>
      </w:r>
    </w:p>
    <w:p>
      <w:r>
        <w:t>هذا تدرس في فلسفة اه المنطق</w:t>
      </w:r>
    </w:p>
    <w:p>
      <w:r>
        <w:t>نعم</w:t>
      </w:r>
    </w:p>
    <w:p>
      <w:r>
        <w:t>مثل هذه شروط الان انا الان ابين لماذا في القياس المتشكل من متصلتين? لماذا يشترط ان تكون آآ حقيقية او من يعطي الخلو? يعني لا تكون منعت الجمع</w:t>
      </w:r>
    </w:p>
    <w:p>
      <w:r>
        <w:t>هذي ما عندها علاقة بالاستنباط المعرفي</w:t>
      </w:r>
    </w:p>
    <w:p>
      <w:r>
        <w:t>هادي خلفية</w:t>
      </w:r>
    </w:p>
    <w:p>
      <w:r>
        <w:t>اذا هذه تنتمي الى فلسفة المنطق</w:t>
      </w:r>
    </w:p>
    <w:p>
      <w:r>
        <w:t>نعم</w:t>
      </w:r>
    </w:p>
    <w:p>
      <w:r>
        <w:t>واما الثالث الشرط الثالث الا تكون مانعة الجمع فلحصول التلازم تارة والتعاند اخرى</w:t>
      </w:r>
    </w:p>
    <w:p>
      <w:r>
        <w:t>فانه يصدق اما ان يكون هذا الشيء انسانا او حجرا</w:t>
      </w:r>
    </w:p>
    <w:p>
      <w:r>
        <w:t>نعم صادق</w:t>
      </w:r>
    </w:p>
    <w:p>
      <w:r>
        <w:t>يعني اما ان يكون في دائرة الانسان او الشجر عناد</w:t>
      </w:r>
    </w:p>
    <w:p>
      <w:r>
        <w:t>واما ان يكون حجرا او ناطقا</w:t>
      </w:r>
    </w:p>
    <w:p>
      <w:r>
        <w:t>نعم عناد</w:t>
      </w:r>
    </w:p>
    <w:p>
      <w:r>
        <w:t>نعم مع التلازم</w:t>
      </w:r>
    </w:p>
    <w:p>
      <w:r>
        <w:t>نعم مع التلا هنا الحجر آآ آآ حد اوسط تقول آآ آآ اما ان يكون هذا الشيء انسانا او حجرا واما ان يكون حجرا او ناطقا تقول اما ان يكون هذا الشيء انسان انسان او ناطقا هل هذه منعت الخلول? الناطقية تجتمع مع الانسانية والانسانية تجتمع مع المنطق</w:t>
      </w:r>
    </w:p>
    <w:p>
      <w:r>
        <w:t>ليس بينهما تنافر وتاء تضاد وجودي</w:t>
      </w:r>
    </w:p>
    <w:p>
      <w:r>
        <w:t>يعني التواجد في تناغم بين الانسان نعم مع التلازم ولو بدلنا الكبرى الكبرى ما هي? الكبرى واما ان يكون حجرا او ناطقا ولو بدلنا الكبرى بقولنا اما ان يكون حجرا او فرسا ثبت التعاون</w:t>
      </w:r>
    </w:p>
    <w:p>
      <w:r>
        <w:t>نعم</w:t>
      </w:r>
    </w:p>
    <w:p>
      <w:r>
        <w:t>اما ان يكون حجرا او فرسا تقول اما ان يكون الشيء انسانا او فرسا هناك تعاند وهنا تعاند يعني هنا آآ الشيء اما ان يكون انسانا او يكون فرسا</w:t>
      </w:r>
    </w:p>
    <w:p>
      <w:r>
        <w:t>الجمع لا</w:t>
      </w:r>
    </w:p>
    <w:p>
      <w:r>
        <w:t>لا يمكن للشيء ان يكون فرسا بفصل الناطقية</w:t>
      </w:r>
    </w:p>
    <w:p>
      <w:r>
        <w:t>ويكون فرسا في الان نفسه بفصل الصهيونية</w:t>
      </w:r>
    </w:p>
    <w:p>
      <w:r>
        <w:t>ميتافيزيقيا</w:t>
      </w:r>
    </w:p>
    <w:p>
      <w:r>
        <w:t>تداخل الفصول</w:t>
      </w:r>
    </w:p>
    <w:p>
      <w:r>
        <w:t>فانت لا تعرف</w:t>
      </w:r>
    </w:p>
    <w:p>
      <w:r>
        <w:t>هذا انسان انت مع طه</w:t>
      </w:r>
    </w:p>
    <w:p>
      <w:r>
        <w:t>طه في مقابلك</w:t>
      </w:r>
    </w:p>
    <w:p>
      <w:r>
        <w:t>طه هذا ناطق او صاهر ما تعرف</w:t>
      </w:r>
    </w:p>
    <w:p>
      <w:r>
        <w:t>تدخل الفصول</w:t>
      </w:r>
    </w:p>
    <w:p>
      <w:r>
        <w:t>اذا المنطق قواعد منطقية آآ هي تتناغم تمام التناغم</w:t>
      </w:r>
    </w:p>
    <w:p>
      <w:r>
        <w:t>لانها حكمة الهية خالدة</w:t>
      </w:r>
    </w:p>
    <w:p>
      <w:r>
        <w:t>مع نظام الوجود الذي اللي هو كان حكمة اناية خالدة</w:t>
      </w:r>
    </w:p>
    <w:p>
      <w:r>
        <w:t>نعم</w:t>
      </w:r>
    </w:p>
    <w:p>
      <w:r>
        <w:t>اذا هذه القواعد كلها تراعي ذلك التكوين</w:t>
      </w:r>
    </w:p>
    <w:p>
      <w:r>
        <w:t>نعم</w:t>
      </w:r>
    </w:p>
    <w:p>
      <w:r>
        <w:t>ولو بدلنا الكبرى بقولنا اما ان يكون حجرا او فرسا ثبت التعامل</w:t>
      </w:r>
    </w:p>
    <w:p>
      <w:r>
        <w:t>يعني النتيجة كيف تكون? اما ان يكون الشيء انسانا او فرسا</w:t>
      </w:r>
    </w:p>
    <w:p>
      <w:r>
        <w:t>نعم</w:t>
      </w:r>
    </w:p>
    <w:p>
      <w:r>
        <w:t>هذه منعت الجن</w:t>
      </w:r>
    </w:p>
    <w:p>
      <w:r>
        <w:t>والحق جواز استنتاج مانعة الجمع متصلة جزئية من نقيض الطرفين</w:t>
      </w:r>
    </w:p>
    <w:p>
      <w:r>
        <w:t>هنا على منحني يتفلسف</w:t>
      </w:r>
    </w:p>
    <w:p>
      <w:r>
        <w:t>يقول يمكن بهذا الشرط ما هو الشرط متصلة جزئيا? يعني مقدمة تكون جزئية</w:t>
      </w:r>
    </w:p>
    <w:p>
      <w:r>
        <w:t>قد ايذاء</w:t>
      </w:r>
    </w:p>
    <w:p>
      <w:r>
        <w:t>نعم</w:t>
      </w:r>
    </w:p>
    <w:p>
      <w:r>
        <w:t>من ناقضي الطرفين من ناقضي الطرفين تأتي اه اه طرفا ما هما</w:t>
      </w:r>
    </w:p>
    <w:p>
      <w:r>
        <w:t>الشيء اما الف وباء</w:t>
      </w:r>
    </w:p>
    <w:p>
      <w:r>
        <w:t>الف وباء الف طرف وبا طرف</w:t>
      </w:r>
    </w:p>
    <w:p>
      <w:r>
        <w:t>نأتي هكذا الشيء اما لا الف واما لا باء</w:t>
      </w:r>
    </w:p>
    <w:p>
      <w:r>
        <w:t>مع مقدمة جزئية الإنتاج يكون حتى وان كانت منعت الجامع</w:t>
      </w:r>
    </w:p>
    <w:p>
      <w:r>
        <w:t>لاستلزام الاوسط لاستلزام الاوسط نقيض كل واحد من الطرفين</w:t>
      </w:r>
    </w:p>
    <w:p>
      <w:r>
        <w:t>الحد الاوسط</w:t>
      </w:r>
    </w:p>
    <w:p>
      <w:r>
        <w:t>يولد اه نقيض كل واحد من الطرفين</w:t>
      </w:r>
    </w:p>
    <w:p>
      <w:r>
        <w:t>هذا الاستلزام الاوسط نقيض كل واحد من الطرفين الى منعت الجمع</w:t>
      </w:r>
    </w:p>
    <w:p>
      <w:r>
        <w:t>منعت الجمع معناه</w:t>
      </w:r>
    </w:p>
    <w:p>
      <w:r>
        <w:t>يعني انت الان عندك هذه القضية شيء اما الف او باء</w:t>
      </w:r>
    </w:p>
    <w:p>
      <w:r>
        <w:t>منعت الجمع ما معناه? اذا تواجد الف بيرتفع</w:t>
      </w:r>
    </w:p>
    <w:p>
      <w:r>
        <w:t>لا حظ له من التواجد</w:t>
      </w:r>
    </w:p>
    <w:p>
      <w:r>
        <w:t>اذا من له حظر تواجد وعنده علاقة بباء نقيضه ولا باء</w:t>
      </w:r>
    </w:p>
    <w:p>
      <w:r>
        <w:t>اما الف او باء</w:t>
      </w:r>
    </w:p>
    <w:p>
      <w:r>
        <w:t>ان وجد الف يعني التواجد لالف ما يرفع مناعة الماء الجامع</w:t>
      </w:r>
    </w:p>
    <w:p>
      <w:r>
        <w:t>لا يجتمعان</w:t>
      </w:r>
    </w:p>
    <w:p>
      <w:r>
        <w:t>ويمكن ان يرتفع</w:t>
      </w:r>
    </w:p>
    <w:p>
      <w:r>
        <w:t>المهم بلا يهم</w:t>
      </w:r>
    </w:p>
    <w:p>
      <w:r>
        <w:t>المهم لا يجتمعان</w:t>
      </w:r>
    </w:p>
    <w:p>
      <w:r>
        <w:t>جاء الف</w:t>
      </w:r>
    </w:p>
    <w:p>
      <w:r>
        <w:t>يعني الف استول على دار الوجود</w:t>
      </w:r>
    </w:p>
    <w:p>
      <w:r>
        <w:t>التواجد يرتفع</w:t>
      </w:r>
    </w:p>
    <w:p>
      <w:r>
        <w:t>اذا ارتفع باء ناقضه حاضرون</w:t>
      </w:r>
    </w:p>
    <w:p>
      <w:r>
        <w:t>لا باء</w:t>
      </w:r>
    </w:p>
    <w:p>
      <w:r>
        <w:t>هذا هو السر</w:t>
      </w:r>
    </w:p>
    <w:p>
      <w:r>
        <w:t>هذا هو السر</w:t>
      </w:r>
    </w:p>
    <w:p>
      <w:r>
        <w:t>الاستلزام الاوسط كل واحد من الطرفين</w:t>
      </w:r>
    </w:p>
    <w:p>
      <w:r>
        <w:t>نقيض كل واحد من الطرفين</w:t>
      </w:r>
    </w:p>
    <w:p>
      <w:r>
        <w:t>مثلت لك الان بالف</w:t>
      </w:r>
    </w:p>
    <w:p>
      <w:r>
        <w:t>الان غير المثال با هو المتواجد الف يرتفع</w:t>
      </w:r>
    </w:p>
    <w:p>
      <w:r>
        <w:t>اذا من يكون مع باء? لا الف حد</w:t>
      </w:r>
    </w:p>
    <w:p>
      <w:r>
        <w:t>باء استلزمت لا الف والف استلزم هذا هو ما معناه لاستلزام الاوسط نقيض كل واحد من الطرفين</w:t>
      </w:r>
    </w:p>
    <w:p>
      <w:r>
        <w:t>وانتاجها المطلوب من الثالث وانتاجها المطلوب من الثالث</w:t>
      </w:r>
    </w:p>
    <w:p>
      <w:r>
        <w:t>الثالث هنا ظاهران الشكل الثالث</w:t>
      </w:r>
    </w:p>
    <w:p>
      <w:r>
        <w:t>نعم</w:t>
      </w:r>
    </w:p>
    <w:p>
      <w:r>
        <w:t>اه من الثالث</w:t>
      </w:r>
    </w:p>
    <w:p>
      <w:r>
        <w:t>هنا بدار في الحاشية جميلة اذكرها</w:t>
      </w:r>
    </w:p>
    <w:p>
      <w:r>
        <w:t>يقول المحقق التونسي لا يؤمن قياس متشكل من منفصلتين العبارة بالفارسي</w:t>
      </w:r>
    </w:p>
    <w:p>
      <w:r>
        <w:t>انا اترجم خلاصتها</w:t>
      </w:r>
    </w:p>
    <w:p>
      <w:r>
        <w:t>يقول المحقق التونسي لا يؤمن</w:t>
      </w:r>
    </w:p>
    <w:p>
      <w:r>
        <w:t>ث قياسي متشكل من منفصلتين في حالة من يأتي الجمع</w:t>
      </w:r>
    </w:p>
    <w:p>
      <w:r>
        <w:t>يعني اذا كان الامر منعت الجمع لا قياس عقم</w:t>
      </w:r>
    </w:p>
    <w:p>
      <w:r>
        <w:t>يقول بعض المحققين من المنطقين منهم العلامة الحلي</w:t>
      </w:r>
    </w:p>
    <w:p>
      <w:r>
        <w:t>وصاحب المطالع</w:t>
      </w:r>
    </w:p>
    <w:p>
      <w:r>
        <w:t>وشارح المطالع يقول يؤمنون بالقياس</w:t>
      </w:r>
    </w:p>
    <w:p>
      <w:r>
        <w:t>كما بين العلامة الحلي في اه حديثه</w:t>
      </w:r>
    </w:p>
    <w:p>
      <w:r>
        <w:t>نعم</w:t>
      </w:r>
    </w:p>
    <w:p>
      <w:r>
        <w:t>يقولون لا القياس ينتج</w:t>
      </w:r>
    </w:p>
    <w:p>
      <w:r>
        <w:t>نعم</w:t>
      </w:r>
    </w:p>
    <w:p>
      <w:r>
        <w:t>كما بينت لكم آآ سيما مر من تحليل كلام الحلي نعم</w:t>
      </w:r>
    </w:p>
    <w:p>
      <w:r>
        <w:t>البدار ياتي بمثال ممكن جاء به من شرح المطالع مع عندي خبر</w:t>
      </w:r>
    </w:p>
    <w:p>
      <w:r>
        <w:t>انظر هذا المثال</w:t>
      </w:r>
    </w:p>
    <w:p>
      <w:r>
        <w:t>هذا الشيء اكتب المثال عندك</w:t>
      </w:r>
    </w:p>
    <w:p>
      <w:r>
        <w:t>من حشد الشيخ بدار</w:t>
      </w:r>
    </w:p>
    <w:p>
      <w:r>
        <w:t>الشيخ بيدار كانت عنده مكتبة</w:t>
      </w:r>
    </w:p>
    <w:p>
      <w:r>
        <w:t>في اه ولي العصر</w:t>
      </w:r>
    </w:p>
    <w:p>
      <w:r>
        <w:t>وانا كنت اه ازوره واجلس معه مدة طويلة ندردش في العلميات وفي سيرة العلماء الطاهرة</w:t>
      </w:r>
    </w:p>
    <w:p>
      <w:r>
        <w:t>كنت تستفيد منه كثيرا</w:t>
      </w:r>
    </w:p>
    <w:p>
      <w:r>
        <w:t>هو من كبار العلماء يبيع الكتب ويحقق الكتب</w:t>
      </w:r>
    </w:p>
    <w:p>
      <w:r>
        <w:t>لم يكن مدرسا</w:t>
      </w:r>
    </w:p>
    <w:p>
      <w:r>
        <w:t>والناس لا تعرف انه عالم كبير مع الأسف الشديد حتى توفى رحمة الله عليه</w:t>
      </w:r>
    </w:p>
    <w:p>
      <w:r>
        <w:t>نعم كان من كبار العلماء انصافا</w:t>
      </w:r>
    </w:p>
    <w:p>
      <w:r>
        <w:t>نعم</w:t>
      </w:r>
    </w:p>
    <w:p>
      <w:r>
        <w:t>اه يأتي بالقياس ممكن من المطالع وشرح المطالع</w:t>
      </w:r>
    </w:p>
    <w:p>
      <w:r>
        <w:t>او من كتاب ل نعم من كتاب الاسرار الخفية للاعلام الحلي</w:t>
      </w:r>
    </w:p>
    <w:p>
      <w:r>
        <w:t>صفحة مية وستة وخمسين</w:t>
      </w:r>
    </w:p>
    <w:p>
      <w:r>
        <w:t>الكتاب مطبوع</w:t>
      </w:r>
    </w:p>
    <w:p>
      <w:r>
        <w:t>انا رأيت الكتاب في دفتر تبليغات في القوم المقدسة ولم اشتري الكتاب</w:t>
      </w:r>
    </w:p>
    <w:p>
      <w:r>
        <w:t>نعم</w:t>
      </w:r>
    </w:p>
    <w:p>
      <w:r>
        <w:t>ظاهر موجود على النت</w:t>
      </w:r>
    </w:p>
    <w:p>
      <w:r>
        <w:t>اكتب القياس عندك الان</w:t>
      </w:r>
    </w:p>
    <w:p>
      <w:r>
        <w:t>هذا الشيء هذا الشيء يعني صورة</w:t>
      </w:r>
    </w:p>
    <w:p>
      <w:r>
        <w:t>الصلاة ليست صغرى هي جزئية</w:t>
      </w:r>
    </w:p>
    <w:p>
      <w:r>
        <w:t>يعني شخصية</w:t>
      </w:r>
    </w:p>
    <w:p>
      <w:r>
        <w:t>هذا الشيء لكن لنبني انها جزئية</w:t>
      </w:r>
    </w:p>
    <w:p>
      <w:r>
        <w:t>هذا الشيء اما حيوان او شجر</w:t>
      </w:r>
    </w:p>
    <w:p>
      <w:r>
        <w:t>منعت الجبهة</w:t>
      </w:r>
    </w:p>
    <w:p>
      <w:r>
        <w:t>الشيء لا يكون حيوانا وشجرا في الالي نفسه</w:t>
      </w:r>
    </w:p>
    <w:p>
      <w:r>
        <w:t>تقول لماذا? لان الشجرة فاقدة او الشجر فاقد لفصل الحساس المتحرك بالارادة</w:t>
      </w:r>
    </w:p>
    <w:p>
      <w:r>
        <w:t>نعم النبات لا يحس ما عنده شعور ادراكي ولا يتحرك بالارادة</w:t>
      </w:r>
    </w:p>
    <w:p>
      <w:r>
        <w:t>نعم</w:t>
      </w:r>
    </w:p>
    <w:p>
      <w:r>
        <w:t>اذا لا يكون الشيء حيوانا وشجرا في الان نفسه</w:t>
      </w:r>
    </w:p>
    <w:p>
      <w:r>
        <w:t>اذا هذه مانعة الجمع وجزئية لان الشرط التي الذي ذكره العلم الحلي والحق جواز استنتاج مانعة الجمع متصلة جزئيا</w:t>
      </w:r>
    </w:p>
    <w:p>
      <w:r>
        <w:t>هذه الجزئية</w:t>
      </w:r>
    </w:p>
    <w:p>
      <w:r>
        <w:t>هذا الشيء اما حيوان او شجر مانعة الجمال</w:t>
      </w:r>
    </w:p>
    <w:p>
      <w:r>
        <w:t>مانعة الجمع</w:t>
      </w:r>
    </w:p>
    <w:p>
      <w:r>
        <w:t>قلت لكم مانعة الجمع</w:t>
      </w:r>
    </w:p>
    <w:p>
      <w:r>
        <w:t>اذا وجد الف لا ينوي جدبا</w:t>
      </w:r>
    </w:p>
    <w:p>
      <w:r>
        <w:t>اذا وجد باء لا ينوجد الف</w:t>
      </w:r>
    </w:p>
    <w:p>
      <w:r>
        <w:t>ممكن ان يرتفع النعم</w:t>
      </w:r>
    </w:p>
    <w:p>
      <w:r>
        <w:t>يعني الشيء لا يكون لا حيوان ولا شجر</w:t>
      </w:r>
    </w:p>
    <w:p>
      <w:r>
        <w:t>يكون جنا</w:t>
      </w:r>
    </w:p>
    <w:p>
      <w:r>
        <w:t>نعم</w:t>
      </w:r>
    </w:p>
    <w:p>
      <w:r>
        <w:t>يكون الها</w:t>
      </w:r>
    </w:p>
    <w:p>
      <w:r>
        <w:t>يكون ملكا يمكن او لا يمكن</w:t>
      </w:r>
    </w:p>
    <w:p>
      <w:r>
        <w:t>هذه الصورة واما حجر او شجر يعني الشيء اما حجر او شجر كذلك منعت الجمع</w:t>
      </w:r>
    </w:p>
    <w:p>
      <w:r>
        <w:t>الاولى منعت الجمع والثانية مانعة الجمع</w:t>
      </w:r>
    </w:p>
    <w:p>
      <w:r>
        <w:t>نعم</w:t>
      </w:r>
    </w:p>
    <w:p>
      <w:r>
        <w:t>يقول نعكس نعكس المقدمتين</w:t>
      </w:r>
    </w:p>
    <w:p>
      <w:r>
        <w:t>آآ نعكسها بعكس النقيض</w:t>
      </w:r>
    </w:p>
    <w:p>
      <w:r>
        <w:t>عكس النقيض انتم الحمد لله على دراية به</w:t>
      </w:r>
    </w:p>
    <w:p>
      <w:r>
        <w:t>الف باء</w:t>
      </w:r>
    </w:p>
    <w:p>
      <w:r>
        <w:t>نعكس</w:t>
      </w:r>
    </w:p>
    <w:p>
      <w:r>
        <w:t>باء الف</w:t>
      </w:r>
    </w:p>
    <w:p>
      <w:r>
        <w:t>وندخل النفي</w:t>
      </w:r>
    </w:p>
    <w:p>
      <w:r>
        <w:t>لا الف سهلة انظر هذا الشيء اما لا شجر او لا حيوان عكس النقيض عكس النقيض الموافق</w:t>
      </w:r>
    </w:p>
    <w:p>
      <w:r>
        <w:t>الكبرى واما لا شجر او لا حجر</w:t>
      </w:r>
    </w:p>
    <w:p>
      <w:r>
        <w:t>يعني تقلب انت تجعل الموضوع محمولا والمحمول موضوعا تدخل اداة السلم على الطرفين</w:t>
      </w:r>
    </w:p>
    <w:p>
      <w:r>
        <w:t>نعم</w:t>
      </w:r>
    </w:p>
    <w:p>
      <w:r>
        <w:t>جيد</w:t>
      </w:r>
    </w:p>
    <w:p>
      <w:r>
        <w:t>هذا الشيء اما لا شجر او لا حيوان</w:t>
      </w:r>
    </w:p>
    <w:p>
      <w:r>
        <w:t>واما لا شجر او لا حجر</w:t>
      </w:r>
    </w:p>
    <w:p>
      <w:r>
        <w:t>اه الشجر هنا اه هو الحد الاوسط</w:t>
      </w:r>
    </w:p>
    <w:p>
      <w:r>
        <w:t>الحد الاوسط في المقدم بتسامح لان المتصلة ما عندها مقدم التالي</w:t>
      </w:r>
    </w:p>
    <w:p>
      <w:r>
        <w:t>نعم</w:t>
      </w:r>
    </w:p>
    <w:p>
      <w:r>
        <w:t>فيحذف الحد الاوسط يحذف</w:t>
      </w:r>
    </w:p>
    <w:p>
      <w:r>
        <w:t>نعم</w:t>
      </w:r>
    </w:p>
    <w:p>
      <w:r>
        <w:t>وهو شكل الشكل الثالث ينتج جزئيا لأن الشكل الثالث طبيعته ينتج جزئية</w:t>
      </w:r>
    </w:p>
    <w:p>
      <w:r>
        <w:t>النتيجة قد يكون اذا كان هذا الشيء لا حيوانا كان لا حجرا</w:t>
      </w:r>
    </w:p>
    <w:p>
      <w:r>
        <w:t>يعني اذا ارتفع عنه الحيوانية ترتفع عنه الحجر تقول كيف شيخنا؟ تقول ملك</w:t>
      </w:r>
    </w:p>
    <w:p>
      <w:r>
        <w:t>الملك ترفع عنه الحيوانية وترفع عنه الشرارية</w:t>
      </w:r>
    </w:p>
    <w:p>
      <w:r>
        <w:t>يعني الملاك لا حيوان ولا شجر</w:t>
      </w:r>
    </w:p>
    <w:p>
      <w:r>
        <w:t>انتج</w:t>
      </w:r>
    </w:p>
    <w:p>
      <w:r>
        <w:t>خلاف ما يدعيه المحقق الطوسي رحمة الله عليه نعم كتبت هذه آآ هذه المسألة اكتبها</w:t>
      </w:r>
    </w:p>
    <w:p>
      <w:r>
        <w:t>اذا عرفت هذا نعود الى حديث العلامة الحلي</w:t>
      </w:r>
    </w:p>
    <w:p>
      <w:r>
        <w:t>اذا عرفت هذا فلنفرض المنفصلتين آآ فلنفرض المنفصلتين كل واحدة منها ذات جزئين فقط فنقول لا يكون في هذا التأنيث امتياز بين حدي النتيجة حدي النتيجة يعني آآ النتيجة كذلك هي منفصلة</w:t>
      </w:r>
    </w:p>
    <w:p>
      <w:r>
        <w:t>منفصلة يعني الذي بينهما العناد</w:t>
      </w:r>
    </w:p>
    <w:p>
      <w:r>
        <w:t>نعم</w:t>
      </w:r>
    </w:p>
    <w:p>
      <w:r>
        <w:t>الف وباء</w:t>
      </w:r>
    </w:p>
    <w:p>
      <w:r>
        <w:t>اذا اختفت جيم مثلا كأحد اوسط</w:t>
      </w:r>
    </w:p>
    <w:p>
      <w:r>
        <w:t>لا يكون في هذا امتياز بين حد النتيجة ولا بين المقدمتين طبعا بالوضع</w:t>
      </w:r>
    </w:p>
    <w:p>
      <w:r>
        <w:t>واضحة جدا</w:t>
      </w:r>
    </w:p>
    <w:p>
      <w:r>
        <w:t>يعني يمكن لك ان تقول شيء اما يعني العدد شيء العددي اما زوج واو فرض ممكن لك تقول العدد اما فرد او زوج تغير</w:t>
      </w:r>
    </w:p>
    <w:p>
      <w:r>
        <w:t>ما في تقدم طبعي تقدم وظعي يعني انت بجعلك انت العدد اما فرض او زوج ممكن لك ان تقول العدد اما زوج او فرض هذا هو معناه هذه العبارة لما تقدم من عدم الامتياز بين اجزاء المنفصلة قاعدة كلية</w:t>
      </w:r>
    </w:p>
    <w:p>
      <w:r>
        <w:t>قاعدة كلية نعم تقول شيء اما ان يقع يمينا او شمالا يمكن لك ان تقول شيء اما ان يقع شمالا او يمينا سهلة جدا هذه المسألة</w:t>
      </w:r>
    </w:p>
    <w:p>
      <w:r>
        <w:t>نعم</w:t>
      </w:r>
    </w:p>
    <w:p>
      <w:r>
        <w:t>ولا يتميز فيه شكل عن شكل بل اذا جعلنا احدى المقدمات والاخرى كبرى حصلت النتيجة بحسبها بان يكون مقدمها من الصغرى وتليها من الكبرى واضحة جدا</w:t>
      </w:r>
    </w:p>
    <w:p>
      <w:r>
        <w:t>واذا عكست نفس الشيء نعم سهلة المسألة</w:t>
      </w:r>
    </w:p>
    <w:p>
      <w:r>
        <w:t>اذا انتهت الشروط</w:t>
      </w:r>
    </w:p>
    <w:p>
      <w:r>
        <w:t>نأتي الان الى مركب من منفصلته ان مشتركة في جزء تام</w:t>
      </w:r>
    </w:p>
    <w:p>
      <w:r>
        <w:t>يعني صغرى عندها حد اوسط هو قضية والكبرى عندها حد اوسطها قضية ما فيه جزء</w:t>
      </w:r>
    </w:p>
    <w:p>
      <w:r>
        <w:t>هنا قضية يعني الحد الاوسط يشكل قضية في حد ذاته</w:t>
      </w:r>
    </w:p>
    <w:p>
      <w:r>
        <w:t>ليس جزءا</w:t>
      </w:r>
    </w:p>
    <w:p>
      <w:r>
        <w:t>نعم تام هذا هو الجزء التام يعني قضية</w:t>
      </w:r>
    </w:p>
    <w:p>
      <w:r>
        <w:t>نعم</w:t>
      </w:r>
    </w:p>
    <w:p>
      <w:r>
        <w:t>قال اما المشتركة في التامين الحد الاوسط تام في الصغرى تام في الكبرى</w:t>
      </w:r>
    </w:p>
    <w:p>
      <w:r>
        <w:t>فالمؤلفة من حقيقتين حقيقتين يعني صغرى قضية حقيقية لا يجتمعان ولا يرتفعان طرفا</w:t>
      </w:r>
    </w:p>
    <w:p>
      <w:r>
        <w:t>نعم</w:t>
      </w:r>
    </w:p>
    <w:p>
      <w:r>
        <w:t>لا تفيد حكما لوجوب اتحاد الباقين او الباقين او تلازهما</w:t>
      </w:r>
    </w:p>
    <w:p>
      <w:r>
        <w:t>تلازمهما</w:t>
      </w:r>
    </w:p>
    <w:p>
      <w:r>
        <w:t>نعم</w:t>
      </w:r>
    </w:p>
    <w:p>
      <w:r>
        <w:t>لا تفيد حكما لوجوب اتحاد الباقين او تلا تلازمهما</w:t>
      </w:r>
    </w:p>
    <w:p>
      <w:r>
        <w:t>نعم</w:t>
      </w:r>
    </w:p>
    <w:p>
      <w:r>
        <w:t>وتنتج من عين كل واحد منهما ونقيض اخر</w:t>
      </w:r>
    </w:p>
    <w:p>
      <w:r>
        <w:t>ونقيض اخر حقيقة طبعا منعت بالقضية الحقيقية ما معناه؟ يعني عندك انت شيء اما الف وباء لا يجتمعان ولا يرتفعان</w:t>
      </w:r>
    </w:p>
    <w:p>
      <w:r>
        <w:t>ما معنى لا يجتمعان؟ تواجد المعي غير ممكن</w:t>
      </w:r>
    </w:p>
    <w:p>
      <w:r>
        <w:t>الارتفاع المعي غير يمكن مثل آآ لا يمكن مثل آآ العدد العدد اما زوج وفرض</w:t>
      </w:r>
    </w:p>
    <w:p>
      <w:r>
        <w:t>لا يكون العدد في التواجد زوجا وفرضا</w:t>
      </w:r>
    </w:p>
    <w:p>
      <w:r>
        <w:t>ولا يخلو العدد من احدهما</w:t>
      </w:r>
    </w:p>
    <w:p>
      <w:r>
        <w:t>هذه هي الحقيقية</w:t>
      </w:r>
    </w:p>
    <w:p>
      <w:r>
        <w:t>ضابطتها كما بينها المحقق الطوسي في شرح الاشارات منطقة شهرات هو هذا</w:t>
      </w:r>
    </w:p>
    <w:p>
      <w:r>
        <w:t>انت تأتي بالقضية مهما كانت هذه القضية في صيغتها تقول الشيء اما الف واما باء</w:t>
      </w:r>
    </w:p>
    <w:p>
      <w:r>
        <w:t>آآ انزع باء تقول الشين الف او لا الف</w:t>
      </w:r>
    </w:p>
    <w:p>
      <w:r>
        <w:t>هذه هي الحقيقية المعيارية</w:t>
      </w:r>
    </w:p>
    <w:p>
      <w:r>
        <w:t>الحقيقية المعيارية</w:t>
      </w:r>
    </w:p>
    <w:p>
      <w:r>
        <w:t>لماذا? لان الشيء لا يجتمع عن قيره</w:t>
      </w:r>
    </w:p>
    <w:p>
      <w:r>
        <w:t>هذه هي مبدأ مبدأ التناقض</w:t>
      </w:r>
    </w:p>
    <w:p>
      <w:r>
        <w:t>مبدأ التناقض في الصياغة الشرطية</w:t>
      </w:r>
    </w:p>
    <w:p>
      <w:r>
        <w:t>شيء اما الف او لا الف لا يجتمعان ولا يرتفعان</w:t>
      </w:r>
    </w:p>
    <w:p>
      <w:r>
        <w:t>ثم خذ ما انت وقسه الى اللا الف</w:t>
      </w:r>
    </w:p>
    <w:p>
      <w:r>
        <w:t>اذا كان التساوي قضية حقيقية</w:t>
      </w:r>
    </w:p>
    <w:p>
      <w:r>
        <w:t>اذا كان لا ا عام باء عام تخرج اما مناعة الخلو واذا كان اخص مانعة هذا هو الملاك بيناه فيما سبق في القضية الحقيقية لا اما هذا واما نعم لا يجتمعان ولا يرتفعان وتنتج من عين كل واحد منها ونقيض اخور</w:t>
      </w:r>
    </w:p>
    <w:p>
      <w:r>
        <w:t>يعني اما تظع الف تنتج يعني النقيظ الثاني يرفع</w:t>
      </w:r>
    </w:p>
    <w:p>
      <w:r>
        <w:t>واما تقع النقيظ نعم نقيظ الف فيأتي الطرف الاخر هو وباء</w:t>
      </w:r>
    </w:p>
    <w:p>
      <w:r>
        <w:t>نعم</w:t>
      </w:r>
    </w:p>
    <w:p>
      <w:r>
        <w:t>اقول هذا هو القسم الاول من الاقسام الثلاثة وهو ان يكون المشترك من المشترك اما تام واما تام هذا التام في المقدمتين تام في مقدمة ليست تاما في مقدمة اخرى او لا وليس تنفي المقدمات هذه هي الاحتمالات هذا هو القسم الاول من الاقسام الثلاثة</w:t>
      </w:r>
    </w:p>
    <w:p>
      <w:r>
        <w:t>يعني الحد الاوسط قضية في الصغرى قضية في الكبرى</w:t>
      </w:r>
    </w:p>
    <w:p>
      <w:r>
        <w:t>وهو ان يكون المشترك يعني الحد الاوسط</w:t>
      </w:r>
    </w:p>
    <w:p>
      <w:r>
        <w:t>فيه جزءا تاما من المقدمة واقسامه ستة</w:t>
      </w:r>
    </w:p>
    <w:p>
      <w:r>
        <w:t>نعم</w:t>
      </w:r>
    </w:p>
    <w:p>
      <w:r>
        <w:t>اولها ما يتألف من منفصلتين حقيقتين</w:t>
      </w:r>
    </w:p>
    <w:p>
      <w:r>
        <w:t>حقيقة حقيقيتين حقيقيتين حقيقيتين</w:t>
      </w:r>
    </w:p>
    <w:p>
      <w:r>
        <w:t>نعم</w:t>
      </w:r>
    </w:p>
    <w:p>
      <w:r>
        <w:t>يعني الصغرى حقيقية والكبرى حقيقية</w:t>
      </w:r>
    </w:p>
    <w:p>
      <w:r>
        <w:t>يعني لا يجتمعان والعيار تسع وقد ذهب الشيخ ابو علي يعني الشيخ الرئيس شفاء القياس تلتمية وتسعطاش يكتب هذه المصادر يمكن ان تكتب مقالة آآ تعمل محاضرة ورسالة التخرج دكتوراة ماجستير تنفعك هذه المصا الشفاء القياس الشفاء الكبير هذا</w:t>
      </w:r>
    </w:p>
    <w:p>
      <w:r>
        <w:t>نعم الذي طبع في مصر</w:t>
      </w:r>
    </w:p>
    <w:p>
      <w:r>
        <w:t>اول ما طبع وطبع في قوم ظهر مكتبة السيد المرعشي</w:t>
      </w:r>
    </w:p>
    <w:p>
      <w:r>
        <w:t>طبعته بالأفساد</w:t>
      </w:r>
    </w:p>
    <w:p>
      <w:r>
        <w:t>شفاء القياس تلتمية وتسعطاش</w:t>
      </w:r>
    </w:p>
    <w:p>
      <w:r>
        <w:t>نعم</w:t>
      </w:r>
    </w:p>
    <w:p>
      <w:r>
        <w:t>ويقول بظرف الحاشية</w:t>
      </w:r>
    </w:p>
    <w:p>
      <w:r>
        <w:t>الاسرار الخفية للعلامة الحلي صفحة وربعة وخمسين تجد هذا المطلب</w:t>
      </w:r>
    </w:p>
    <w:p>
      <w:r>
        <w:t>نعم</w:t>
      </w:r>
    </w:p>
    <w:p>
      <w:r>
        <w:t>وقد ذهب الشيخ ابو علي الى انه لا ينتج</w:t>
      </w:r>
    </w:p>
    <w:p>
      <w:r>
        <w:t>لان الطرفين يعني الف وباء</w:t>
      </w:r>
    </w:p>
    <w:p>
      <w:r>
        <w:t>اللذين بينهما عناد اذا تواجد الف ارتفع باء اذا وجد باء ارتفع الف لان الطرفين عن الاصغر والاكبر باعتبار اختفاء الحد الاوسط لابد وان يتحد او يتناسب</w:t>
      </w:r>
    </w:p>
    <w:p>
      <w:r>
        <w:t>يتحد يعني يتحد في المصداق او يتلازم ما قال التلازم يعني اذا وجب المصداق الاول يتواجد معه لانه حتى لو بدون اتحاد</w:t>
      </w:r>
    </w:p>
    <w:p>
      <w:r>
        <w:t>نعم</w:t>
      </w:r>
    </w:p>
    <w:p>
      <w:r>
        <w:t>هذا مبنى من? مبنى? شيخ الرئيس</w:t>
      </w:r>
    </w:p>
    <w:p>
      <w:r>
        <w:t>ثم يعلله اعلام المنهج لان الاوسط الحد الاوسط عندنا صغرى وكبرى لان الاوسط ان كان نقيدا لهما يعني نقيظا لمن? للاصغر والاكبر لهما اتحد</w:t>
      </w:r>
    </w:p>
    <w:p>
      <w:r>
        <w:t>نعم</w:t>
      </w:r>
    </w:p>
    <w:p>
      <w:r>
        <w:t>الحد الاوسط نقيض للاصغر</w:t>
      </w:r>
    </w:p>
    <w:p>
      <w:r>
        <w:t>ونقيض للاكبر</w:t>
      </w:r>
    </w:p>
    <w:p>
      <w:r>
        <w:t>اذا كان الحد الاوسط نقيض للاصغر</w:t>
      </w:r>
    </w:p>
    <w:p>
      <w:r>
        <w:t>ما معنى? يعني اذا وجد ارتفع الاصغر</w:t>
      </w:r>
    </w:p>
    <w:p>
      <w:r>
        <w:t>وارتفع الاكبر</w:t>
      </w:r>
    </w:p>
    <w:p>
      <w:r>
        <w:t>نعم</w:t>
      </w:r>
    </w:p>
    <w:p>
      <w:r>
        <w:t>وهو لا يرتفع عن ان القضية حقيقية</w:t>
      </w:r>
    </w:p>
    <w:p>
      <w:r>
        <w:t>جيد</w:t>
      </w:r>
    </w:p>
    <w:p>
      <w:r>
        <w:t>اذا كان الحد الاوسط نقيض للأصغر ونقف للاكبر</w:t>
      </w:r>
    </w:p>
    <w:p>
      <w:r>
        <w:t>يمكن ان يجتمعان</w:t>
      </w:r>
    </w:p>
    <w:p>
      <w:r>
        <w:t>نعم</w:t>
      </w:r>
    </w:p>
    <w:p>
      <w:r>
        <w:t>يقولون عدو صديقي عدوي انا</w:t>
      </w:r>
    </w:p>
    <w:p>
      <w:r>
        <w:t>صديق صديقي صديقي انا</w:t>
      </w:r>
    </w:p>
    <w:p>
      <w:r>
        <w:t>فالحد الأوسط</w:t>
      </w:r>
    </w:p>
    <w:p>
      <w:r>
        <w:t>النقيض للأس الاكبر</w:t>
      </w:r>
    </w:p>
    <w:p>
      <w:r>
        <w:t>يعني يمكن ان يجتمع الاكبر والاصغر</w:t>
      </w:r>
    </w:p>
    <w:p>
      <w:r>
        <w:t>يعني لا تناقض بين الاكبر والاصغر</w:t>
      </w:r>
    </w:p>
    <w:p>
      <w:r>
        <w:t>فقد يجتمعان</w:t>
      </w:r>
    </w:p>
    <w:p>
      <w:r>
        <w:t>اذا بينا الاجتماع والارتفاع</w:t>
      </w:r>
    </w:p>
    <w:p>
      <w:r>
        <w:t>اذا لا معنى للقياس</w:t>
      </w:r>
    </w:p>
    <w:p>
      <w:r>
        <w:t>نقع في التناقض</w:t>
      </w:r>
    </w:p>
    <w:p>
      <w:r>
        <w:t>اذا لا قياس من منفصلتين حقيقيتين</w:t>
      </w:r>
    </w:p>
    <w:p>
      <w:r>
        <w:t>على مبنى من? شيخ الرئيس</w:t>
      </w:r>
    </w:p>
    <w:p>
      <w:r>
        <w:t>نعم لان الاوسط ان كان نقيدا لهما اتحدا</w:t>
      </w:r>
    </w:p>
    <w:p>
      <w:r>
        <w:t>نعم</w:t>
      </w:r>
    </w:p>
    <w:p>
      <w:r>
        <w:t>فهو النقيض الاصغر يعني اذا وجد الاصغر ويرتفع</w:t>
      </w:r>
    </w:p>
    <w:p>
      <w:r>
        <w:t>نعم</w:t>
      </w:r>
    </w:p>
    <w:p>
      <w:r>
        <w:t>واذا ارتفع على المستوى الاكبر ينوجد الاكبر فيتسابق الاكبر مع الاصغر</w:t>
      </w:r>
    </w:p>
    <w:p>
      <w:r>
        <w:t>هذا واتحد</w:t>
      </w:r>
    </w:p>
    <w:p>
      <w:r>
        <w:t>نعم</w:t>
      </w:r>
    </w:p>
    <w:p>
      <w:r>
        <w:t>وان كان لازما مساويا لاحدهما او لهما معا تلازما</w:t>
      </w:r>
    </w:p>
    <w:p>
      <w:r>
        <w:t>نعم</w:t>
      </w:r>
    </w:p>
    <w:p>
      <w:r>
        <w:t>وان كان لازما مساويا</w:t>
      </w:r>
    </w:p>
    <w:p>
      <w:r>
        <w:t>لاحدهما او لهما معا تلازما</w:t>
      </w:r>
    </w:p>
    <w:p>
      <w:r>
        <w:t>نعم</w:t>
      </w:r>
    </w:p>
    <w:p>
      <w:r>
        <w:t>لازما لازما ما معناه? يعني لا ينفك عن اصغر</w:t>
      </w:r>
    </w:p>
    <w:p>
      <w:r>
        <w:t>ولا ينفك عن الاكبر</w:t>
      </w:r>
    </w:p>
    <w:p>
      <w:r>
        <w:t>اذ عن هذا عدم الانفكاك معناه ان الاصغر مع الاكبر</w:t>
      </w:r>
    </w:p>
    <w:p>
      <w:r>
        <w:t>نعم</w:t>
      </w:r>
    </w:p>
    <w:p>
      <w:r>
        <w:t>واذا وجب اتحاد الطرفين او تلازمهما استحال التعارف بينهما</w:t>
      </w:r>
    </w:p>
    <w:p>
      <w:r>
        <w:t>يعني ما في تعاند بين الاصغر اكبر والقضية الحقيقية معناه القضية الحقيقية في تعاند اذا وجد الاصغر لا هي الوجه الاكبر اذا الوجد الاكبر هي الوجد الاصغر</w:t>
      </w:r>
    </w:p>
    <w:p>
      <w:r>
        <w:t>طبيعة القضية الحقيقية لا يجتمعان ولا يرتفعان</w:t>
      </w:r>
    </w:p>
    <w:p>
      <w:r>
        <w:t>هذه فلسفة من? شيخ الرئيس</w:t>
      </w:r>
    </w:p>
    <w:p>
      <w:r>
        <w:t>والمتأخر استنتجوا منه متصلة</w:t>
      </w:r>
    </w:p>
    <w:p>
      <w:r>
        <w:t>يعني من متصلتين حقيقتين في انتاج خلاف مبنى المبنى السينوي</w:t>
      </w:r>
    </w:p>
    <w:p>
      <w:r>
        <w:t>والمتأخرون استنتجوا منه من هذا القياس متشكل من متصلتين</w:t>
      </w:r>
    </w:p>
    <w:p>
      <w:r>
        <w:t>حقيقيتين متصلة</w:t>
      </w:r>
    </w:p>
    <w:p>
      <w:r>
        <w:t>يعني المتصلة تسانخ المقدمتين</w:t>
      </w:r>
    </w:p>
    <w:p>
      <w:r>
        <w:t>مؤلفة من عين الاصغر والاكبر</w:t>
      </w:r>
    </w:p>
    <w:p>
      <w:r>
        <w:t>نعم</w:t>
      </w:r>
    </w:p>
    <w:p>
      <w:r>
        <w:t>ليس بينهما تظاد</w:t>
      </w:r>
    </w:p>
    <w:p>
      <w:r>
        <w:t>من عين الاصغر والاكبر</w:t>
      </w:r>
    </w:p>
    <w:p>
      <w:r>
        <w:t>يعني الاصغر والاكبر تسابق عجيب تقول شيخنا العزيز الصغرى حقيقية والكبرى حقيقية</w:t>
      </w:r>
    </w:p>
    <w:p>
      <w:r>
        <w:t>كيف النتيجة? النتيجة تكون منعة الخلو</w:t>
      </w:r>
    </w:p>
    <w:p>
      <w:r>
        <w:t>نعم</w:t>
      </w:r>
    </w:p>
    <w:p>
      <w:r>
        <w:t>والمقدم ايهما كان? والمقدم ايهما كان مهما كانت حالته? نعم واو المنفصلة اللازمة لهذه المتصلة يعني اما تنتج متصلة ومؤلف او المنفصلة منفصلة مؤلفة من العين الأصغر والأكبر او المنفصلة اللازمة لهذا المتصلة لأن المتصلة اذا لازمها يتحقق لان اللازم لا ينفك</w:t>
      </w:r>
    </w:p>
    <w:p>
      <w:r>
        <w:t>اذا تحقق الاثبات في الواقع فكل لازم معهم لان اللازم لا ينفك</w:t>
      </w:r>
    </w:p>
    <w:p>
      <w:r>
        <w:t>طبيعة اللازم يتبع من زومه حيث كان او المنفصلة اللازمة لهذه المتصلة</w:t>
      </w:r>
    </w:p>
    <w:p>
      <w:r>
        <w:t>وهي الحقيقية المؤلفة من عين احد الطرفين ونقيض العقوق</w:t>
      </w:r>
    </w:p>
    <w:p>
      <w:r>
        <w:t>ما شاء الله</w:t>
      </w:r>
    </w:p>
    <w:p>
      <w:r>
        <w:t>يعني من الاصغر ونقيض الاكبر او من الاكبر ونقيض الاصغر</w:t>
      </w:r>
    </w:p>
    <w:p>
      <w:r>
        <w:t>لماذا? لاستحالة الجمع بين الشيء ونقيضه نقيظي لازمه</w:t>
      </w:r>
    </w:p>
    <w:p>
      <w:r>
        <w:t>نعم</w:t>
      </w:r>
    </w:p>
    <w:p>
      <w:r>
        <w:t>لان الجمع بين الشيء والناقض لازمة الرجوع الى الجمع بين الشيء ونقية الشيء</w:t>
      </w:r>
    </w:p>
    <w:p>
      <w:r>
        <w:t>اجتماع النقيضين</w:t>
      </w:r>
    </w:p>
    <w:p>
      <w:r>
        <w:t>لاحظتم ان اجتماع النقيضين تدخل في جميع الاقسام</w:t>
      </w:r>
    </w:p>
    <w:p>
      <w:r>
        <w:t>ولا تظهر في العقيسة لانها هي ملاك عقلي سرمدي</w:t>
      </w:r>
    </w:p>
    <w:p>
      <w:r>
        <w:t>نعم</w:t>
      </w:r>
    </w:p>
    <w:p>
      <w:r>
        <w:t>فوق الفكر</w:t>
      </w:r>
    </w:p>
    <w:p>
      <w:r>
        <w:t>فوق الفكر</w:t>
      </w:r>
    </w:p>
    <w:p>
      <w:r>
        <w:t>هي ملاك الفكر</w:t>
      </w:r>
    </w:p>
    <w:p>
      <w:r>
        <w:t>وملاك الانتاج</w:t>
      </w:r>
    </w:p>
    <w:p>
      <w:r>
        <w:t>وعدم الانتاج</w:t>
      </w:r>
    </w:p>
    <w:p>
      <w:r>
        <w:t>لاستحالة الجمع بين الشيء ونقيض لازمه نعم</w:t>
      </w:r>
    </w:p>
    <w:p>
      <w:r>
        <w:t>اذا اجتمع الشيء مع نقيض لازمه يعني اجتمع مع نقيضه لانه نقيض لازم نقيض ملزوم</w:t>
      </w:r>
    </w:p>
    <w:p>
      <w:r>
        <w:t>قاعدة عقلية</w:t>
      </w:r>
    </w:p>
    <w:p>
      <w:r>
        <w:t>نعم مع لازمه المس طبعا المساوي في الصدق والخلو عنهما لاستحالة الجمع بين الشيء ونقيضه لازمه المساوي والخلو عنهما يعني لا تجد الشيء موجود وناقد لازموه معه موجود</w:t>
      </w:r>
    </w:p>
    <w:p>
      <w:r>
        <w:t>وكذلك الخل لا يخلو الواقع من احدهما</w:t>
      </w:r>
    </w:p>
    <w:p>
      <w:r>
        <w:t>اما الشيء ويرتفع النقيض اللازم او النقيض اللازم موجود والشيء يرتفع</w:t>
      </w:r>
    </w:p>
    <w:p>
      <w:r>
        <w:t>نعم</w:t>
      </w:r>
    </w:p>
    <w:p>
      <w:r>
        <w:t>والمصنف رحمه الله يعني المحقق التوصي استنتج الحقيقية المؤلفة من عين احد الطرفين ونقيض العاقوف</w:t>
      </w:r>
    </w:p>
    <w:p>
      <w:r>
        <w:t>نعم</w:t>
      </w:r>
    </w:p>
    <w:p>
      <w:r>
        <w:t>المحقق التونسي يقول الانتاج هو مع الف ونقيض باء</w:t>
      </w:r>
    </w:p>
    <w:p>
      <w:r>
        <w:t>بين الطرفين</w:t>
      </w:r>
    </w:p>
    <w:p>
      <w:r>
        <w:t>شيء واما الف وباء النتيجة مع الف ونقط نعم</w:t>
      </w:r>
    </w:p>
    <w:p>
      <w:r>
        <w:t>او تقول النتيجة مع باء ونقيض الف</w:t>
      </w:r>
    </w:p>
    <w:p>
      <w:r>
        <w:t>لان العناد ليس طبعيا</w:t>
      </w:r>
    </w:p>
    <w:p>
      <w:r>
        <w:t>وضعي</w:t>
      </w:r>
    </w:p>
    <w:p>
      <w:r>
        <w:t>كقولنا يمثلك بالإنسان يتضح لك الأمر</w:t>
      </w:r>
    </w:p>
    <w:p>
      <w:r>
        <w:t>نعم</w:t>
      </w:r>
    </w:p>
    <w:p>
      <w:r>
        <w:t>ان شاء الله توقف هنا والمصنف رحمه الله في الحصة الآتية لأن الوقت انتهى</w:t>
      </w:r>
    </w:p>
    <w:p>
      <w:r>
        <w:t>نعم</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