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 والمصنف رحمه الله يعني المحقق الطوبسي</w:t>
      </w:r>
    </w:p>
    <w:p>
      <w:r>
        <w:t>استنتج الحقيقية المؤلفة من عين احد الطرفين</w:t>
      </w:r>
    </w:p>
    <w:p>
      <w:r>
        <w:t>لان تبادل وضعي وليس طبعي لك ان تقول الشيء اما الشيء العددي اما زوج او فرد او تقول الشيء العددي اما فرد وزوج</w:t>
      </w:r>
    </w:p>
    <w:p>
      <w:r>
        <w:t>المهم من احدهما من عين احد الطرفين يعني اما الف وباء في التعنت</w:t>
      </w:r>
    </w:p>
    <w:p>
      <w:r>
        <w:t>وناقض الاخر يعني اذا اخترت الف يكون الحد الاكبر آآ لا بأس</w:t>
      </w:r>
    </w:p>
    <w:p>
      <w:r>
        <w:t>اذا اخترت باء يكون الحذر لا الف</w:t>
      </w:r>
    </w:p>
    <w:p>
      <w:r>
        <w:t>نعم</w:t>
      </w:r>
    </w:p>
    <w:p>
      <w:r>
        <w:t>كقولنا العدد اما زوج او فرد حقيقيا</w:t>
      </w:r>
    </w:p>
    <w:p>
      <w:r>
        <w:t>العدد لا يكون زوج وفردا مع ولا يخلو من احدهما حقيقيا</w:t>
      </w:r>
    </w:p>
    <w:p>
      <w:r>
        <w:t>لا يجتمعان ولا يرتفعان</w:t>
      </w:r>
    </w:p>
    <w:p>
      <w:r>
        <w:t>العدد اما زوج او فورد واما ان يكون فردا</w:t>
      </w:r>
    </w:p>
    <w:p>
      <w:r>
        <w:t>او منقسما بمتساويين</w:t>
      </w:r>
    </w:p>
    <w:p>
      <w:r>
        <w:t>يعني بفرض يفصل جيدا بين المقدمتين حتى لا يأتي التشويش</w:t>
      </w:r>
    </w:p>
    <w:p>
      <w:r>
        <w:t>يعني يقول الصغرى هكذا العدد اما زوجة او فرد</w:t>
      </w:r>
    </w:p>
    <w:p>
      <w:r>
        <w:t>انتهت الصغرى</w:t>
      </w:r>
    </w:p>
    <w:p>
      <w:r>
        <w:t>نأتي الى الكبرى</w:t>
      </w:r>
    </w:p>
    <w:p>
      <w:r>
        <w:t>والعدد اما ان يكون فردا</w:t>
      </w:r>
    </w:p>
    <w:p>
      <w:r>
        <w:t>منقسما بمتساويين</w:t>
      </w:r>
    </w:p>
    <w:p>
      <w:r>
        <w:t>المنقسم متساويان لازم للزوجية</w:t>
      </w:r>
    </w:p>
    <w:p>
      <w:r>
        <w:t>ترك الزوجية ذهب الى اللازم</w:t>
      </w:r>
    </w:p>
    <w:p>
      <w:r>
        <w:t>يمكن</w:t>
      </w:r>
    </w:p>
    <w:p>
      <w:r>
        <w:t>لان اينما يكون الملزوم يكون اللازم</w:t>
      </w:r>
    </w:p>
    <w:p>
      <w:r>
        <w:t>فاذا قلنا العدد اما زوج او فرد</w:t>
      </w:r>
    </w:p>
    <w:p>
      <w:r>
        <w:t>نأتي الى ممكن</w:t>
      </w:r>
    </w:p>
    <w:p>
      <w:r>
        <w:t>لازم الزوجية الانقسام الى متساويين</w:t>
      </w:r>
    </w:p>
    <w:p>
      <w:r>
        <w:t>لازم الفرضية عدم الانقسام الى متساويين</w:t>
      </w:r>
    </w:p>
    <w:p>
      <w:r>
        <w:t>نعم فكأنك قلت في الكبرى هكذا والعدد اما ان يكون فردا او زوجا منقسما الى متسولا</w:t>
      </w:r>
    </w:p>
    <w:p>
      <w:r>
        <w:t>صحيحة نعم? نعم</w:t>
      </w:r>
    </w:p>
    <w:p>
      <w:r>
        <w:t>اذا لا يجتمعان ولا يرتفعان في الصغرى في الكبرى</w:t>
      </w:r>
    </w:p>
    <w:p>
      <w:r>
        <w:t>فانه ينتج اما ان يكون زوجا</w:t>
      </w:r>
    </w:p>
    <w:p>
      <w:r>
        <w:t>نعم</w:t>
      </w:r>
    </w:p>
    <w:p>
      <w:r>
        <w:t>العدد اما ان يكون زوجا او غير منقسم بمتسولا</w:t>
      </w:r>
    </w:p>
    <w:p>
      <w:r>
        <w:t>العدد اما ان يكون زوجا او غير منقسم متساوين ما معنى يعني فرض</w:t>
      </w:r>
    </w:p>
    <w:p>
      <w:r>
        <w:t>فرض صحيح? فالنتيجة صحيحة</w:t>
      </w:r>
    </w:p>
    <w:p>
      <w:r>
        <w:t>لا يجتمعان ولا يرتفعان قضية حقيقية</w:t>
      </w:r>
    </w:p>
    <w:p>
      <w:r>
        <w:t>لان غير منقسم متساويا ما هو? لازم الفرضية</w:t>
      </w:r>
    </w:p>
    <w:p>
      <w:r>
        <w:t>قال اما ان يكون زوجا او يكون فرضا صحيحا</w:t>
      </w:r>
    </w:p>
    <w:p>
      <w:r>
        <w:t>حقيقية مانعة اه لا يجتمعان ولا يرتفعان</w:t>
      </w:r>
    </w:p>
    <w:p>
      <w:r>
        <w:t>هذا انتاج</w:t>
      </w:r>
    </w:p>
    <w:p>
      <w:r>
        <w:t>ويمكن ان تنتج من ناحية الزوجية</w:t>
      </w:r>
    </w:p>
    <w:p>
      <w:r>
        <w:t>تقول اما ان يكون فردا او منقسم الى متسولين</w:t>
      </w:r>
    </w:p>
    <w:p>
      <w:r>
        <w:t>يمكن او لا يمكن يمكن</w:t>
      </w:r>
    </w:p>
    <w:p>
      <w:r>
        <w:t>وينتج ايضا اما ان لا يكون سلبيا ممكن ايجابية</w:t>
      </w:r>
    </w:p>
    <w:p>
      <w:r>
        <w:t>يعني اما ان يكون اه زوجا اه او اذا كانت اه حقيقية لا تستطيع ان تقول</w:t>
      </w:r>
    </w:p>
    <w:p>
      <w:r>
        <w:t>اما ان يكون زوجا او منقسم الى متساويان هذه منعت الخلو</w:t>
      </w:r>
    </w:p>
    <w:p>
      <w:r>
        <w:t>ونحن في الحقيقة</w:t>
      </w:r>
    </w:p>
    <w:p>
      <w:r>
        <w:t>لا يمكن وينتج ايضا هذه صحيحة</w:t>
      </w:r>
    </w:p>
    <w:p>
      <w:r>
        <w:t>اما ان لا يكون زوجا او يكون منقسما من متسويا</w:t>
      </w:r>
    </w:p>
    <w:p>
      <w:r>
        <w:t>اما ان لا يكون زوجا يعني فرض</w:t>
      </w:r>
    </w:p>
    <w:p>
      <w:r>
        <w:t>لانها حقيقية</w:t>
      </w:r>
    </w:p>
    <w:p>
      <w:r>
        <w:t>اما هذا واما هذا</w:t>
      </w:r>
    </w:p>
    <w:p>
      <w:r>
        <w:t>او يكون متساوية</w:t>
      </w:r>
    </w:p>
    <w:p>
      <w:r>
        <w:t>معني زوج كأنك قلت اما ان يكون فردا واما ان يكون زوجا</w:t>
      </w:r>
    </w:p>
    <w:p>
      <w:r>
        <w:t>نعم</w:t>
      </w:r>
    </w:p>
    <w:p>
      <w:r>
        <w:t>لاستلزام انظر سر الاستلزام المقدم الاول</w:t>
      </w:r>
    </w:p>
    <w:p>
      <w:r>
        <w:t>المقدم الأول ما هو الا يكون زوجا لاستلزام المقدم الاستلزام المقدمة الاولى المقدمة الاولى ما هي في في مثالنا اه العدد زوج او فرد</w:t>
      </w:r>
    </w:p>
    <w:p>
      <w:r>
        <w:t>لاستلزام المقدمة الاولى كلما كان العدد زوجا لم يكن فردا</w:t>
      </w:r>
    </w:p>
    <w:p>
      <w:r>
        <w:t>نعم هذا هذا الاستلزام متصل</w:t>
      </w:r>
    </w:p>
    <w:p>
      <w:r>
        <w:t>نعم كلما كان العدد زوجا لم يكن فردا</w:t>
      </w:r>
    </w:p>
    <w:p>
      <w:r>
        <w:t>طبعا واضح</w:t>
      </w:r>
    </w:p>
    <w:p>
      <w:r>
        <w:t>واستلزام الثانية الثانية ما هي? آآ العدد اما ان يكون فرضا او منقسما بمتساوين</w:t>
      </w:r>
    </w:p>
    <w:p>
      <w:r>
        <w:t>يعني اما فرض او زوج</w:t>
      </w:r>
    </w:p>
    <w:p>
      <w:r>
        <w:t>واستلزام الثني عن الم ثانية في القياس كلما لم يكن فرضا كان منقسما وبالعكس وهو يستلزمه تفنن في الانتاج</w:t>
      </w:r>
    </w:p>
    <w:p>
      <w:r>
        <w:t>لماذا? لانها حقيقية حقيقية</w:t>
      </w:r>
    </w:p>
    <w:p>
      <w:r>
        <w:t>اجتنب مناعة الجمع واجتنب مناعة القلوب</w:t>
      </w:r>
    </w:p>
    <w:p>
      <w:r>
        <w:t>يعني النتيجة اما ان يكون زوجا او او غير منقسم بمتساويين كانك قلت اما ان يكون زوجا او فرضا</w:t>
      </w:r>
    </w:p>
    <w:p>
      <w:r>
        <w:t>لانها غير منقسم بمتساويا من? خاصية للفرد</w:t>
      </w:r>
    </w:p>
    <w:p>
      <w:r>
        <w:t>اذا ما خرجت من القضية الحقيقية</w:t>
      </w:r>
    </w:p>
    <w:p>
      <w:r>
        <w:t>ايضا اما ان لا يكون زوجا ما معناه يعني فرض</w:t>
      </w:r>
    </w:p>
    <w:p>
      <w:r>
        <w:t>او يكون منقسما بمتساوية يعني زوج</w:t>
      </w:r>
    </w:p>
    <w:p>
      <w:r>
        <w:t>آآ رجعنا اما ان يكون زوجا او يكون فرضا</w:t>
      </w:r>
    </w:p>
    <w:p>
      <w:r>
        <w:t>لاستلزام المقدمة الاولى</w:t>
      </w:r>
    </w:p>
    <w:p>
      <w:r>
        <w:t>المقدمة الاولى العدد اما زوج او فرض</w:t>
      </w:r>
    </w:p>
    <w:p>
      <w:r>
        <w:t>ماذا يستلزم? يستلزم متصلة كلما كان العدد زوجا لم يكن اه فرضا</w:t>
      </w:r>
    </w:p>
    <w:p>
      <w:r>
        <w:t>نعم</w:t>
      </w:r>
    </w:p>
    <w:p>
      <w:r>
        <w:t>كلما كان العدد الزوجا لم يكن فرضا ملكها ما هو? لانها قضية حقيقية</w:t>
      </w:r>
    </w:p>
    <w:p>
      <w:r>
        <w:t>لا يجتمع مجتمعان ولا يرتفعان الاصلي مبدأ التناقض</w:t>
      </w:r>
    </w:p>
    <w:p>
      <w:r>
        <w:t>نعم</w:t>
      </w:r>
    </w:p>
    <w:p>
      <w:r>
        <w:t>كلما كان العدد زوجا لم يكن فردا</w:t>
      </w:r>
    </w:p>
    <w:p>
      <w:r>
        <w:t>لماذا? لماذا هذا العناد التام لا يجتمع مرتفعا? لان العدد اذا كان زوجا يعني ينقسم الى متسولا</w:t>
      </w:r>
    </w:p>
    <w:p>
      <w:r>
        <w:t>هذا هو لازمه</w:t>
      </w:r>
    </w:p>
    <w:p>
      <w:r>
        <w:t>لا ينقسم ينقسم ولا ينقسم محال</w:t>
      </w:r>
    </w:p>
    <w:p>
      <w:r>
        <w:t>هذا هو عدم الاجتماع وعدم نعم واستلزام الثانية</w:t>
      </w:r>
    </w:p>
    <w:p>
      <w:r>
        <w:t>الثانية يعني العدد اما ان يكون فردا او منقسما بمتساويين</w:t>
      </w:r>
    </w:p>
    <w:p>
      <w:r>
        <w:t>كلما لم يكن العدد كان منقسما طبعا اذا لم يكن فردا يكون زوجا فينقسم الى متسولين</w:t>
      </w:r>
    </w:p>
    <w:p>
      <w:r>
        <w:t>واضحة جدا وبالعكس وهو يستلزم ما قلناه</w:t>
      </w:r>
    </w:p>
    <w:p>
      <w:r>
        <w:t>انظر لماذا المسألة بديهية واضحة? لانها في صميم معيار عقلي صرمدي وهو مبدأ التناقض</w:t>
      </w:r>
    </w:p>
    <w:p>
      <w:r>
        <w:t>يعني التناقض انت سريعا تكتشفه</w:t>
      </w:r>
    </w:p>
    <w:p>
      <w:r>
        <w:t>ارفع التناقض ظع الصحيح سهلة جدا تأتي النتائج الصحيحة</w:t>
      </w:r>
    </w:p>
    <w:p>
      <w:r>
        <w:t>قال والمؤلف من الصنفين</w:t>
      </w:r>
    </w:p>
    <w:p>
      <w:r>
        <w:t>من الصنفين اه يعني الحقيقية مناعة الجيم مناعة الخلو</w:t>
      </w:r>
    </w:p>
    <w:p>
      <w:r>
        <w:t>والمؤلفة من الصنفين</w:t>
      </w:r>
    </w:p>
    <w:p>
      <w:r>
        <w:t>يعني مناعة الجمع والحقيقية نبدأ بمناعة الجمع الحقيقية</w:t>
      </w:r>
    </w:p>
    <w:p>
      <w:r>
        <w:t>حتى نصل الى مانعة الخلو</w:t>
      </w:r>
    </w:p>
    <w:p>
      <w:r>
        <w:t>والمؤلف من الصنفين تنتج من عين جزء مانعة الجمع هاي اذا مانعة الجمع</w:t>
      </w:r>
    </w:p>
    <w:p>
      <w:r>
        <w:t>من عين جزء من مناعة الجمع يعني نأتي الى منعة الجمع</w:t>
      </w:r>
    </w:p>
    <w:p>
      <w:r>
        <w:t>منعت الجمع ما ان تقول شيء اما الف وباء</w:t>
      </w:r>
    </w:p>
    <w:p>
      <w:r>
        <w:t>لا يجتمعان ويمكن ان يرتفعان</w:t>
      </w:r>
    </w:p>
    <w:p>
      <w:r>
        <w:t>جيد</w:t>
      </w:r>
    </w:p>
    <w:p>
      <w:r>
        <w:t>اذا ناخذ الف جزء منها الف او باء لا فرق</w:t>
      </w:r>
    </w:p>
    <w:p>
      <w:r>
        <w:t>اذا واحد من مناعة الجمع الف او باء حاضرون في النتيجة</w:t>
      </w:r>
    </w:p>
    <w:p>
      <w:r>
        <w:t>ينتج من عين جزء من اما الف وباء اذا اخترت الف هو الذي استولى على الوجود ما يرتفع النتيجة تتبع الف</w:t>
      </w:r>
    </w:p>
    <w:p>
      <w:r>
        <w:t>من عين جزء مناعة الجمع ونقيض جزء مناعة الخلو</w:t>
      </w:r>
    </w:p>
    <w:p>
      <w:r>
        <w:t>هنا من الصنفين اكتب من الصنفين في تظمن معنى تظمنه وهو مانعة الجم ومانعة الخلود</w:t>
      </w:r>
    </w:p>
    <w:p>
      <w:r>
        <w:t>اذا واحدة مانعة الجموع واحدة مناعة الخلو</w:t>
      </w:r>
    </w:p>
    <w:p>
      <w:r>
        <w:t>مانعت الجمع</w:t>
      </w:r>
    </w:p>
    <w:p>
      <w:r>
        <w:t>تسمح لطرف ان ينوجد</w:t>
      </w:r>
    </w:p>
    <w:p>
      <w:r>
        <w:t>مانعة الخلود تسمح الطرفين</w:t>
      </w:r>
    </w:p>
    <w:p>
      <w:r>
        <w:t>اذا اذا سمحت مع الطرف الطرفين تنسجم مع من? مع الطرف الذي يتحقق ممنعة الجمع</w:t>
      </w:r>
    </w:p>
    <w:p>
      <w:r>
        <w:t>لا تنسجم مع من? مع الطرف الذي يرفع</w:t>
      </w:r>
    </w:p>
    <w:p>
      <w:r>
        <w:t>ولهذا يقول تنتج من عين جزء مناعة الجمع وهو الذي تواجد</w:t>
      </w:r>
    </w:p>
    <w:p>
      <w:r>
        <w:t>الذي ارتفع اذا قلت شيء واما الف وباء او باء او تقول اما الشيء واما الف واما باء ده ارتفع تحقق الف هذا الذي ينسجم مع مانعة الخلو انما مانعة الخلو الف جيم معا نعم</w:t>
      </w:r>
    </w:p>
    <w:p>
      <w:r>
        <w:t>ونقيض جوز مانعتي الخلو</w:t>
      </w:r>
    </w:p>
    <w:p>
      <w:r>
        <w:t>نعم</w:t>
      </w:r>
    </w:p>
    <w:p>
      <w:r>
        <w:t>شيء منطقي في غاية في غاية نعم</w:t>
      </w:r>
    </w:p>
    <w:p>
      <w:r>
        <w:t>لينا منعت الخلو منعت الخلود تقول يمكن الاجتماع</w:t>
      </w:r>
    </w:p>
    <w:p>
      <w:r>
        <w:t>ولا يمكن الاير كفاح</w:t>
      </w:r>
    </w:p>
    <w:p>
      <w:r>
        <w:t>لا يمكن الارتفاع</w:t>
      </w:r>
    </w:p>
    <w:p>
      <w:r>
        <w:t>من يعطي الجمع تقول يمكن الارتفاع</w:t>
      </w:r>
    </w:p>
    <w:p>
      <w:r>
        <w:t>اذا فيه نوع تناقض في جزئين</w:t>
      </w:r>
    </w:p>
    <w:p>
      <w:r>
        <w:t>ولهذا يقول ونقيض جزء من يعتق تنتج من عين جزء مانعة الجمع ونقيض جزء مناعة الخلو ماذا تنتج? مانعة الجام</w:t>
      </w:r>
    </w:p>
    <w:p>
      <w:r>
        <w:t>مانعة واضحة جدا اذا تأملت في دائرة المعايير العقلية وخصوصا مبدأ التناقض احدى المقدمتين تقول منعت الجمع ما معناه يعني اما الف او باء الاثنان مع اللام الثالثة تقول اما الف او اثنين اما الف او اثنين</w:t>
      </w:r>
    </w:p>
    <w:p>
      <w:r>
        <w:t>اذا النتيجة ما هي? الاولى صارمة اما واحد فقط</w:t>
      </w:r>
    </w:p>
    <w:p>
      <w:r>
        <w:t>الاثنين لا</w:t>
      </w:r>
    </w:p>
    <w:p>
      <w:r>
        <w:t>واحد فقط</w:t>
      </w:r>
    </w:p>
    <w:p>
      <w:r>
        <w:t>الثاني يجب ان يرفع</w:t>
      </w:r>
    </w:p>
    <w:p>
      <w:r>
        <w:t>لا يهم الطرف من هو</w:t>
      </w:r>
    </w:p>
    <w:p>
      <w:r>
        <w:t>يعني اذا تحدثنا بالف با يرفع من يعطي الجمع</w:t>
      </w:r>
    </w:p>
    <w:p>
      <w:r>
        <w:t>اذا تحدثنا بباء الف يرفع مناعة الجمع</w:t>
      </w:r>
    </w:p>
    <w:p>
      <w:r>
        <w:t>مناعة الخلود تقول يمكن ان يكون معا</w:t>
      </w:r>
    </w:p>
    <w:p>
      <w:r>
        <w:t>اذا المؤمن ما هو? المؤمن مناعة الجمع هي اللي هي الاقوى هنا</w:t>
      </w:r>
    </w:p>
    <w:p>
      <w:r>
        <w:t>هي الاقوى ان مانعة الخلو تقول اليوم يمكن ان يجتمع يعني ممكن ان يكون الطرف مع الثاني يمكن يمكن ما معنى? يمكن ان يصدق واحد فقط</w:t>
      </w:r>
    </w:p>
    <w:p>
      <w:r>
        <w:t>مانعة الخلو لا تقل بالضرورة</w:t>
      </w:r>
    </w:p>
    <w:p>
      <w:r>
        <w:t>يكون الطرفان</w:t>
      </w:r>
    </w:p>
    <w:p>
      <w:r>
        <w:t>لا</w:t>
      </w:r>
    </w:p>
    <w:p>
      <w:r>
        <w:t>تقول يمكن ان يجتمع</w:t>
      </w:r>
    </w:p>
    <w:p>
      <w:r>
        <w:t>يمكن ان يجتمع يعني يمكن ان تكون عندنا دائرة</w:t>
      </w:r>
    </w:p>
    <w:p>
      <w:r>
        <w:t>في طرف واحد فقط في مناعة الخلو</w:t>
      </w:r>
    </w:p>
    <w:p>
      <w:r>
        <w:t>لا يمكن ان يجتمع</w:t>
      </w:r>
    </w:p>
    <w:p>
      <w:r>
        <w:t>نعم</w:t>
      </w:r>
    </w:p>
    <w:p>
      <w:r>
        <w:t>الواقع لا يخلو من احدهما</w:t>
      </w:r>
    </w:p>
    <w:p>
      <w:r>
        <w:t>اما التواجد الضروري لا</w:t>
      </w:r>
    </w:p>
    <w:p>
      <w:r>
        <w:t>التواجد الامكاني يمكن</w:t>
      </w:r>
    </w:p>
    <w:p>
      <w:r>
        <w:t>اذا المؤمن القطعي واحد ام لا? واحد</w:t>
      </w:r>
    </w:p>
    <w:p>
      <w:r>
        <w:t>اذا انت ارصقتها بمانعة الجمع</w:t>
      </w:r>
    </w:p>
    <w:p>
      <w:r>
        <w:t>المانعة الجمع طبعا تقول قطعا وواحد مرتفع</w:t>
      </w:r>
    </w:p>
    <w:p>
      <w:r>
        <w:t>اذا منعت الخلود تساعدها في جهة</w:t>
      </w:r>
    </w:p>
    <w:p>
      <w:r>
        <w:t>لانها هي لا تشترط ضرورة الطرف الثاني</w:t>
      </w:r>
    </w:p>
    <w:p>
      <w:r>
        <w:t>يمكن ان يرتفع</w:t>
      </w:r>
    </w:p>
    <w:p>
      <w:r>
        <w:t>اذا ارتفع في مناعة الخلق وارتفع في مانعة النتيجة انه يرتفع</w:t>
      </w:r>
    </w:p>
    <w:p>
      <w:r>
        <w:t>النتيجة هي مانعة الجمع</w:t>
      </w:r>
    </w:p>
    <w:p>
      <w:r>
        <w:t>واضحة جدا منطقيا</w:t>
      </w:r>
    </w:p>
    <w:p>
      <w:r>
        <w:t>نعم يمكن تحتاج الى الدقة</w:t>
      </w:r>
    </w:p>
    <w:p>
      <w:r>
        <w:t>الا انها جدا واضحة</w:t>
      </w:r>
    </w:p>
    <w:p>
      <w:r>
        <w:t>نعم</w:t>
      </w:r>
    </w:p>
    <w:p>
      <w:r>
        <w:t>العرف يدرك هذا الامر صدقوني العرف يتحرك منطقيا ممكن يخربط نعم الا انه يتحرك منطقيا لا يفهم التحليل فقط هذا يسمى الصناعة لا يفهم الصناعة اما القواعد المعيارية لا يمكن ان يتجاوزها</w:t>
      </w:r>
    </w:p>
    <w:p>
      <w:r>
        <w:t>نعم</w:t>
      </w:r>
    </w:p>
    <w:p>
      <w:r>
        <w:t>الوالدة الوالدة متنفرة من من صهرها</w:t>
      </w:r>
    </w:p>
    <w:p>
      <w:r>
        <w:t>ما تحبو</w:t>
      </w:r>
    </w:p>
    <w:p>
      <w:r>
        <w:t>نعم</w:t>
      </w:r>
    </w:p>
    <w:p>
      <w:r>
        <w:t>تقول فقط يعني عندنا حفل في العائلة اختك فقط</w:t>
      </w:r>
    </w:p>
    <w:p>
      <w:r>
        <w:t>هي زوجها لا الأم صارمة منعت الجمع</w:t>
      </w:r>
    </w:p>
    <w:p>
      <w:r>
        <w:t>منعت الجمع</w:t>
      </w:r>
    </w:p>
    <w:p>
      <w:r>
        <w:t>اختك فقط تخاطب من? اه ابنها اكبر</w:t>
      </w:r>
    </w:p>
    <w:p>
      <w:r>
        <w:t>الوالد متوفي مثلا</w:t>
      </w:r>
    </w:p>
    <w:p>
      <w:r>
        <w:t>الوالد الاكبر هو القيم على العائلة</w:t>
      </w:r>
    </w:p>
    <w:p>
      <w:r>
        <w:t>الوالد صارمة</w:t>
      </w:r>
    </w:p>
    <w:p>
      <w:r>
        <w:t>اختك فقط</w:t>
      </w:r>
    </w:p>
    <w:p>
      <w:r>
        <w:t>الاثنان ما نقبل</w:t>
      </w:r>
    </w:p>
    <w:p>
      <w:r>
        <w:t>معناها ما تحمل ما تحمل السهرة</w:t>
      </w:r>
    </w:p>
    <w:p>
      <w:r>
        <w:t>ما يحترمها مثلا</w:t>
      </w:r>
    </w:p>
    <w:p>
      <w:r>
        <w:t>نعم</w:t>
      </w:r>
    </w:p>
    <w:p>
      <w:r>
        <w:t>هذه مانعة الجمع في الحفل</w:t>
      </w:r>
    </w:p>
    <w:p>
      <w:r>
        <w:t>لا تكون الزوجة وزوجها معا</w:t>
      </w:r>
    </w:p>
    <w:p>
      <w:r>
        <w:t>الأم تمنع هذه مانعة الجمع</w:t>
      </w:r>
    </w:p>
    <w:p>
      <w:r>
        <w:t>اللي اللي الابن الاكبر صديقه</w:t>
      </w:r>
    </w:p>
    <w:p>
      <w:r>
        <w:t>سرهم صديقه حبيبه يبكر الأم لا تتحمل الصهر لكن الإبن الأكبر يتحمل هو عندو شركة معه صداقة ومحبة وهو زوج اختو بها صدقة حبيبو هو يخاطب الأم يا ام انا ما افرض عليك السر في الحفل قد يأتي وقد لا يأتي</w:t>
      </w:r>
    </w:p>
    <w:p>
      <w:r>
        <w:t>اختي قطعا تأتي</w:t>
      </w:r>
    </w:p>
    <w:p>
      <w:r>
        <w:t>هذه هي مانعة الخلو</w:t>
      </w:r>
    </w:p>
    <w:p>
      <w:r>
        <w:t>لا يخلو من الحفل احدهما</w:t>
      </w:r>
    </w:p>
    <w:p>
      <w:r>
        <w:t>يعني الاخت مؤمنة</w:t>
      </w:r>
    </w:p>
    <w:p>
      <w:r>
        <w:t>مضمونة المجيء</w:t>
      </w:r>
    </w:p>
    <w:p>
      <w:r>
        <w:t>ويقول والسير قد يأتي وقد لا يأتي</w:t>
      </w:r>
    </w:p>
    <w:p>
      <w:r>
        <w:t>لماذا انت متشنجة? بالله عليكم الان من هي النتيجة القطعية? قد يأتي وقد لا يأتي النتيجة لازم تكون يقينية قطعية ليست مترددية</w:t>
      </w:r>
    </w:p>
    <w:p>
      <w:r>
        <w:t>النتيجة القطعية ان الأخت ضرورية</w:t>
      </w:r>
    </w:p>
    <w:p>
      <w:r>
        <w:t>نعم الثاني لا لأن عند الأم قطعي صارم وعند الأخ متردد النتيجة الصرامة</w:t>
      </w:r>
    </w:p>
    <w:p>
      <w:r>
        <w:t>اذا الصهر لا يأتي</w:t>
      </w:r>
    </w:p>
    <w:p>
      <w:r>
        <w:t>يعني مراد الام وليس مراد الابن</w:t>
      </w:r>
    </w:p>
    <w:p>
      <w:r>
        <w:t>هذا تطبيق عرفي لهذا القياس</w:t>
      </w:r>
    </w:p>
    <w:p>
      <w:r>
        <w:t>تطبيق عرفي لهذا القياس</w:t>
      </w:r>
    </w:p>
    <w:p>
      <w:r>
        <w:t>نعم قال والمؤلفة من الصنفين</w:t>
      </w:r>
    </w:p>
    <w:p>
      <w:r>
        <w:t>صنفين هنا المقصود من الجمعة مانعة القلوب</w:t>
      </w:r>
    </w:p>
    <w:p>
      <w:r>
        <w:t>تنتج مانعة الجامع تنتج من يعني نشوية ظهر من عين جزء مانعة الجمع ونقيض جزء مناعة الخلق</w:t>
      </w:r>
    </w:p>
    <w:p>
      <w:r>
        <w:t>من عين منعت الجمع عند الأم</w:t>
      </w:r>
    </w:p>
    <w:p>
      <w:r>
        <w:t>البنت والصهر</w:t>
      </w:r>
    </w:p>
    <w:p>
      <w:r>
        <w:t>من عين جزء من البنت</w:t>
      </w:r>
    </w:p>
    <w:p>
      <w:r>
        <w:t>وناقيض جزء مناعة الخلو عند عند الإبن</w:t>
      </w:r>
    </w:p>
    <w:p>
      <w:r>
        <w:t>النقيض ما هو? لا الصهر</w:t>
      </w:r>
    </w:p>
    <w:p>
      <w:r>
        <w:t>اذا البنت ولا صهر يجتمعان عند الأم</w:t>
      </w:r>
    </w:p>
    <w:p>
      <w:r>
        <w:t>ممكن نعم منعت الجامع</w:t>
      </w:r>
    </w:p>
    <w:p>
      <w:r>
        <w:t>ومن نقيض ذلك وعيني هذا نعم</w:t>
      </w:r>
    </w:p>
    <w:p>
      <w:r>
        <w:t>ومن نقيض ذلك من نقيض اه البنت اه عين هذا</w:t>
      </w:r>
    </w:p>
    <w:p>
      <w:r>
        <w:t>يعني عكسها انت الان</w:t>
      </w:r>
    </w:p>
    <w:p>
      <w:r>
        <w:t>الامة تتحمل بنتها</w:t>
      </w:r>
    </w:p>
    <w:p>
      <w:r>
        <w:t>ايه بنتها وقحة</w:t>
      </w:r>
    </w:p>
    <w:p>
      <w:r>
        <w:t>يحترمها</w:t>
      </w:r>
    </w:p>
    <w:p>
      <w:r>
        <w:t>العزيز</w:t>
      </w:r>
    </w:p>
    <w:p>
      <w:r>
        <w:t>تقولو لا السهر يأتي لأن انسان محترم</w:t>
      </w:r>
    </w:p>
    <w:p>
      <w:r>
        <w:t>بنتي لا وقح</w:t>
      </w:r>
    </w:p>
    <w:p>
      <w:r>
        <w:t>يعكسها لماذا؟ لأن طبيعة القضية المنفصلة ليست طبيعية وضعية</w:t>
      </w:r>
    </w:p>
    <w:p>
      <w:r>
        <w:t>تقول العدد اما زوج وهو فرض صحيح تقول العدد اما فرض وزوج صحيح</w:t>
      </w:r>
    </w:p>
    <w:p>
      <w:r>
        <w:t>نعم</w:t>
      </w:r>
    </w:p>
    <w:p>
      <w:r>
        <w:t>ومن نقيض ذلك وعيني هذا مانعة الخلو كلية في الكل ان كانت ككلية والا في جزئية</w:t>
      </w:r>
    </w:p>
    <w:p>
      <w:r>
        <w:t>نعم</w:t>
      </w:r>
    </w:p>
    <w:p>
      <w:r>
        <w:t>كلية في الكون</w:t>
      </w:r>
    </w:p>
    <w:p>
      <w:r>
        <w:t>يعني اذا كانت صورة كلية الكبرى تنتج كلية والا اذا كانت احداهما جزئية النتيجة بالاخص المقدمة تكون جزئية</w:t>
      </w:r>
    </w:p>
    <w:p>
      <w:r>
        <w:t>اقول الاقسام الخمسة الباقية</w:t>
      </w:r>
    </w:p>
    <w:p>
      <w:r>
        <w:t>وهي المؤلفة من مانعة الجمع والحقيقية</w:t>
      </w:r>
    </w:p>
    <w:p>
      <w:r>
        <w:t>والمؤلفة من مانعة الخلو والح والمؤلفة من مانعة الجمع ومانعة الخلو والمؤلفة من مانعتي الجمع يعني الصغرى مانعتي الجمع والكبرى مانعة الجمع والمؤلفة من مانعة الخلو مانعة الخلو صغرى مناعة الخلو والكبرى مانعة الخلو تشقيقات متعددة</w:t>
      </w:r>
    </w:p>
    <w:p>
      <w:r>
        <w:t>نعم</w:t>
      </w:r>
    </w:p>
    <w:p>
      <w:r>
        <w:t>جيد</w:t>
      </w:r>
    </w:p>
    <w:p>
      <w:r>
        <w:t>تنتج الثلاثة الاولى منها نتيجة واحدة</w:t>
      </w:r>
    </w:p>
    <w:p>
      <w:r>
        <w:t>هي منفصلتان احداهما منعت الجمع من عين جزء مانعة الجمع ونقيض جزء اخر بيناه</w:t>
      </w:r>
    </w:p>
    <w:p>
      <w:r>
        <w:t>والثانية مانعة الخلو من نقيض جزء مناعة الجمع وعين جزر اخرى</w:t>
      </w:r>
    </w:p>
    <w:p>
      <w:r>
        <w:t>هذا تحتاج صدقوني الى سبورة</w:t>
      </w:r>
    </w:p>
    <w:p>
      <w:r>
        <w:t>الى سبورة الان هذه التقنيات يجب ان تتطور هكذا في الفراغ قضايا رياضية في الفراغ الطالب صعب بمباحثة شاقة وتدقيق وتأمل يرسخ المطلب في دينه</w:t>
      </w:r>
    </w:p>
    <w:p>
      <w:r>
        <w:t>الان هذه الالية الية سبورة تريح الخيال</w:t>
      </w:r>
    </w:p>
    <w:p>
      <w:r>
        <w:t>لان العقل يتحرك في معطيات خيالية</w:t>
      </w:r>
    </w:p>
    <w:p>
      <w:r>
        <w:t>معطيات خيالية</w:t>
      </w:r>
    </w:p>
    <w:p>
      <w:r>
        <w:t>خليني ابين هذه النقطة مهمة جدا</w:t>
      </w:r>
    </w:p>
    <w:p>
      <w:r>
        <w:t>انت تقول اه مم كل اله عالم يعني كل مصداق تعنون بعنوان الالهية فتكن له صفة كمال هي اه هي العلم عالمصداق واحد هذا للتوحيد تحيط</w:t>
      </w:r>
    </w:p>
    <w:p>
      <w:r>
        <w:t>نحن الان في النظم المنطقي لسنا في النظم التحققي</w:t>
      </w:r>
    </w:p>
    <w:p>
      <w:r>
        <w:t>خلينا في النظم المنطقي</w:t>
      </w:r>
    </w:p>
    <w:p>
      <w:r>
        <w:t>يعني كل عنوان الهية له صفة الحياة</w:t>
      </w:r>
    </w:p>
    <w:p>
      <w:r>
        <w:t>كل اله آآ صفة العيب</w:t>
      </w:r>
    </w:p>
    <w:p>
      <w:r>
        <w:t>كل اله علم تذهب الى النظم التحققي فيه الى واحد فقط مصداق واحد للتوحيد مسألة اخرى لي تخص النظم النظم التحققي ولا تتصل بالنظم المنطقي</w:t>
      </w:r>
    </w:p>
    <w:p>
      <w:r>
        <w:t>نحن الان في النظم المنطقي</w:t>
      </w:r>
    </w:p>
    <w:p>
      <w:r>
        <w:t>كل اله عالم وكل عالم حي نعم لان اه نريد نبين صفة الحياة</w:t>
      </w:r>
    </w:p>
    <w:p>
      <w:r>
        <w:t>نعم</w:t>
      </w:r>
    </w:p>
    <w:p>
      <w:r>
        <w:t>لان الحياة ما هي? الحياة هو هي الدراك الفعال يعني الإدراك في متن الحياة العلم دائما يجر الحياة فنقول كل اله عالم وكل عالم بغض الطرف اي مصداق ما عندي علاقة بالمصداق فالنظام التحققي كل من تعنون بالعلم اه فواحي نعم الجماد ليس عالما لانه ليس بحي فكل عالم حي نتيجة كل اله حي اثبتنا صفة الحياة من صفة العلم</w:t>
      </w:r>
    </w:p>
    <w:p>
      <w:r>
        <w:t>هذه معنويات ام لا تقول يا شيخنا هذه امور عقلية</w:t>
      </w:r>
    </w:p>
    <w:p>
      <w:r>
        <w:t>امور عقلية</w:t>
      </w:r>
    </w:p>
    <w:p>
      <w:r>
        <w:t>لا معنى للزمان والمكان والخيال</w:t>
      </w:r>
    </w:p>
    <w:p>
      <w:r>
        <w:t>في هذه القضايا الكلية</w:t>
      </w:r>
    </w:p>
    <w:p>
      <w:r>
        <w:t>مع انك انت عملت المقدمة الصغرى</w:t>
      </w:r>
    </w:p>
    <w:p>
      <w:r>
        <w:t>ثم المقدمة الكبرى ثم النتيجة</w:t>
      </w:r>
    </w:p>
    <w:p>
      <w:r>
        <w:t>الخيال ترتب خيالي</w:t>
      </w:r>
    </w:p>
    <w:p>
      <w:r>
        <w:t>ترتب خيالي</w:t>
      </w:r>
    </w:p>
    <w:p>
      <w:r>
        <w:t>يعني الصغرى اعطيتها مكان</w:t>
      </w:r>
    </w:p>
    <w:p>
      <w:r>
        <w:t>ثم الكبرى مكان</w:t>
      </w:r>
    </w:p>
    <w:p>
      <w:r>
        <w:t>ثم النتيجة مكان</w:t>
      </w:r>
    </w:p>
    <w:p>
      <w:r>
        <w:t>تراكم خيالي</w:t>
      </w:r>
    </w:p>
    <w:p>
      <w:r>
        <w:t>ليس حسيا لا تراه في الخارج</w:t>
      </w:r>
    </w:p>
    <w:p>
      <w:r>
        <w:t>ترتب خيالي موجود</w:t>
      </w:r>
    </w:p>
    <w:p>
      <w:r>
        <w:t>ترتب خيالي</w:t>
      </w:r>
    </w:p>
    <w:p>
      <w:r>
        <w:t>مكان مكان ما كان اذن العقل مرة لا يستغني عن الخيال</w:t>
      </w:r>
    </w:p>
    <w:p>
      <w:r>
        <w:t>الخيال يتجلى اكثر في المحسوس</w:t>
      </w:r>
    </w:p>
    <w:p>
      <w:r>
        <w:t>نعم في المحسوس</w:t>
      </w:r>
    </w:p>
    <w:p>
      <w:r>
        <w:t>تقول رأيت لوحة خارقة</w:t>
      </w:r>
    </w:p>
    <w:p>
      <w:r>
        <w:t>مثلا</w:t>
      </w:r>
    </w:p>
    <w:p>
      <w:r>
        <w:t>رسام بيكاسو</w:t>
      </w:r>
    </w:p>
    <w:p>
      <w:r>
        <w:t>الطرف الثاني استوعبها في خياله</w:t>
      </w:r>
    </w:p>
    <w:p>
      <w:r>
        <w:t>اذا رآها حسا هذا الخيال يترسخ اكثر</w:t>
      </w:r>
    </w:p>
    <w:p>
      <w:r>
        <w:t>يعني احس تخيل هذه المقدمات الان</w:t>
      </w:r>
    </w:p>
    <w:p>
      <w:r>
        <w:t>وخيالية نضعها على السبورة تصير محسوسة</w:t>
      </w:r>
    </w:p>
    <w:p>
      <w:r>
        <w:t>تستوعبها انت باريحية بسهولة تامة</w:t>
      </w:r>
    </w:p>
    <w:p>
      <w:r>
        <w:t>سهولة تامة</w:t>
      </w:r>
    </w:p>
    <w:p>
      <w:r>
        <w:t>انا درست نهاية الحكمة من بدايتها الى نهايتها عند الشيخ فياض حفظه الله على كل المقدمات واضحة الحد الاوسط</w:t>
      </w:r>
    </w:p>
    <w:p>
      <w:r>
        <w:t>كل النهاية على السبورة في مؤسسة الامام الصادق</w:t>
      </w:r>
    </w:p>
    <w:p>
      <w:r>
        <w:t>التي يرأسها الشيخ صبحاني الله يحفظه</w:t>
      </w:r>
    </w:p>
    <w:p>
      <w:r>
        <w:t>الى الان الى الان هذه الاقيسة ما زالت في مخيالي</w:t>
      </w:r>
    </w:p>
    <w:p>
      <w:r>
        <w:t>يجب ان نتطور الى هذه الالية</w:t>
      </w:r>
    </w:p>
    <w:p>
      <w:r>
        <w:t>حتى تتضح تتضح هذه الفضاءات المبهمة</w:t>
      </w:r>
    </w:p>
    <w:p>
      <w:r>
        <w:t>بالسبورة تصير فضاءات جلية واضحة</w:t>
      </w:r>
    </w:p>
    <w:p>
      <w:r>
        <w:t>فانه اذا صدق</w:t>
      </w:r>
    </w:p>
    <w:p>
      <w:r>
        <w:t>نأتي الى الامثلة</w:t>
      </w:r>
    </w:p>
    <w:p>
      <w:r>
        <w:t>الان المقدمات حسية الا انها ماذا؟ حسية في ورق</w:t>
      </w:r>
    </w:p>
    <w:p>
      <w:r>
        <w:t>نعم</w:t>
      </w:r>
    </w:p>
    <w:p>
      <w:r>
        <w:t>الكلام يبقى في الفضاء</w:t>
      </w:r>
    </w:p>
    <w:p>
      <w:r>
        <w:t>بالنسبة الى الطالب العزيز</w:t>
      </w:r>
    </w:p>
    <w:p>
      <w:r>
        <w:t>فانه اذا صدق دائما يعني كليا</w:t>
      </w:r>
    </w:p>
    <w:p>
      <w:r>
        <w:t>الكلية ما معنى كلية الأحوال</w:t>
      </w:r>
    </w:p>
    <w:p>
      <w:r>
        <w:t>وليست كلية كلية المصادق</w:t>
      </w:r>
    </w:p>
    <w:p>
      <w:r>
        <w:t>في القضايا الشرطية ما عندنا لا مصادق</w:t>
      </w:r>
    </w:p>
    <w:p>
      <w:r>
        <w:t>عندنا احوال</w:t>
      </w:r>
    </w:p>
    <w:p>
      <w:r>
        <w:t>نعم</w:t>
      </w:r>
    </w:p>
    <w:p>
      <w:r>
        <w:t>دائما اما الف باء او جيم دال</w:t>
      </w:r>
    </w:p>
    <w:p>
      <w:r>
        <w:t>مانعة الجمع</w:t>
      </w:r>
    </w:p>
    <w:p>
      <w:r>
        <w:t>مانعة الجمع ما معناه? يعني اذا استقر الف باء لا يستقر معه جمدا</w:t>
      </w:r>
    </w:p>
    <w:p>
      <w:r>
        <w:t>واذا استقر جنبا لا يستقر معه ان يذبح</w:t>
      </w:r>
    </w:p>
    <w:p>
      <w:r>
        <w:t>ودائما اما جم دال او هذا مانعة الخلو</w:t>
      </w:r>
    </w:p>
    <w:p>
      <w:r>
        <w:t>يعني يمكن ان يستقر جندال</w:t>
      </w:r>
    </w:p>
    <w:p>
      <w:r>
        <w:t>في الواقع ويستقر معه</w:t>
      </w:r>
    </w:p>
    <w:p>
      <w:r>
        <w:t>هذه بالضرورة الا يمكن يمكن ان جميعا</w:t>
      </w:r>
    </w:p>
    <w:p>
      <w:r>
        <w:t>ويمكن الا</w:t>
      </w:r>
    </w:p>
    <w:p>
      <w:r>
        <w:t>الواقع لا يتسع فقط لجيم دال وهزا يرتفع</w:t>
      </w:r>
    </w:p>
    <w:p>
      <w:r>
        <w:t>نعم</w:t>
      </w:r>
    </w:p>
    <w:p>
      <w:r>
        <w:t>ينتج دائما اما الف او ليس هزا</w:t>
      </w:r>
    </w:p>
    <w:p>
      <w:r>
        <w:t>انظر</w:t>
      </w:r>
    </w:p>
    <w:p>
      <w:r>
        <w:t>الحد الاوسط ماذا كان? جزء تام ام جزء آآ الحد الاوسط تام ام جزء? لا تام يعني قضية</w:t>
      </w:r>
    </w:p>
    <w:p>
      <w:r>
        <w:t>جيم دال قضية في الصغرى والكبرى</w:t>
      </w:r>
    </w:p>
    <w:p>
      <w:r>
        <w:t>الجيم يختفي</w:t>
      </w:r>
    </w:p>
    <w:p>
      <w:r>
        <w:t>النتيجة تكون دائمية</w:t>
      </w:r>
    </w:p>
    <w:p>
      <w:r>
        <w:t>يعني كلية دائم اما الف واما ليس هزا</w:t>
      </w:r>
    </w:p>
    <w:p>
      <w:r>
        <w:t>نعم</w:t>
      </w:r>
    </w:p>
    <w:p>
      <w:r>
        <w:t>دائما الم الف باء او جيم دال</w:t>
      </w:r>
    </w:p>
    <w:p>
      <w:r>
        <w:t>ودائما اما جم دال او هزا</w:t>
      </w:r>
    </w:p>
    <w:p>
      <w:r>
        <w:t>نعم</w:t>
      </w:r>
    </w:p>
    <w:p>
      <w:r>
        <w:t>ينتج دائما اما الف باء او ليس هزا مانعة الجمع هذه النتيجة الاولى يعني كما يحتمل ان يكون مع اه اه يكون الف مع اه ليس هزا كذلك يحتمل ان يكون هذا مع نقيض اليد</w:t>
      </w:r>
    </w:p>
    <w:p>
      <w:r>
        <w:t>سبحان الله! خلينا نفلسفها اكثر</w:t>
      </w:r>
    </w:p>
    <w:p>
      <w:r>
        <w:t>دائما اما الف باء وجيم دال منعت الجمع</w:t>
      </w:r>
    </w:p>
    <w:p>
      <w:r>
        <w:t>ما معنى? يعني اذا استقر الف باء جيم دال يرفع</w:t>
      </w:r>
    </w:p>
    <w:p>
      <w:r>
        <w:t>نعم لا يكون</w:t>
      </w:r>
    </w:p>
    <w:p>
      <w:r>
        <w:t>ودائما اما جيم دال او هذا يمكن ان يكون الاثنان معان</w:t>
      </w:r>
    </w:p>
    <w:p>
      <w:r>
        <w:t>يعني يمكن ان يجتمع جيم دالو هذا</w:t>
      </w:r>
    </w:p>
    <w:p>
      <w:r>
        <w:t>نعم اذا اجتمع جندل وهذا وهو حد اوسط الف باء لا يستمع مع هذا يجتمع مع نقيضه</w:t>
      </w:r>
    </w:p>
    <w:p>
      <w:r>
        <w:t>وحاط هذا هو السر اجتمع مع نقيضه</w:t>
      </w:r>
    </w:p>
    <w:p>
      <w:r>
        <w:t>النتيجة ماذا تكون? تكون دائما اما الف اوليس هزا</w:t>
      </w:r>
    </w:p>
    <w:p>
      <w:r>
        <w:t>لماذا؟ لان هزا ينسجم مع دال جمدان وجمدان لا ينسجم مع الف باء</w:t>
      </w:r>
    </w:p>
    <w:p>
      <w:r>
        <w:t>اذا الف باء اذا اختفى الحد الاوسط جدا لن ينسجم مع هذا الذي ينسجم مع جدا ينسجم مع نقي ظه مع دائما اما الف باء او ليس هذا</w:t>
      </w:r>
    </w:p>
    <w:p>
      <w:r>
        <w:t>اذا قلت دائما اما الف واه هذا يلزم التناقض</w:t>
      </w:r>
    </w:p>
    <w:p>
      <w:r>
        <w:t>يلزم التناقض يعني تقول دائما اما الف او جم دا</w:t>
      </w:r>
    </w:p>
    <w:p>
      <w:r>
        <w:t>هذه تناقض يعني النتيجة انتجت نقي ظهر خطأ</w:t>
      </w:r>
    </w:p>
    <w:p>
      <w:r>
        <w:t>اعيد دائما اما الف باء او جمد منعت الجمع ما معناه? يعني اذا استقر الف باء جيم يرفع</w:t>
      </w:r>
    </w:p>
    <w:p>
      <w:r>
        <w:t>جيم يرفع</w:t>
      </w:r>
    </w:p>
    <w:p>
      <w:r>
        <w:t>فاذا كل من تناغم مع جيم يرفع يعني هزا متناغم مع جنبه يرفع اذا رفع نقضه يأتي</w:t>
      </w:r>
    </w:p>
    <w:p>
      <w:r>
        <w:t>نعم</w:t>
      </w:r>
    </w:p>
    <w:p>
      <w:r>
        <w:t>ودائما اما جمدال او هزا مناعة الخلو يعني ينسجم هزا مع جندال</w:t>
      </w:r>
    </w:p>
    <w:p>
      <w:r>
        <w:t>الذي هو لا ينسجم مع الف باء</w:t>
      </w:r>
    </w:p>
    <w:p>
      <w:r>
        <w:t>اذا هذا لا ينسجم مع اذا الف بينسجم مع نعقظ هذا النتيجة دائما اما باء الف باء او ليس هذا نقيض هذا واضح جدا مانعة الجامة وينتج كذلك دائما اما ليس بقى وهذا اذا كان الجندال هو المستقر</w:t>
      </w:r>
    </w:p>
    <w:p>
      <w:r>
        <w:t>واستقر معه هذا يعني الف ده مرفوع</w:t>
      </w:r>
    </w:p>
    <w:p>
      <w:r>
        <w:t>الف با يجب ان يرفع</w:t>
      </w:r>
    </w:p>
    <w:p>
      <w:r>
        <w:t>نعم</w:t>
      </w:r>
    </w:p>
    <w:p>
      <w:r>
        <w:t>لان لا يجتمعان مانعة الخلو</w:t>
      </w:r>
    </w:p>
    <w:p>
      <w:r>
        <w:t>دائما اما ليس يعني يجتمع هزا مع نقيض الف الباء</w:t>
      </w:r>
    </w:p>
    <w:p>
      <w:r>
        <w:t>لان الف باء يرفع ياتي نقيضه</w:t>
      </w:r>
    </w:p>
    <w:p>
      <w:r>
        <w:t>جدا منطقية وملاكها واجتماعا</w:t>
      </w:r>
    </w:p>
    <w:p>
      <w:r>
        <w:t>نعم</w:t>
      </w:r>
    </w:p>
    <w:p>
      <w:r>
        <w:t>لان مانعة الجمع تعليل لان مانع الجمع تستلزم كل ما الف با لم يكن جيم دال</w:t>
      </w:r>
    </w:p>
    <w:p>
      <w:r>
        <w:t>وبالتالي لم يكن هزا ومانعة الخبث مانعة الخلود تستلزم</w:t>
      </w:r>
    </w:p>
    <w:p>
      <w:r>
        <w:t>كلما لم يكن جمدال فهزا</w:t>
      </w:r>
    </w:p>
    <w:p>
      <w:r>
        <w:t>نعم</w:t>
      </w:r>
    </w:p>
    <w:p>
      <w:r>
        <w:t>كلما لم يكن جمدال يعني كل ارتفعت جيم دال فهزا وهما ينتجان كل ما كان الف باء فهزا وهو يستلزم المنفصلتين نعم ان شاء الله خلوها الى الحصة الاثمة نعيد التطبيق بدقة فائقة ونطبق المعيار العام وهو مبدأ التناقض</w:t>
      </w:r>
    </w:p>
    <w:p>
      <w:r>
        <w:t>سننطلق منه فانه اذا صدق</w:t>
      </w:r>
    </w:p>
    <w:p>
      <w:r>
        <w:t>نعيد التطبيق</w:t>
      </w:r>
    </w:p>
    <w:p>
      <w:r>
        <w:t>حتى نفهم جيدا النتيجة</w:t>
      </w:r>
    </w:p>
    <w:p>
      <w:r>
        <w:t>اللهم صل على محمد وال محمد</w:t>
      </w:r>
    </w:p>
    <w:p>
      <w:r>
        <w:t>محمد 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