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فانه اذا صدق دائما اما الف باء او جيم دال مانعة الجمع</w:t>
      </w:r>
    </w:p>
    <w:p>
      <w:r>
        <w:t>كنا في المؤلفة من الصنفين</w:t>
      </w:r>
    </w:p>
    <w:p>
      <w:r>
        <w:t>ذكر خمسة المؤلفة من مانعة الجمع والحقيقية</w:t>
      </w:r>
    </w:p>
    <w:p>
      <w:r>
        <w:t>هذا صنف والمؤلفة من مانعة الخلو الحقيقية هذا صنف مؤلفة ممنعة الجمع ومانيعة الخلو هذا صنف والمؤلفة من مانعتي الجمع اثنين من يعطي الجمع والمؤلفة من مانعتي الصورة منعت القلوب والكبرى منعت القلوب</w:t>
      </w:r>
    </w:p>
    <w:p>
      <w:r>
        <w:t>تنتج الثلاثة الاولى منها نتيجة واحدة هي منفصلة منفصلتان</w:t>
      </w:r>
    </w:p>
    <w:p>
      <w:r>
        <w:t>احداهما مانعة الجمع من عين جزء مانعة الجمع ونقيض جزء اخر</w:t>
      </w:r>
    </w:p>
    <w:p>
      <w:r>
        <w:t>والثانية تنتج مانعة الخلو من نقيض جزء مانعة الجموع وعين الجزء الاخرى</w:t>
      </w:r>
    </w:p>
    <w:p>
      <w:r>
        <w:t>هكذا حديث في الفضاء لا ينفع</w:t>
      </w:r>
    </w:p>
    <w:p>
      <w:r>
        <w:t>ما ندخل في التطبيقات اذا صدق دائما كليا</w:t>
      </w:r>
    </w:p>
    <w:p>
      <w:r>
        <w:t>اما الف او جيم دال مانعة الجمع</w:t>
      </w:r>
    </w:p>
    <w:p>
      <w:r>
        <w:t>يعني في دار الوجود الف باء</w:t>
      </w:r>
    </w:p>
    <w:p>
      <w:r>
        <w:t>جيم دال يرفع او العكس</w:t>
      </w:r>
    </w:p>
    <w:p>
      <w:r>
        <w:t>جيم دال هو دار الواقع</w:t>
      </w:r>
    </w:p>
    <w:p>
      <w:r>
        <w:t>والف باء نعم مانعة الجمع لا يجتمعان ممكن يرتفع لا الف بموجود ولا جيم دال موجود مانعة الجمع لسانها اذا دخل طرف الطرف الثاني</w:t>
      </w:r>
    </w:p>
    <w:p>
      <w:r>
        <w:t>في الارتفاع يمكن</w:t>
      </w:r>
    </w:p>
    <w:p>
      <w:r>
        <w:t>نعم</w:t>
      </w:r>
    </w:p>
    <w:p>
      <w:r>
        <w:t>ودائما اما جندال او هذا مانعة الخلو ما معناه? يدخل على الاقل واحد</w:t>
      </w:r>
    </w:p>
    <w:p>
      <w:r>
        <w:t>هنا تشترك مع من الجمع</w:t>
      </w:r>
    </w:p>
    <w:p>
      <w:r>
        <w:t>والثاني يمكن</w:t>
      </w:r>
    </w:p>
    <w:p>
      <w:r>
        <w:t>يمكن الجمع ولكن لا يمكن الارتفاع</w:t>
      </w:r>
    </w:p>
    <w:p>
      <w:r>
        <w:t>هنا تختلف عن مناعة مانعة الجمع</w:t>
      </w:r>
    </w:p>
    <w:p>
      <w:r>
        <w:t>ينتج دائما اما باء او ليس هذا</w:t>
      </w:r>
    </w:p>
    <w:p>
      <w:r>
        <w:t>جيد</w:t>
      </w:r>
    </w:p>
    <w:p>
      <w:r>
        <w:t>اذا هو ركز في النتيجة على ماذا? على الف باء</w:t>
      </w:r>
    </w:p>
    <w:p>
      <w:r>
        <w:t>ماذا تفهم من النتيجة? ان جمدال ارتفع غير موجود مانعة الجمع</w:t>
      </w:r>
    </w:p>
    <w:p>
      <w:r>
        <w:t>هذه هي الف باء لا يجتمع مع جيم دال</w:t>
      </w:r>
    </w:p>
    <w:p>
      <w:r>
        <w:t>وجيم دائما يكون او يحتمل ان يكون مع هذا</w:t>
      </w:r>
    </w:p>
    <w:p>
      <w:r>
        <w:t>يحتمل ان يكون من مانعة الخلو يمكن ان اذا ارتفع جيم دا يرتفع معه هزيل</w:t>
      </w:r>
    </w:p>
    <w:p>
      <w:r>
        <w:t>بطبيعة الحال اذا يبقى الف باء مع من? مع نقيض هذا</w:t>
      </w:r>
    </w:p>
    <w:p>
      <w:r>
        <w:t>الحد الاوسط يختفي</w:t>
      </w:r>
    </w:p>
    <w:p>
      <w:r>
        <w:t>اذا ينسجم مع هذا او ينسجم مع نقيضه</w:t>
      </w:r>
    </w:p>
    <w:p>
      <w:r>
        <w:t>مع نقيضه بطبيعة الحال</w:t>
      </w:r>
    </w:p>
    <w:p>
      <w:r>
        <w:t>ينتج دائما اما اوليس هزا لماذا? لانه اذا ارتفع الحد الاوسط</w:t>
      </w:r>
    </w:p>
    <w:p>
      <w:r>
        <w:t>ما هو الحد الاوسط? يرتفع معه هزا</w:t>
      </w:r>
    </w:p>
    <w:p>
      <w:r>
        <w:t>نعم</w:t>
      </w:r>
    </w:p>
    <w:p>
      <w:r>
        <w:t>فيأتي ناقض هزا في النتيجة</w:t>
      </w:r>
    </w:p>
    <w:p>
      <w:r>
        <w:t>لان الحد الاوسط يختفي</w:t>
      </w:r>
    </w:p>
    <w:p>
      <w:r>
        <w:t>دائما اما باء او ليس مانعة الجامع</w:t>
      </w:r>
    </w:p>
    <w:p>
      <w:r>
        <w:t>نعم مانعة الجمع</w:t>
      </w:r>
    </w:p>
    <w:p>
      <w:r>
        <w:t>يعني اذا تحقق الف باء نعم</w:t>
      </w:r>
    </w:p>
    <w:p>
      <w:r>
        <w:t>الجمع لا يخلو الواقع من احدهما اما الف باء او ليس هذا</w:t>
      </w:r>
    </w:p>
    <w:p>
      <w:r>
        <w:t>نعم</w:t>
      </w:r>
    </w:p>
    <w:p>
      <w:r>
        <w:t>هنا في قلبي شيء توافقون ام لا? الف باء لا يجتمع مع جمدا مانعة الجمع</w:t>
      </w:r>
    </w:p>
    <w:p>
      <w:r>
        <w:t>ولا يجتمع مع كل ما يلازم الجمدال</w:t>
      </w:r>
    </w:p>
    <w:p>
      <w:r>
        <w:t>نعم ما على هذه هذه القضية يعني الطرف الثاني من الكبرى جيد ماذا نفهم من هذا? نفهم من هذا اه جيم دال اذا استقر الف يرفع يرفع معه ماذا هذا? فيجتمع مع معه معه لا اه ناقض هذا</w:t>
      </w:r>
    </w:p>
    <w:p>
      <w:r>
        <w:t>قد يجتمع وقد لا يجتمع</w:t>
      </w:r>
    </w:p>
    <w:p>
      <w:r>
        <w:t>فروض النتيجة تكون آآ مانعة مانعة الخلو الف باء يمكن ان يجتمع مع نقيض هذا الذي هو نقيض جدا</w:t>
      </w:r>
    </w:p>
    <w:p>
      <w:r>
        <w:t>ادارة النقيض من يستقر يستقر نقيضه في مكانه</w:t>
      </w:r>
    </w:p>
    <w:p>
      <w:r>
        <w:t>لماذا منعت الجمع? يعني دائما الف باء اوليس هذا</w:t>
      </w:r>
    </w:p>
    <w:p>
      <w:r>
        <w:t>اذا استقر الف باء منعت الجمة معناه</w:t>
      </w:r>
    </w:p>
    <w:p>
      <w:r>
        <w:t>يعني ليس هذا يرفع اذا يرفع ليس هذا يأتي هذا اللي هو لازم الجمد الذي يجب ان يرفع لا ادري انتم اكتبوا هذه الملاحظة نعم المفروض الف باء ينسجم مع هزا آآ مع ليس هزا</w:t>
      </w:r>
    </w:p>
    <w:p>
      <w:r>
        <w:t>لماذا? لانه نقيض هزا وهزا مرفوع</w:t>
      </w:r>
    </w:p>
    <w:p>
      <w:r>
        <w:t>ويأتي محله في الوجود</w:t>
      </w:r>
    </w:p>
    <w:p>
      <w:r>
        <w:t>الاجتماع النقيضين</w:t>
      </w:r>
    </w:p>
    <w:p>
      <w:r>
        <w:t>اذا ارتفع هذا بتبع جيم دال حتما ماذا يستقر في مكانه النقيض؟ هذا ليس هزا</w:t>
      </w:r>
    </w:p>
    <w:p>
      <w:r>
        <w:t>هو ليس هزا اذا يشتمل على الجبال</w:t>
      </w:r>
    </w:p>
    <w:p>
      <w:r>
        <w:t>يعني مناعة الخلق قد يجتمع وقد لا يجتمعان ما لا يترك الخلق</w:t>
      </w:r>
    </w:p>
    <w:p>
      <w:r>
        <w:t>ليس مناعة الجمع</w:t>
      </w:r>
    </w:p>
    <w:p>
      <w:r>
        <w:t>نعم</w:t>
      </w:r>
    </w:p>
    <w:p>
      <w:r>
        <w:t>المهم هو يقول هنا منعت الجمع</w:t>
      </w:r>
    </w:p>
    <w:p>
      <w:r>
        <w:t>ما معنى منعة الجمع? يعني اما الف باء واما ليس هذا</w:t>
      </w:r>
    </w:p>
    <w:p>
      <w:r>
        <w:t>هو من من وجه اه الجملة صحيحة</w:t>
      </w:r>
    </w:p>
    <w:p>
      <w:r>
        <w:t>يعني تقول هكذا</w:t>
      </w:r>
    </w:p>
    <w:p>
      <w:r>
        <w:t>دائما يعني بنحو الكلية</w:t>
      </w:r>
    </w:p>
    <w:p>
      <w:r>
        <w:t>اما الف اذا استقر الف باء لا يستقر معه ليس هذا</w:t>
      </w:r>
    </w:p>
    <w:p>
      <w:r>
        <w:t>نعم جيد ليس هذا ما هو ناقض هذا</w:t>
      </w:r>
    </w:p>
    <w:p>
      <w:r>
        <w:t>يعني اذا لم يستقر معه ليس هذا يستقر مع هذا</w:t>
      </w:r>
    </w:p>
    <w:p>
      <w:r>
        <w:t>وهذا يلازم جمدا</w:t>
      </w:r>
    </w:p>
    <w:p>
      <w:r>
        <w:t>اذا يستقر وانت قلت في الصغرى دائما اما الف باء او جم دال</w:t>
      </w:r>
    </w:p>
    <w:p>
      <w:r>
        <w:t>مناعة الجمع</w:t>
      </w:r>
    </w:p>
    <w:p>
      <w:r>
        <w:t>يعني لا يجتمعان</w:t>
      </w:r>
    </w:p>
    <w:p>
      <w:r>
        <w:t>ويمكن ان يرتفع لا ادري انصافا لا ادري</w:t>
      </w:r>
    </w:p>
    <w:p>
      <w:r>
        <w:t>هادي كلمة ليس هي لي مدوختني</w:t>
      </w:r>
    </w:p>
    <w:p>
      <w:r>
        <w:t>لو قال دائما اما الف باء او هزة معقولة</w:t>
      </w:r>
    </w:p>
    <w:p>
      <w:r>
        <w:t>يعني الحد الأوسط يختفي تبقى النتيجة الوجود دائر بين الف باء وهذا</w:t>
      </w:r>
    </w:p>
    <w:p>
      <w:r>
        <w:t>هذا مناعة الجمع</w:t>
      </w:r>
    </w:p>
    <w:p>
      <w:r>
        <w:t>اما اما الف باء او ليس هذا هذا المناعة الخلو</w:t>
      </w:r>
    </w:p>
    <w:p>
      <w:r>
        <w:t>مانعة الخلو يمكن ان يجتمع الف بام مع نقيض هذا المرفوع</w:t>
      </w:r>
    </w:p>
    <w:p>
      <w:r>
        <w:t>المرفوع يعني ناقضه يأتي من? ليس هذا</w:t>
      </w:r>
    </w:p>
    <w:p>
      <w:r>
        <w:t>المهم نعم</w:t>
      </w:r>
    </w:p>
    <w:p>
      <w:r>
        <w:t>ودائما اما ليس الف باء او هذا</w:t>
      </w:r>
    </w:p>
    <w:p>
      <w:r>
        <w:t>طبعا اذا ارتفع الف باء ياتي جمد الجمدان حتى اوسط يختفي</w:t>
      </w:r>
    </w:p>
    <w:p>
      <w:r>
        <w:t>يأتي به ما يلازمه وهو حزاء</w:t>
      </w:r>
    </w:p>
    <w:p>
      <w:r>
        <w:t>هذا صحيح</w:t>
      </w:r>
    </w:p>
    <w:p>
      <w:r>
        <w:t>نعم</w:t>
      </w:r>
    </w:p>
    <w:p>
      <w:r>
        <w:t>مانعة الخلو مانعة الخلو طبعا يعني هزا قد ينسجم مع ليس الف باء انظر هنا قال من يعطي الخلو في الاولى النتيجة الاولى قال منعت الجمع وهي متساوية متساوية في الصدق يعني دائما اما الف باء او ليس هذا</w:t>
      </w:r>
    </w:p>
    <w:p>
      <w:r>
        <w:t>ودائما اما ليس الف او ابا او هذا متلازمتان في الصدق</w:t>
      </w:r>
    </w:p>
    <w:p>
      <w:r>
        <w:t>يعني قضيتان يحكيان حقيقة واحدة</w:t>
      </w:r>
    </w:p>
    <w:p>
      <w:r>
        <w:t>اذا مانعة الجمع هنا باليقين خطأ</w:t>
      </w:r>
    </w:p>
    <w:p>
      <w:r>
        <w:t>مانعة الخلو</w:t>
      </w:r>
    </w:p>
    <w:p>
      <w:r>
        <w:t>يعني هذه النتيجة الأولى دائما اما الف باء او ليس هذا ليست مانعة الجمع يا سماحة الشيخ العلامة الحلي</w:t>
      </w:r>
    </w:p>
    <w:p>
      <w:r>
        <w:t>وانما هي مانعة الخلود تشبه في الصدق او تلازم في الصدق</w:t>
      </w:r>
    </w:p>
    <w:p>
      <w:r>
        <w:t>هذا هذه النتيجة الثانية</w:t>
      </w:r>
    </w:p>
    <w:p>
      <w:r>
        <w:t>ودائما اما ليس الف باء او هذا يعني هزا اذا استقر في في الوجود لا يستقل معه الف باء</w:t>
      </w:r>
    </w:p>
    <w:p>
      <w:r>
        <w:t>لان الف باء يضاد للحد الاوسط جيمدا</w:t>
      </w:r>
    </w:p>
    <w:p>
      <w:r>
        <w:t>اذا يستقر مع ماذا? مع نقيضه وهو ليس اليبا</w:t>
      </w:r>
    </w:p>
    <w:p>
      <w:r>
        <w:t>مناعة الخلو</w:t>
      </w:r>
    </w:p>
    <w:p>
      <w:r>
        <w:t>السنة الاولى ثالث مناعة الغلو</w:t>
      </w:r>
    </w:p>
    <w:p>
      <w:r>
        <w:t>كذلك من يعتل الخلو</w:t>
      </w:r>
    </w:p>
    <w:p>
      <w:r>
        <w:t>نعم لان مانعة مانعة الجمع تستلزم انظر كلما كان الف باء لم يكن جيم دال</w:t>
      </w:r>
    </w:p>
    <w:p>
      <w:r>
        <w:t>وبالتالي لم يكن هذا هذا يرتفع</w:t>
      </w:r>
    </w:p>
    <w:p>
      <w:r>
        <w:t>اذا من يكون لا هذا هذا هو مناعة للقلوب</w:t>
      </w:r>
    </w:p>
    <w:p>
      <w:r>
        <w:t>نتيجة كل من يعطي القلوب</w:t>
      </w:r>
    </w:p>
    <w:p>
      <w:r>
        <w:t>ومانعة الخلود تستلزم</w:t>
      </w:r>
    </w:p>
    <w:p>
      <w:r>
        <w:t>كل ما لم يكن جمدال فهذا</w:t>
      </w:r>
    </w:p>
    <w:p>
      <w:r>
        <w:t>نعم</w:t>
      </w:r>
    </w:p>
    <w:p>
      <w:r>
        <w:t>لان الف لا يرفع</w:t>
      </w:r>
    </w:p>
    <w:p>
      <w:r>
        <w:t>اذا اذا كان جيم دال يأتي هذا الذي يلازمه وهما ينتجان كلما كان الف باء فهذا وهو يستلزم المنفصلتين كلما كان الف باء هذه هي كل هذه الاستلزام قضايا اتصالية ليست قضايا قضايا منفصلة</w:t>
      </w:r>
    </w:p>
    <w:p>
      <w:r>
        <w:t>كلما لم يكن جملة الفساد متصلة</w:t>
      </w:r>
    </w:p>
    <w:p>
      <w:r>
        <w:t>نعم ينتجان كلما كان الف باء فاء فهذا</w:t>
      </w:r>
    </w:p>
    <w:p>
      <w:r>
        <w:t>هو يستلزم المنفصلتين</w:t>
      </w:r>
    </w:p>
    <w:p>
      <w:r>
        <w:t>كيف كلما كان الف باء فهزا منفصلة</w:t>
      </w:r>
    </w:p>
    <w:p>
      <w:r>
        <w:t>متصلة كلما كان الذ فهذا</w:t>
      </w:r>
    </w:p>
    <w:p>
      <w:r>
        <w:t>ولا ادري انا</w:t>
      </w:r>
    </w:p>
    <w:p>
      <w:r>
        <w:t>كلما لم يكن جندال فهزا نعم</w:t>
      </w:r>
    </w:p>
    <w:p>
      <w:r>
        <w:t>اه انا هنا متوقف متوقف النظر</w:t>
      </w:r>
    </w:p>
    <w:p>
      <w:r>
        <w:t>لان مانعة الجمع مانعة الجمع ما هي? دائما اما الف باء او جيم دال</w:t>
      </w:r>
    </w:p>
    <w:p>
      <w:r>
        <w:t>ودائما اما جمدال او هذا هذه مناعة الخلو مناعة الجمع الاولى</w:t>
      </w:r>
    </w:p>
    <w:p>
      <w:r>
        <w:t>دائما اما الف باء او جيم دال</w:t>
      </w:r>
    </w:p>
    <w:p>
      <w:r>
        <w:t>يقول ان مانعة الجمع تستلزم كل ما كان الف باء لم يكن جمدا صحيح</w:t>
      </w:r>
    </w:p>
    <w:p>
      <w:r>
        <w:t>يعني الى من يعدل جمع كلما استقر يرفع جمدا</w:t>
      </w:r>
    </w:p>
    <w:p>
      <w:r>
        <w:t>منعت الخلو ما هي؟ مانعة الخلو دائما اما الف باء او ليس اه اه دائما اما جمدان او هذا</w:t>
      </w:r>
    </w:p>
    <w:p>
      <w:r>
        <w:t>نعم هذه معنى تنقولو يعني يمكن ان يجتمعان</w:t>
      </w:r>
    </w:p>
    <w:p>
      <w:r>
        <w:t>تستلزم كل ما لم يكن جمدال فهزا نعم</w:t>
      </w:r>
    </w:p>
    <w:p>
      <w:r>
        <w:t>هذه صعبة جدا</w:t>
      </w:r>
    </w:p>
    <w:p>
      <w:r>
        <w:t>من يعطي الخلو منعت القلوب كيف يكون كلما لم يكن فهذا? استلزام المناعة الجمع كلما كان الف باء لم يكن تمدال واستلزام مانعة الخلو كلما كان جمدال فهزا</w:t>
      </w:r>
    </w:p>
    <w:p>
      <w:r>
        <w:t>اي فالنتيجة ما هي? النتيجة انه اينما كان ما لا يكون هزا</w:t>
      </w:r>
    </w:p>
    <w:p>
      <w:r>
        <w:t>يكون مع نقي به لازا</w:t>
      </w:r>
    </w:p>
    <w:p>
      <w:r>
        <w:t>نعم لا ادري المشكلة في فهمي انا او المشكلة في الطبع تصفية الحروف</w:t>
      </w:r>
    </w:p>
    <w:p>
      <w:r>
        <w:t>تصفية الحروف</w:t>
      </w:r>
    </w:p>
    <w:p>
      <w:r>
        <w:t>نعم</w:t>
      </w:r>
    </w:p>
    <w:p>
      <w:r>
        <w:t>لا يهم اننا نطوي الكتاب او لا</w:t>
      </w:r>
    </w:p>
    <w:p>
      <w:r>
        <w:t>المهم انا نفهم</w:t>
      </w:r>
    </w:p>
    <w:p>
      <w:r>
        <w:t>نعيد البيان لعلي انا مخطئون اكتشف خطأي وجهلي</w:t>
      </w:r>
    </w:p>
    <w:p>
      <w:r>
        <w:t>انظر فانه اذا صدق دائما دائما يعني صيغة الكلية</w:t>
      </w:r>
    </w:p>
    <w:p>
      <w:r>
        <w:t>اما الف باء او جيم دال مانعة الجمع</w:t>
      </w:r>
    </w:p>
    <w:p>
      <w:r>
        <w:t>ما هي فلسفتها? فلسفتها اذا كان الف باء في متن الواقع جيم دال لا يكون يعني يرفع</w:t>
      </w:r>
    </w:p>
    <w:p>
      <w:r>
        <w:t>وكل ما يلازم جندال من امور ترفع مناعة الجمع هذه هي</w:t>
      </w:r>
    </w:p>
    <w:p>
      <w:r>
        <w:t>نعم مانعة الجمع</w:t>
      </w:r>
    </w:p>
    <w:p>
      <w:r>
        <w:t>يعني اذا كان الف باء لا يكون جيم دال وكل لوازم جم دا لا تكون</w:t>
      </w:r>
    </w:p>
    <w:p>
      <w:r>
        <w:t>او اعكسها كلما كان جمدا لم يكن الف باء وكل يلازم الف باء لا يكون يرفع</w:t>
      </w:r>
    </w:p>
    <w:p>
      <w:r>
        <w:t>هذه هي فلسفتها</w:t>
      </w:r>
    </w:p>
    <w:p>
      <w:r>
        <w:t>جيد</w:t>
      </w:r>
    </w:p>
    <w:p>
      <w:r>
        <w:t>ودائما اما جمدال او هزا</w:t>
      </w:r>
    </w:p>
    <w:p>
      <w:r>
        <w:t>دائما يعني صيغة الكلية اما نعطي الخلو ما معناه? يعني اذا استقرت جمدال يمكن ان يستقر معه هذا ليس بالضرورة يمكن من يعتل خلو يقال لها يمكن ان يجتمعان لا يمكن ان جيد</w:t>
      </w:r>
    </w:p>
    <w:p>
      <w:r>
        <w:t>ينتج ينتج ما يعني اذا استقر الف باء ينتفي جيم دال وينتفي او هذا</w:t>
      </w:r>
    </w:p>
    <w:p>
      <w:r>
        <w:t>اذا انتفى هذا في دائرة الف باء من يستقر في دائرة الف باء؟ لا ليس هزا</w:t>
      </w:r>
    </w:p>
    <w:p>
      <w:r>
        <w:t>يعني نقيضه لا هزا هو نفس الشيء</w:t>
      </w:r>
    </w:p>
    <w:p>
      <w:r>
        <w:t>ليس هزا ولا هزا نفس الشي</w:t>
      </w:r>
    </w:p>
    <w:p>
      <w:r>
        <w:t>ينتج دائما اما ال او ليس هزا</w:t>
      </w:r>
    </w:p>
    <w:p>
      <w:r>
        <w:t>لماذا من يعطي الجمع? لماذا من يعطي الجمع? بالضرورة مناعة الخلو</w:t>
      </w:r>
    </w:p>
    <w:p>
      <w:r>
        <w:t>بالضرورة منعت الخلو</w:t>
      </w:r>
    </w:p>
    <w:p>
      <w:r>
        <w:t>ابين لك المسألة فلسفية</w:t>
      </w:r>
    </w:p>
    <w:p>
      <w:r>
        <w:t>انت الآن عندك نار</w:t>
      </w:r>
    </w:p>
    <w:p>
      <w:r>
        <w:t>عندك نار</w:t>
      </w:r>
    </w:p>
    <w:p>
      <w:r>
        <w:t>ما فيه ما مصب على الخشبة</w:t>
      </w:r>
    </w:p>
    <w:p>
      <w:r>
        <w:t>يعني مبلولة</w:t>
      </w:r>
    </w:p>
    <w:p>
      <w:r>
        <w:t>ارفع الماء</w:t>
      </w:r>
    </w:p>
    <w:p>
      <w:r>
        <w:t>لا ماء</w:t>
      </w:r>
    </w:p>
    <w:p>
      <w:r>
        <w:t>ارفع الماء يعني الماء يرفع فيستقر مجازا في مكان الخشب اللاماء يعني ليس ليست رطوبة هناك الخشب جاف النار تاكل النار تاكل يعني النار تلازم الاحتراق احتراق الخشب</w:t>
      </w:r>
    </w:p>
    <w:p>
      <w:r>
        <w:t>احتراق الخشب</w:t>
      </w:r>
    </w:p>
    <w:p>
      <w:r>
        <w:t>انت الان فاهمها لي هادي</w:t>
      </w:r>
    </w:p>
    <w:p>
      <w:r>
        <w:t>انت بنيت على النتيجة دائما اما الف باء</w:t>
      </w:r>
    </w:p>
    <w:p>
      <w:r>
        <w:t>يعني الف باء يكون</w:t>
      </w:r>
    </w:p>
    <w:p>
      <w:r>
        <w:t>او ليس هذا</w:t>
      </w:r>
    </w:p>
    <w:p>
      <w:r>
        <w:t>كيف? اوليس هزا</w:t>
      </w:r>
    </w:p>
    <w:p>
      <w:r>
        <w:t>نعم</w:t>
      </w:r>
    </w:p>
    <w:p>
      <w:r>
        <w:t>دائما مناعة الجمل</w:t>
      </w:r>
    </w:p>
    <w:p>
      <w:r>
        <w:t>ليش مناعة الجمع؟ مناعة الجمع ما معناه</w:t>
      </w:r>
    </w:p>
    <w:p>
      <w:r>
        <w:t>يعني اذا كان الف باء ليس هذا يرتفع</w:t>
      </w:r>
    </w:p>
    <w:p>
      <w:r>
        <w:t>اذا مانعت الجمع</w:t>
      </w:r>
    </w:p>
    <w:p>
      <w:r>
        <w:t>جيد</w:t>
      </w:r>
    </w:p>
    <w:p>
      <w:r>
        <w:t>اذا ارتفع ليس هذا</w:t>
      </w:r>
    </w:p>
    <w:p>
      <w:r>
        <w:t>ماذا يأتي في مكانه? يأتي في مكانه هذا</w:t>
      </w:r>
    </w:p>
    <w:p>
      <w:r>
        <w:t>واذا جاء هذا جاءت جيم دال وجيم دال لا يمكن ان تنسجم مع الف باء منعت الجامع</w:t>
      </w:r>
    </w:p>
    <w:p>
      <w:r>
        <w:t>لهذا هذا الذي جعلني اقول دائما نتيجة دائما اما الف باء او ليس هذا يعني او النقيض هذا</w:t>
      </w:r>
    </w:p>
    <w:p>
      <w:r>
        <w:t>من اين جاء النقيض? لان جيم دال لازمت هزا وارتفعت يرتفع هزا</w:t>
      </w:r>
    </w:p>
    <w:p>
      <w:r>
        <w:t>من يستقر في مكانه? ليس هزا</w:t>
      </w:r>
    </w:p>
    <w:p>
      <w:r>
        <w:t>فاذا تجتمع مع الف باء مانعة الخلو</w:t>
      </w:r>
    </w:p>
    <w:p>
      <w:r>
        <w:t>مانعة الخلو</w:t>
      </w:r>
    </w:p>
    <w:p>
      <w:r>
        <w:t>ليس مانعة الجمع</w:t>
      </w:r>
    </w:p>
    <w:p>
      <w:r>
        <w:t>انا اظن هنا خطب في المطبع</w:t>
      </w:r>
    </w:p>
    <w:p>
      <w:r>
        <w:t>او سهم بدار رحمة الله</w:t>
      </w:r>
    </w:p>
    <w:p>
      <w:r>
        <w:t>هذه النتيجة الأولى</w:t>
      </w:r>
    </w:p>
    <w:p>
      <w:r>
        <w:t>النتيجة الثانية</w:t>
      </w:r>
    </w:p>
    <w:p>
      <w:r>
        <w:t>ودائم ليس الف باء</w:t>
      </w:r>
    </w:p>
    <w:p>
      <w:r>
        <w:t>يعني الف با استقر</w:t>
      </w:r>
    </w:p>
    <w:p>
      <w:r>
        <w:t>آآ ارتفع ليس مستقر</w:t>
      </w:r>
    </w:p>
    <w:p>
      <w:r>
        <w:t>ارتفع ماذا يبقى في مكانه? يبقى في مكانه جيم دال</w:t>
      </w:r>
    </w:p>
    <w:p>
      <w:r>
        <w:t>جيم دال يجر معه هزا جيم للحد الاوسط يختفي ماذا يبقى? يبقى آآ هزا ودائما اما ليس الف باء او هزا مانعة الخلو ليس مانعة الخلو</w:t>
      </w:r>
    </w:p>
    <w:p>
      <w:r>
        <w:t>يا سماحة الشيخ مانعة الجامع خلاف السابقة</w:t>
      </w:r>
    </w:p>
    <w:p>
      <w:r>
        <w:t>السابقة مانعة الخلو هذه مانعة الجمع</w:t>
      </w:r>
    </w:p>
    <w:p>
      <w:r>
        <w:t>لانها زال لا لا يجتمع ولا يمكن ان يجتمع مع اه مع اه نعم</w:t>
      </w:r>
    </w:p>
    <w:p>
      <w:r>
        <w:t>لانه اذا استقر لحظة دائما اما ليس الف باء او هزاء مانعة مانعة الخلو</w:t>
      </w:r>
    </w:p>
    <w:p>
      <w:r>
        <w:t>خلينا نشوف مانعة الخلق</w:t>
      </w:r>
    </w:p>
    <w:p>
      <w:r>
        <w:t>جيد</w:t>
      </w:r>
    </w:p>
    <w:p>
      <w:r>
        <w:t>اذا ارتفع الف باء لأنه قال اما ليس الف باء يعني ارتفع الف باء وجاء مكانه آآ لا الف باء يعني النقيض اذا ارتفع الف باء يأتي جمدان يجر معه هذا جملة ليختفي فيبقى هذا صحيح? فيجتمع مع ذا يجتمع مع النقيض الف باء</w:t>
      </w:r>
    </w:p>
    <w:p>
      <w:r>
        <w:t>نعم ودائما اما ليس البا وهزا بلعة القلوب</w:t>
      </w:r>
    </w:p>
    <w:p>
      <w:r>
        <w:t>نعم انا لا استشكل على العلامة الحني</w:t>
      </w:r>
    </w:p>
    <w:p>
      <w:r>
        <w:t>الاولى مانعة الجمع معناها اراها اما فهمي ناقص واما اشتباه في الطبع</w:t>
      </w:r>
    </w:p>
    <w:p>
      <w:r>
        <w:t>نعم</w:t>
      </w:r>
    </w:p>
    <w:p>
      <w:r>
        <w:t>هذا تعليم مبنى السبب الكافي</w:t>
      </w:r>
    </w:p>
    <w:p>
      <w:r>
        <w:t>لان مانعة الجمع مانعة الجمع ما هي? دائما اما الف باء او جيم دال</w:t>
      </w:r>
    </w:p>
    <w:p>
      <w:r>
        <w:t>تستلزم تستلزم في الصدق</w:t>
      </w:r>
    </w:p>
    <w:p>
      <w:r>
        <w:t>يعني ايه? القضية الاولى يعني الصغرى القياس مع ما تستلزمه يحكيان حقيقة واحدة دائرة واحدة في المصادق</w:t>
      </w:r>
    </w:p>
    <w:p>
      <w:r>
        <w:t>هذا هو الإستلزام</w:t>
      </w:r>
    </w:p>
    <w:p>
      <w:r>
        <w:t>اكتب استلزام استلزام الصدقي</w:t>
      </w:r>
    </w:p>
    <w:p>
      <w:r>
        <w:t>يعني اه القضية الأولى يعني الصغرى دائما اما الف باء او جيم دال</w:t>
      </w:r>
    </w:p>
    <w:p>
      <w:r>
        <w:t>تحكي عن واقع</w:t>
      </w:r>
    </w:p>
    <w:p>
      <w:r>
        <w:t>وما يستلزم يحكي عين الواقع</w:t>
      </w:r>
    </w:p>
    <w:p>
      <w:r>
        <w:t>لان مانعة الجمع ما هي? دائما اما الف باء او جم دال</w:t>
      </w:r>
    </w:p>
    <w:p>
      <w:r>
        <w:t>تستلزم كل ما كان الف باء لم يكن جمدا</w:t>
      </w:r>
    </w:p>
    <w:p>
      <w:r>
        <w:t>نعم</w:t>
      </w:r>
    </w:p>
    <w:p>
      <w:r>
        <w:t>اذا استقر الف باء جيم دال يرفع علينا مناعة الجمل</w:t>
      </w:r>
    </w:p>
    <w:p>
      <w:r>
        <w:t>هذه صحيحة</w:t>
      </w:r>
    </w:p>
    <w:p>
      <w:r>
        <w:t>ومانعة ما هي مانعة الخلود دائما اما جمدال او هذا</w:t>
      </w:r>
    </w:p>
    <w:p>
      <w:r>
        <w:t>يمكن ان يجتمع جمدال مع هذا</w:t>
      </w:r>
    </w:p>
    <w:p>
      <w:r>
        <w:t>يستلزم كل ما لم يكن جمدال كلما لم يكن جمدال فهذا نعم هذه صحيحة</w:t>
      </w:r>
    </w:p>
    <w:p>
      <w:r>
        <w:t>نعم</w:t>
      </w:r>
    </w:p>
    <w:p>
      <w:r>
        <w:t>لماذا? لان منعت الخلو ما معنى مانعة الخلو? مانعة الخلو يعني لا يرتفعان معا يبقى واحد بالظرورة</w:t>
      </w:r>
    </w:p>
    <w:p>
      <w:r>
        <w:t>ارتفعت جمدا حتما يبقى هزا كلما لم يكن جمدال فهزا</w:t>
      </w:r>
    </w:p>
    <w:p>
      <w:r>
        <w:t>لان هادي مانعة الخلو مانعة الخل ما معناه؟ يعني اذا ارتفع احدهما يجب ان يبقى الثاني</w:t>
      </w:r>
    </w:p>
    <w:p>
      <w:r>
        <w:t>كلما لم يكن جندا فهذا</w:t>
      </w:r>
    </w:p>
    <w:p>
      <w:r>
        <w:t>وهما ينتجان كل ما كان اليبا فهذا</w:t>
      </w:r>
    </w:p>
    <w:p>
      <w:r>
        <w:t>وهذا يستلزم المنفصلتين</w:t>
      </w:r>
    </w:p>
    <w:p>
      <w:r>
        <w:t>كلما كان الباء فاز كيف</w:t>
      </w:r>
    </w:p>
    <w:p>
      <w:r>
        <w:t>كيف انا لا ادري هنا? كلما كان اليبا فاز</w:t>
      </w:r>
    </w:p>
    <w:p>
      <w:r>
        <w:t>كيف? مع ان الف با يناقض اه جمدان</w:t>
      </w:r>
    </w:p>
    <w:p>
      <w:r>
        <w:t>دي مدال لا يكون اذا كان الف باء جيم دال لا يكون</w:t>
      </w:r>
    </w:p>
    <w:p>
      <w:r>
        <w:t>وبالتالي هذا لا يكون</w:t>
      </w:r>
    </w:p>
    <w:p>
      <w:r>
        <w:t>كيف تنتج كل ما كان الف با فاز? تنتج هكذا كلما كان الف باء</w:t>
      </w:r>
    </w:p>
    <w:p>
      <w:r>
        <w:t>ليس هذا وهو يستلزم المنفصلتين منفصلة اه المنفصلتين اما النتيجتين عن النتيجة الاولى النتيجة الأولى ما هي دائما اما باء او ليس هذا</w:t>
      </w:r>
    </w:p>
    <w:p>
      <w:r>
        <w:t>دائما ليس الف او او هذا</w:t>
      </w:r>
    </w:p>
    <w:p>
      <w:r>
        <w:t>نعم هذه كلما كان الف هذا فمن انت? كلما كان الف باء لم يكن هذا نعم لم يكن هذا يعني اذا استقر ان يتبهز يرفع فهو الصحيح لكلما كان لم يكن هذا</w:t>
      </w:r>
    </w:p>
    <w:p>
      <w:r>
        <w:t>هذا هو الصحيح</w:t>
      </w:r>
    </w:p>
    <w:p>
      <w:r>
        <w:t>لماذا? لان هذا لازم لا تجتمع مع الف باء</w:t>
      </w:r>
    </w:p>
    <w:p>
      <w:r>
        <w:t>نعم</w:t>
      </w:r>
    </w:p>
    <w:p>
      <w:r>
        <w:t>خلينا نعملها بالسلب على ما على مبنانا على ما فهمتو انا</w:t>
      </w:r>
    </w:p>
    <w:p>
      <w:r>
        <w:t>كلما كان الف باء فليس هزا</w:t>
      </w:r>
    </w:p>
    <w:p>
      <w:r>
        <w:t>يعني لم يكن هزا</w:t>
      </w:r>
    </w:p>
    <w:p>
      <w:r>
        <w:t>فيمكن تخرج تخرج المنفصلة الأولى</w:t>
      </w:r>
    </w:p>
    <w:p>
      <w:r>
        <w:t>دائما اما الف باء او ليس هذا</w:t>
      </w:r>
    </w:p>
    <w:p>
      <w:r>
        <w:t>صحيح</w:t>
      </w:r>
    </w:p>
    <w:p>
      <w:r>
        <w:t>ودائما اما ليس الف او هذا اذا ارتفع الف باء يأتي هذا</w:t>
      </w:r>
    </w:p>
    <w:p>
      <w:r>
        <w:t>نعم</w:t>
      </w:r>
    </w:p>
    <w:p>
      <w:r>
        <w:t>اذا انصحه</w:t>
      </w:r>
    </w:p>
    <w:p>
      <w:r>
        <w:t>صحح الكتاب وهما ينتجان كلما كان الف باء ليس هذا ليس هذا يحق لك تقول آآ تقول هكذا دائما اما الف واما ليس هزا</w:t>
      </w:r>
    </w:p>
    <w:p>
      <w:r>
        <w:t>ودائما اما ليس الف باء وهذا</w:t>
      </w:r>
    </w:p>
    <w:p>
      <w:r>
        <w:t>يعني لا يجتمعان ابدا اذا كان الف باء يكون مع نقيضه</w:t>
      </w:r>
    </w:p>
    <w:p>
      <w:r>
        <w:t>اذا كان هذا يكون مع نقيض اليف</w:t>
      </w:r>
    </w:p>
    <w:p>
      <w:r>
        <w:t>يعني اذا كان مع نقيض لا هزا</w:t>
      </w:r>
    </w:p>
    <w:p>
      <w:r>
        <w:t>يكون معنا ليس هزا</w:t>
      </w:r>
    </w:p>
    <w:p>
      <w:r>
        <w:t>اذا كان هزا يكون مع نقيض الف بمن هو لا الف باء</w:t>
      </w:r>
    </w:p>
    <w:p>
      <w:r>
        <w:t>وهذه هي اه وهذان هما المنفصلتان اي منفصلة دائما اما الف ب اوليس هذا من يعدل الجمع وانا قلت مانعتل الخلو ودائما اما ليس الف باء او هذا مناعة الخلو حقيقة اذن هذا هو الذي اربك اربك المتن انا اظن في التصح يعني مصحح المتن لم يأت بي العبارة الصحيحة كلما كان الف باء فليس هذا او النساخ</w:t>
      </w:r>
    </w:p>
    <w:p>
      <w:r>
        <w:t>والمصحح الكتاب لم يلتفت لم يلتفت</w:t>
      </w:r>
    </w:p>
    <w:p>
      <w:r>
        <w:t>دققوا جيدا في القضية تجدون ما اقوله انا هو الصحيح</w:t>
      </w:r>
    </w:p>
    <w:p>
      <w:r>
        <w:t>وكذا اذا كانت احداهما حقيقية</w:t>
      </w:r>
    </w:p>
    <w:p>
      <w:r>
        <w:t>احدى المقدمات الحقيقية ما معناها لا يعني لا يجتمعان ولا يرى تفعا</w:t>
      </w:r>
    </w:p>
    <w:p>
      <w:r>
        <w:t>والاخرى مانعة الجمع او مانعة الخلو</w:t>
      </w:r>
    </w:p>
    <w:p>
      <w:r>
        <w:t>ليس الزام صدق الحقيقي الحقيقية احداهما</w:t>
      </w:r>
    </w:p>
    <w:p>
      <w:r>
        <w:t>يعني اذا صادقت الحقيقية تستلزم مناعة الجماع من جهة وتستلزم مناعة الخلق</w:t>
      </w:r>
    </w:p>
    <w:p>
      <w:r>
        <w:t>لانها تجتمع مع مانعة مانعة الجمع مانعة الجمع ماذا تقول? لا يجتمعان معا وهادي موجودة في الحقيقة لا يجتمعان مانعة الخل ماذا تقول? لا يرتفعان الحقيقية تقول لا يرتفعان فاذا بنيت على مقدمة حقيقية حتما تنتج اما مناعة الجمع واما مانعة الخلو</w:t>
      </w:r>
    </w:p>
    <w:p>
      <w:r>
        <w:t>نعم</w:t>
      </w:r>
    </w:p>
    <w:p>
      <w:r>
        <w:t>وتكون النتيجة كلية كلية في الاقسام الثلاثة</w:t>
      </w:r>
    </w:p>
    <w:p>
      <w:r>
        <w:t>ان كانت المقدمتان كليتين وجزئية ان كانت احدى المقدمتين جزئية</w:t>
      </w:r>
    </w:p>
    <w:p>
      <w:r>
        <w:t>هذا راجع الى شروط القياس</w:t>
      </w:r>
    </w:p>
    <w:p>
      <w:r>
        <w:t>شروط القياس</w:t>
      </w:r>
    </w:p>
    <w:p>
      <w:r>
        <w:t>ما عندها عراق اه بنوعية القضية الشرطية منعت الجمع مانعت الغلو حقيقية</w:t>
      </w:r>
    </w:p>
    <w:p>
      <w:r>
        <w:t>هذا راجع الى شروط القياس العامة</w:t>
      </w:r>
    </w:p>
    <w:p>
      <w:r>
        <w:t>نعم</w:t>
      </w:r>
    </w:p>
    <w:p>
      <w:r>
        <w:t>قال والمؤلفة من عن الصغرى كلية والكبرى كليا</w:t>
      </w:r>
    </w:p>
    <w:p>
      <w:r>
        <w:t>مانعة هي الخلو</w:t>
      </w:r>
    </w:p>
    <w:p>
      <w:r>
        <w:t>مانعة الخلو يعني الاولى يمكن ان يجتمعان</w:t>
      </w:r>
    </w:p>
    <w:p>
      <w:r>
        <w:t>والثانية يمكن ان يجتمعان</w:t>
      </w:r>
    </w:p>
    <w:p>
      <w:r>
        <w:t>الاولى كلية</w:t>
      </w:r>
    </w:p>
    <w:p>
      <w:r>
        <w:t>والثانية كليا</w:t>
      </w:r>
    </w:p>
    <w:p>
      <w:r>
        <w:t>تنتج جزئية يعني هذه المؤلفة يعني القياس المؤلف من كليته المانعة للخلو تنتج جزئية مانعة الخلو او مانعة الجمع من نقيض احد الباقين وعين الاخر ان شاء الله يأتي بيانه</w:t>
      </w:r>
    </w:p>
    <w:p>
      <w:r>
        <w:t>اللهم صل على محمد وال محمد</w:t>
      </w:r>
    </w:p>
    <w:p>
      <w:r>
        <w:t>وال محمد</w:t>
      </w:r>
    </w:p>
    <w:p>
      <w:r>
        <w:t>اللهم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