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قال والمؤلفة من كليتين مانعتي الخلو تنتج جزئية مانعة الخلق او مانعة الجمع من نقيض احد الباقين منعت الجمحات من يأتي النقيض والا لا يمكن ان تنتج مانعة الخلو ومانعة الجمع في جميع الحيثيات</w:t>
      </w:r>
    </w:p>
    <w:p>
      <w:r>
        <w:t>اذا انتجت مانعة الجمع حتما النقيض نقيض احد الطرفين من نقيض احد الباقيين وعين الاخر</w:t>
      </w:r>
    </w:p>
    <w:p>
      <w:r>
        <w:t>نعم</w:t>
      </w:r>
    </w:p>
    <w:p>
      <w:r>
        <w:t>من ناقض احد الباقين يعني الكبرى آآ كبرى والصغرى</w:t>
      </w:r>
    </w:p>
    <w:p>
      <w:r>
        <w:t>نعم</w:t>
      </w:r>
    </w:p>
    <w:p>
      <w:r>
        <w:t>اقول هذا هو القسم الخامس من اقسام المؤلفة من المنفصلات</w:t>
      </w:r>
    </w:p>
    <w:p>
      <w:r>
        <w:t>هنا ننتهي من الجزء التام ثم ننتقل الى الجزء غير التام</w:t>
      </w:r>
    </w:p>
    <w:p>
      <w:r>
        <w:t>اشتراك في اما الموضوع او المحمول في الحد الاوسط</w:t>
      </w:r>
    </w:p>
    <w:p>
      <w:r>
        <w:t>وليس في تمام القضية</w:t>
      </w:r>
    </w:p>
    <w:p>
      <w:r>
        <w:t>نعم اذا هذا اخر نص يكون فيه الحد الاوسط قضية</w:t>
      </w:r>
    </w:p>
    <w:p>
      <w:r>
        <w:t>اقول هذا هو القسم الخامس من اقسام المؤلفة منفصلات وهو المتألف يعني القياس</w:t>
      </w:r>
    </w:p>
    <w:p>
      <w:r>
        <w:t>او هذا القيس من مانع مانعتي الخلو كليتين</w:t>
      </w:r>
    </w:p>
    <w:p>
      <w:r>
        <w:t>وينتج ينتج فاصلتين لان نحن في منفصلة جزئيتين احداهما مانعة الخلو من نقيض احد الجزئين وعين الاخر ومانعة الجمع من ذلك ايضا نعم سهلة المسألة نعم سهلة انت مانعة الخلو مانعة الخلو كليا اه كليا</w:t>
      </w:r>
    </w:p>
    <w:p>
      <w:r>
        <w:t>دخل طرف هل يستحيل على الطرف الثاني الدخول? لان لا يمكن</w:t>
      </w:r>
    </w:p>
    <w:p>
      <w:r>
        <w:t>الثاني المقدمة الثانية دخل الطرف هل الثني يستحيل على يمكن ان يدخل فهنا عندنا احتمالات احتمالات الحد الأوسط يجمع وحتما يجمع الحد الأوسط يا جماعة</w:t>
      </w:r>
    </w:p>
    <w:p>
      <w:r>
        <w:t>اذا عندنا مناعة الخلو</w:t>
      </w:r>
    </w:p>
    <w:p>
      <w:r>
        <w:t>اذا ذهبنا الى النقيض النقيض احد الطرفين</w:t>
      </w:r>
    </w:p>
    <w:p>
      <w:r>
        <w:t>انه اذا اجتمعا مع الطرف الثاني لا يجتمع مع الطرف النقيض</w:t>
      </w:r>
    </w:p>
    <w:p>
      <w:r>
        <w:t>اذا ما اجتمع مع الطرف النقيض يعني يستحين ان يجتمع نتيجة منعت الجمع</w:t>
      </w:r>
    </w:p>
    <w:p>
      <w:r>
        <w:t>مانعة الجامعة</w:t>
      </w:r>
    </w:p>
    <w:p>
      <w:r>
        <w:t>مانعة الجمع اين كيف تدخل في الخط? عندنا كبرى كلية مناعة الخلو</w:t>
      </w:r>
    </w:p>
    <w:p>
      <w:r>
        <w:t>صغرى كلية منعت الخلو</w:t>
      </w:r>
    </w:p>
    <w:p>
      <w:r>
        <w:t>من اين تدخل مناعة الجماع بالله عليك? تدخل في النقيض</w:t>
      </w:r>
    </w:p>
    <w:p>
      <w:r>
        <w:t>لان الخلود يمكن ان تدخل الطرفين</w:t>
      </w:r>
    </w:p>
    <w:p>
      <w:r>
        <w:t>طرف الف وباء اذا قلت اما الف واما باء الف يمكن يدخله باء يمكن يدخل</w:t>
      </w:r>
    </w:p>
    <w:p>
      <w:r>
        <w:t>لماذا? فلسفتها مانعة الخلو</w:t>
      </w:r>
    </w:p>
    <w:p>
      <w:r>
        <w:t>يعني لا يخلو احد ومن في الوجود</w:t>
      </w:r>
    </w:p>
    <w:p>
      <w:r>
        <w:t>واما معا معا يمكن اذن اين منعت منعت الجم اذا ركزنا على النقيض? تقول الشيء اما الف وباء في منعة الخلو يعني يمكن ان يكون الف وباء في الوجود</w:t>
      </w:r>
    </w:p>
    <w:p>
      <w:r>
        <w:t>اذا اذا كان الف وباء في الوجود الف لا يكون معنا لا يجتمعان</w:t>
      </w:r>
    </w:p>
    <w:p>
      <w:r>
        <w:t>وهذا هو مناعة الخلو</w:t>
      </w:r>
    </w:p>
    <w:p>
      <w:r>
        <w:t>بطبيعة الحال</w:t>
      </w:r>
    </w:p>
    <w:p>
      <w:r>
        <w:t>واذا ركزنا على مناعة الجمع كذلك ينتج مناعة الخلق</w:t>
      </w:r>
    </w:p>
    <w:p>
      <w:r>
        <w:t>اذا ركزنا على النقيض</w:t>
      </w:r>
    </w:p>
    <w:p>
      <w:r>
        <w:t>نعم</w:t>
      </w:r>
    </w:p>
    <w:p>
      <w:r>
        <w:t>مثاله جيدا معي اذا صادق دائما اما الف باء او جمدا</w:t>
      </w:r>
    </w:p>
    <w:p>
      <w:r>
        <w:t>كليا مانعة الخلو ما معنى? الف باء يمكن ان يجتمع مع جمدا</w:t>
      </w:r>
    </w:p>
    <w:p>
      <w:r>
        <w:t>جيم دال هنا الحد الاوسط</w:t>
      </w:r>
    </w:p>
    <w:p>
      <w:r>
        <w:t>الكبرى ودائما اما جيم دال او هزا</w:t>
      </w:r>
    </w:p>
    <w:p>
      <w:r>
        <w:t>يعني هل يمكن ان يجتمع الحد الاوسط يختفي? يعني آآ دائما اما الف باء او هزا</w:t>
      </w:r>
    </w:p>
    <w:p>
      <w:r>
        <w:t>يمكن ان يجتمع الف مما عاز له</w:t>
      </w:r>
    </w:p>
    <w:p>
      <w:r>
        <w:t>لان اذا اجتمعت جمدان معه اج معه هذا مانعة الخلق ينتج قد هذه قد اما بالعكس وهذه راجعة الى فلسفة اقيسة وليس الى منعة الجمع او الخلو او الحقيقية</w:t>
      </w:r>
    </w:p>
    <w:p>
      <w:r>
        <w:t>قد يكون قد يكون يعني ايه? جزئيا</w:t>
      </w:r>
    </w:p>
    <w:p>
      <w:r>
        <w:t>اما ليس الف باء اما ليست الف باء او هذا</w:t>
      </w:r>
    </w:p>
    <w:p>
      <w:r>
        <w:t>مانعة الخلو</w:t>
      </w:r>
    </w:p>
    <w:p>
      <w:r>
        <w:t>لان دائما اما الف باء ماء او جيم ودائما لما جيم دال او هذا</w:t>
      </w:r>
    </w:p>
    <w:p>
      <w:r>
        <w:t>تنتج من تنتج جزئية قد يكون اما ليس الف باء يعني اذا ارتفع الف باء هذا يكون لماذا? لان منعت الخلو مانعة الخلو جيم دال اختفى بقي الامر بين الف باء وهذا</w:t>
      </w:r>
    </w:p>
    <w:p>
      <w:r>
        <w:t>يمكن ان يجتمعن نعم</w:t>
      </w:r>
    </w:p>
    <w:p>
      <w:r>
        <w:t>ارفع الف باء ولا يخلو منها منهما الوجود</w:t>
      </w:r>
    </w:p>
    <w:p>
      <w:r>
        <w:t>يجب ان يكون احدهما</w:t>
      </w:r>
    </w:p>
    <w:p>
      <w:r>
        <w:t>اذا رفع الف باء برمز قد يكون ليس رمز لرفع الف باء حتما يستقر احدهما من? هذا واضحة جدا انما نعت الخلو قد يكون اما ليس الف باء او هذا يعني على الاقل يبقى آآ احدهما مانعة الخلول نعم مانعة الخلود لا يمكن ان يخلو الوجود من هذا</w:t>
      </w:r>
    </w:p>
    <w:p>
      <w:r>
        <w:t>لا يمكن لا مانعة الخلو نعم</w:t>
      </w:r>
    </w:p>
    <w:p>
      <w:r>
        <w:t>او مانعة الجمل</w:t>
      </w:r>
    </w:p>
    <w:p>
      <w:r>
        <w:t>او منعت الجمع</w:t>
      </w:r>
    </w:p>
    <w:p>
      <w:r>
        <w:t>اه مانعة الجماع معناه يعني اذا استقر احدهما الثاني يرفع</w:t>
      </w:r>
    </w:p>
    <w:p>
      <w:r>
        <w:t>نعم الثاني يرفع</w:t>
      </w:r>
    </w:p>
    <w:p>
      <w:r>
        <w:t>يعني تنتج مانعة الجمع ومانعة القلوب</w:t>
      </w:r>
    </w:p>
    <w:p>
      <w:r>
        <w:t>نعم</w:t>
      </w:r>
    </w:p>
    <w:p>
      <w:r>
        <w:t>كيف مانعت الجمع? وقد اما الف باء او ليس هذا</w:t>
      </w:r>
    </w:p>
    <w:p>
      <w:r>
        <w:t>يعني اذا استقر الف الوجود</w:t>
      </w:r>
    </w:p>
    <w:p>
      <w:r>
        <w:t>جيم دال يمكن ان يستقر معه</w:t>
      </w:r>
    </w:p>
    <w:p>
      <w:r>
        <w:t>لان بنينا على مانعة الخلو صغرى وكبرى</w:t>
      </w:r>
    </w:p>
    <w:p>
      <w:r>
        <w:t>اذا ينسجم تمام الانسجام مع الف باء</w:t>
      </w:r>
    </w:p>
    <w:p>
      <w:r>
        <w:t>نعم</w:t>
      </w:r>
    </w:p>
    <w:p>
      <w:r>
        <w:t>من يأتي الجمعة ذا تقول قد يكون اما الف باء او ليس هذا</w:t>
      </w:r>
    </w:p>
    <w:p>
      <w:r>
        <w:t>ها</w:t>
      </w:r>
    </w:p>
    <w:p>
      <w:r>
        <w:t>قد يكون</w:t>
      </w:r>
    </w:p>
    <w:p>
      <w:r>
        <w:t>يعني اذا استقر الف باء</w:t>
      </w:r>
    </w:p>
    <w:p>
      <w:r>
        <w:t>نعم</w:t>
      </w:r>
    </w:p>
    <w:p>
      <w:r>
        <w:t>ناقض قد يكون لماذا؟ لان ليس بالظرورة هذا يكون</w:t>
      </w:r>
    </w:p>
    <w:p>
      <w:r>
        <w:t>المهم يكون احدهما كان الجذب هذا بالظرورة يكون لا</w:t>
      </w:r>
    </w:p>
    <w:p>
      <w:r>
        <w:t>قد يكون وقد لا يكون</w:t>
      </w:r>
    </w:p>
    <w:p>
      <w:r>
        <w:t>تخيلوا ارتفع من يأتي مكانه نقيضه ولهذا يقول قد يكونوا اما الف با او ليس هذا</w:t>
      </w:r>
    </w:p>
    <w:p>
      <w:r>
        <w:t>جزئية نعم جزئية هذا رجع الى الى العكس او الية اخرى</w:t>
      </w:r>
    </w:p>
    <w:p>
      <w:r>
        <w:t>لانه تعليل لهذا هذه النتيجة</w:t>
      </w:r>
    </w:p>
    <w:p>
      <w:r>
        <w:t>لانه يصدق كل ما لم يكن فالف ب</w:t>
      </w:r>
    </w:p>
    <w:p>
      <w:r>
        <w:t>لماذا؟ اذا رفعت جمدال ما هو التكليف؟ ابى الف باء يجب ان يكون مانعة الخلو نعم كلما لم يكن جمدال فابى الف باء بالضرورة مناعة الخلو ارتفع الطرف الثاني حتما يبقى طرف مانعش نقولو هادي هي</w:t>
      </w:r>
    </w:p>
    <w:p>
      <w:r>
        <w:t>وكلما لم يكن جيم دال يعني كلما ارتفع جيم دال يأتي هزا لماذا? لان مانعة الجمع في الكبرى كذلك</w:t>
      </w:r>
    </w:p>
    <w:p>
      <w:r>
        <w:t>ارتفع طرف يأتي الطرف الثاني ضرورة وهو ينتج من الثالث لحد الشكل الثالث</w:t>
      </w:r>
    </w:p>
    <w:p>
      <w:r>
        <w:t>ولا يتم الشكل الثالث اذا الا بالعكس</w:t>
      </w:r>
    </w:p>
    <w:p>
      <w:r>
        <w:t>يعني يجب ان تعكس اه احدى المقدمتين</w:t>
      </w:r>
    </w:p>
    <w:p>
      <w:r>
        <w:t>وهي ظاهرا اه اه تعكس تعكس الكبرى</w:t>
      </w:r>
    </w:p>
    <w:p>
      <w:r>
        <w:t>دائما اما جيم دال لا</w:t>
      </w:r>
    </w:p>
    <w:p>
      <w:r>
        <w:t>تعكس الصورة</w:t>
      </w:r>
    </w:p>
    <w:p>
      <w:r>
        <w:t>دائما اما الف وجيم دال تقول قد يكون اذا كان جمدان الذ باء</w:t>
      </w:r>
    </w:p>
    <w:p>
      <w:r>
        <w:t>اذا جاءت من العكس</w:t>
      </w:r>
    </w:p>
    <w:p>
      <w:r>
        <w:t>صار او الشكل الثالث ما يهم تعكس الصغرى دائر قاد اذا كان جيم دال يكون الف باء فتيتشكل الشكل الثالث لأن جيم دال يصير آآ موضوعا في المقدمتين وهذه هي صيغة الشكل الفارس</w:t>
      </w:r>
    </w:p>
    <w:p>
      <w:r>
        <w:t>والشكل الثالث فتوى اي ان ينتج دائما جزئيا</w:t>
      </w:r>
    </w:p>
    <w:p>
      <w:r>
        <w:t>فالنتيجة تكون جزئية</w:t>
      </w:r>
    </w:p>
    <w:p>
      <w:r>
        <w:t>لانه يصدق كل ما لم يكن جمدال فابى</w:t>
      </w:r>
    </w:p>
    <w:p>
      <w:r>
        <w:t>نعم اذا ارتفعت جيم دال</w:t>
      </w:r>
    </w:p>
    <w:p>
      <w:r>
        <w:t>ابا الف بيستقر</w:t>
      </w:r>
    </w:p>
    <w:p>
      <w:r>
        <w:t>لماذا? لاننا مناعة الخلو</w:t>
      </w:r>
    </w:p>
    <w:p>
      <w:r>
        <w:t>وكلما لم يكن جمدال اذا ارتفعت جمدال في الكبرى</w:t>
      </w:r>
    </w:p>
    <w:p>
      <w:r>
        <w:t>فحتما هذا يكون</w:t>
      </w:r>
    </w:p>
    <w:p>
      <w:r>
        <w:t>لان من يعطي الخلو وهو ينتج من الثالث</w:t>
      </w:r>
    </w:p>
    <w:p>
      <w:r>
        <w:t>يعني الشكل الثالث الذي الذي يورث جزئية قاد</w:t>
      </w:r>
    </w:p>
    <w:p>
      <w:r>
        <w:t>يكون اذا كان الف باء فهذا نعم مو مشكل</w:t>
      </w:r>
    </w:p>
    <w:p>
      <w:r>
        <w:t>الى منعة الخلو نعم مناعة الخلو ما معناه? يعني يمكن يعني قد كلمة قد يعني يمكن</w:t>
      </w:r>
    </w:p>
    <w:p>
      <w:r>
        <w:t>يعني في قابلية ان يجتمع الف وباء مع هذا لا مانع من ذلك</w:t>
      </w:r>
    </w:p>
    <w:p>
      <w:r>
        <w:t>نعم</w:t>
      </w:r>
    </w:p>
    <w:p>
      <w:r>
        <w:t>وقد اه ويستلزم المنفصلات المنفصلات المذكورة</w:t>
      </w:r>
    </w:p>
    <w:p>
      <w:r>
        <w:t>يعني يمكن تخرج لك النتيجة التي ذكرناها كيف? قد قلت قد يكون اذا كان اليبا فهذا تخرج هكذا</w:t>
      </w:r>
    </w:p>
    <w:p>
      <w:r>
        <w:t>نعم</w:t>
      </w:r>
    </w:p>
    <w:p>
      <w:r>
        <w:t>قد يكون اذا كان ليس الفا فهذا</w:t>
      </w:r>
    </w:p>
    <w:p>
      <w:r>
        <w:t>نعم</w:t>
      </w:r>
    </w:p>
    <w:p>
      <w:r>
        <w:t>ممكن</w:t>
      </w:r>
    </w:p>
    <w:p>
      <w:r>
        <w:t>نعم</w:t>
      </w:r>
    </w:p>
    <w:p>
      <w:r>
        <w:t>مناعة الخلق</w:t>
      </w:r>
    </w:p>
    <w:p>
      <w:r>
        <w:t>وتقول قد يكون اذا كان الف باء ليس هذا</w:t>
      </w:r>
    </w:p>
    <w:p>
      <w:r>
        <w:t>يعني يمكن ويمكن لأ نعم يمكن الجن ويمكن لا</w:t>
      </w:r>
    </w:p>
    <w:p>
      <w:r>
        <w:t>نعم</w:t>
      </w:r>
    </w:p>
    <w:p>
      <w:r>
        <w:t>فقط فقط في مناعة الخلق لا يرتفعان</w:t>
      </w:r>
    </w:p>
    <w:p>
      <w:r>
        <w:t>يجب ان يكون طرف في الوجود</w:t>
      </w:r>
    </w:p>
    <w:p>
      <w:r>
        <w:t>نعم</w:t>
      </w:r>
    </w:p>
    <w:p>
      <w:r>
        <w:t>هذا القسم القسم الخامس</w:t>
      </w:r>
    </w:p>
    <w:p>
      <w:r>
        <w:t>واما القسم السادس وهو المؤلف من مانعتي الجامع</w:t>
      </w:r>
    </w:p>
    <w:p>
      <w:r>
        <w:t>يعني قضية منعت الجمع فيه طرف فقط</w:t>
      </w:r>
    </w:p>
    <w:p>
      <w:r>
        <w:t>ما هو الطرف لا يهم? الف او باء</w:t>
      </w:r>
    </w:p>
    <w:p>
      <w:r>
        <w:t>الاثنان مع الباء</w:t>
      </w:r>
    </w:p>
    <w:p>
      <w:r>
        <w:t>ين يخلو الوجود من هو؟ نعم</w:t>
      </w:r>
    </w:p>
    <w:p>
      <w:r>
        <w:t>هذه الصورة الكبرى مانعة الجيم كذلك</w:t>
      </w:r>
    </w:p>
    <w:p>
      <w:r>
        <w:t>يجب ان يكون طرف في الوجود</w:t>
      </w:r>
    </w:p>
    <w:p>
      <w:r>
        <w:t>يمكن الا يكون؟ نعم</w:t>
      </w:r>
    </w:p>
    <w:p>
      <w:r>
        <w:t>يمكن ان يرتفع هوية مناعة الجمع هكذا</w:t>
      </w:r>
    </w:p>
    <w:p>
      <w:r>
        <w:t>واما القسم السادس وهو المؤلف ممن يعاتي الجمع</w:t>
      </w:r>
    </w:p>
    <w:p>
      <w:r>
        <w:t>خلينا نخرج الى نخرج خارج المنطق</w:t>
      </w:r>
    </w:p>
    <w:p>
      <w:r>
        <w:t>تطبيق لمن يعطي الخلو</w:t>
      </w:r>
    </w:p>
    <w:p>
      <w:r>
        <w:t>ومناعة الجمع</w:t>
      </w:r>
    </w:p>
    <w:p>
      <w:r>
        <w:t>في فلسفة الاخلاق</w:t>
      </w:r>
    </w:p>
    <w:p>
      <w:r>
        <w:t>اكتب اه اكتب اه فائدة نقطتان</w:t>
      </w:r>
    </w:p>
    <w:p>
      <w:r>
        <w:t>تفيدك في المستقبل ان شاء الله</w:t>
      </w:r>
    </w:p>
    <w:p>
      <w:r>
        <w:t>في فلسفة الاخلاق الحكماء فلاسفة</w:t>
      </w:r>
    </w:p>
    <w:p>
      <w:r>
        <w:t>يقولون الغاية من الاخلاقيات هي سعادة الانسان</w:t>
      </w:r>
    </w:p>
    <w:p>
      <w:r>
        <w:t>من يورثه هذه السعادة? الخير الواقعي</w:t>
      </w:r>
    </w:p>
    <w:p>
      <w:r>
        <w:t>هذا الخير الواقع اذا تلبس به الانسان في صميم ذاته هذه هي السعادة</w:t>
      </w:r>
    </w:p>
    <w:p>
      <w:r>
        <w:t>السعادة الذاتانية ذات نية يعني منسوبة الى الذات</w:t>
      </w:r>
    </w:p>
    <w:p>
      <w:r>
        <w:t>في صميم الانسان في عمق الانسان يعيش السعادة</w:t>
      </w:r>
    </w:p>
    <w:p>
      <w:r>
        <w:t>يأتي هذا السؤال</w:t>
      </w:r>
    </w:p>
    <w:p>
      <w:r>
        <w:t>هل الاسلام كدين سماوي صحيح? يبني الاخلاقيات على الخير في صميم الانسان ذاتان ام الخير الموضوع? امير المؤمنين يقول الذي يعبد الله تعالى لاجل الجنة واجل الحور واجل القصور والانهار من عسل ومن خمر هذا انسان آآ آآ تاجر مع الله تعالى</w:t>
      </w:r>
    </w:p>
    <w:p>
      <w:r>
        <w:t>يريد السعادة الذاتانية</w:t>
      </w:r>
    </w:p>
    <w:p>
      <w:r>
        <w:t>اما الذي يريد يعبد الله لأن الله تعالى يستحق العبادة</w:t>
      </w:r>
    </w:p>
    <w:p>
      <w:r>
        <w:t>يعني لأن العبادة في حد ذاتها خير</w:t>
      </w:r>
    </w:p>
    <w:p>
      <w:r>
        <w:t>لأن الله هو الخير</w:t>
      </w:r>
    </w:p>
    <w:p>
      <w:r>
        <w:t>ما عندي علاقة انا لا بالحور ولا بالجنة ولا يحزنون</w:t>
      </w:r>
    </w:p>
    <w:p>
      <w:r>
        <w:t>المبنى الثاني هو الصحيح</w:t>
      </w:r>
    </w:p>
    <w:p>
      <w:r>
        <w:t>المبنى الأول السعادة الذاتنية لا</w:t>
      </w:r>
    </w:p>
    <w:p>
      <w:r>
        <w:t>غير صحيح</w:t>
      </w:r>
    </w:p>
    <w:p>
      <w:r>
        <w:t>هنا يأتي يمكن الجمع بينهما يعني الانسان يؤدي الصلاة لان الصلاة في حد ذاتها خير</w:t>
      </w:r>
    </w:p>
    <w:p>
      <w:r>
        <w:t>اصدق في حديثي لان الصدق خير لا انتظر لا يعني لا اؤدي هذا العمل لاجل السعادة الذاتنية</w:t>
      </w:r>
    </w:p>
    <w:p>
      <w:r>
        <w:t>يمكن ان تجتمع يجتمع يجتمع يجتمع المبنى الأول مع السعادة المبنى الأول هو الصحيح مع السعادة? نعم يمكن</w:t>
      </w:r>
    </w:p>
    <w:p>
      <w:r>
        <w:t>يمكن</w:t>
      </w:r>
    </w:p>
    <w:p>
      <w:r>
        <w:t>مانعة الخلو وهذه قد يجتمعان</w:t>
      </w:r>
    </w:p>
    <w:p>
      <w:r>
        <w:t>صرل يجتمعان نسمة من اين? نسمة من العقل ومن الشرع</w:t>
      </w:r>
    </w:p>
    <w:p>
      <w:r>
        <w:t>والله تعالى يجازي يجازي المؤمن على عمله</w:t>
      </w:r>
    </w:p>
    <w:p>
      <w:r>
        <w:t>يعطيه</w:t>
      </w:r>
    </w:p>
    <w:p>
      <w:r>
        <w:t>هذه السعادة</w:t>
      </w:r>
    </w:p>
    <w:p>
      <w:r>
        <w:t>هذا من حيث الشرع موجود</w:t>
      </w:r>
    </w:p>
    <w:p>
      <w:r>
        <w:t>ومن حيث العقل الطبيعة الانسانية الطبيعة الميتافيزيقية</w:t>
      </w:r>
    </w:p>
    <w:p>
      <w:r>
        <w:t>ليس الطبيعة الفيزيائية</w:t>
      </w:r>
    </w:p>
    <w:p>
      <w:r>
        <w:t>اذا قلت طبيعة انا الطبيعة الميتافيزيقية</w:t>
      </w:r>
    </w:p>
    <w:p>
      <w:r>
        <w:t>هي صنعت في في الخلق لتسعد</w:t>
      </w:r>
    </w:p>
    <w:p>
      <w:r>
        <w:t>كيف الله تعالى ما يعطيها السعادة اذا لم يعطيها السعادة يعني تناقض</w:t>
      </w:r>
    </w:p>
    <w:p>
      <w:r>
        <w:t>خلقها للسعادة وما يعطيها السعادة يعني سعيدة وليست بسعيدة</w:t>
      </w:r>
    </w:p>
    <w:p>
      <w:r>
        <w:t>هذا تناقض هذا حكم العقل</w:t>
      </w:r>
    </w:p>
    <w:p>
      <w:r>
        <w:t>اما ان يعطي الخلق من يعطي الخلو لاسباب خارجية جعلت الاجتماع ضروريا</w:t>
      </w:r>
    </w:p>
    <w:p>
      <w:r>
        <w:t>هذا هو الامر</w:t>
      </w:r>
    </w:p>
    <w:p>
      <w:r>
        <w:t>نعم</w:t>
      </w:r>
    </w:p>
    <w:p>
      <w:r>
        <w:t>نعود الى اه بحثينا واما القسم السادس وهو المؤلف من مانعة الجمع فسرت لكم مانعة الجمع فقد ذكر المصنف اولا انه عقيم لا ينتج</w:t>
      </w:r>
    </w:p>
    <w:p>
      <w:r>
        <w:t>نعم</w:t>
      </w:r>
    </w:p>
    <w:p>
      <w:r>
        <w:t>نعم بين هذه المسألة في صف صفحة ميتين وتمنطاش من هذا الكتاب بتصحيح الشيخ بذر</w:t>
      </w:r>
    </w:p>
    <w:p>
      <w:r>
        <w:t>والمتأخرون من المنطقيين من المناطق خطأ من المنطقيين</w:t>
      </w:r>
    </w:p>
    <w:p>
      <w:r>
        <w:t>قال المنطقيون</w:t>
      </w:r>
    </w:p>
    <w:p>
      <w:r>
        <w:t>نعم</w:t>
      </w:r>
    </w:p>
    <w:p>
      <w:r>
        <w:t>تحدثت عن المنطقيين</w:t>
      </w:r>
    </w:p>
    <w:p>
      <w:r>
        <w:t>بالمنطقيين</w:t>
      </w:r>
    </w:p>
    <w:p>
      <w:r>
        <w:t>نعم</w:t>
      </w:r>
    </w:p>
    <w:p>
      <w:r>
        <w:t>يقول والمتأخرون استنتجوا منه من هذا القياس</w:t>
      </w:r>
    </w:p>
    <w:p>
      <w:r>
        <w:t>القسم السادس</w:t>
      </w:r>
    </w:p>
    <w:p>
      <w:r>
        <w:t>متصلة موجبة متصلة يعني قضية متصلة</w:t>
      </w:r>
    </w:p>
    <w:p>
      <w:r>
        <w:t>نعم من منفصلة استخرجوا متصلة</w:t>
      </w:r>
    </w:p>
    <w:p>
      <w:r>
        <w:t>موجبة يعني ليست سالبة من ناقل الطرفين</w:t>
      </w:r>
    </w:p>
    <w:p>
      <w:r>
        <w:t>من ناقل الطرفين</w:t>
      </w:r>
    </w:p>
    <w:p>
      <w:r>
        <w:t>يعني عندك انت منعت الجمعة ومنعت للجمعة صغرى وكبرى</w:t>
      </w:r>
    </w:p>
    <w:p>
      <w:r>
        <w:t>النتيجة تكون على الطرف النقيظ</w:t>
      </w:r>
    </w:p>
    <w:p>
      <w:r>
        <w:t>كيف? لانه اذا صدق يأتي بالتطبيق</w:t>
      </w:r>
    </w:p>
    <w:p>
      <w:r>
        <w:t>دائما اما الف باء او جيم</w:t>
      </w:r>
    </w:p>
    <w:p>
      <w:r>
        <w:t>دال</w:t>
      </w:r>
    </w:p>
    <w:p>
      <w:r>
        <w:t>انت بين</w:t>
      </w:r>
    </w:p>
    <w:p>
      <w:r>
        <w:t>مناعة الجمع</w:t>
      </w:r>
    </w:p>
    <w:p>
      <w:r>
        <w:t>ما معناه? شيخنا لا يخلو الوجود من احدهما</w:t>
      </w:r>
    </w:p>
    <w:p>
      <w:r>
        <w:t>الف باء واما جيم دال يجتمعان تقول لا</w:t>
      </w:r>
    </w:p>
    <w:p>
      <w:r>
        <w:t>اما الف باء في الوجود واما جيم دال</w:t>
      </w:r>
    </w:p>
    <w:p>
      <w:r>
        <w:t>كلاهما يتبخر? قل يمكن</w:t>
      </w:r>
    </w:p>
    <w:p>
      <w:r>
        <w:t>نعم</w:t>
      </w:r>
    </w:p>
    <w:p>
      <w:r>
        <w:t>هذه كلية</w:t>
      </w:r>
    </w:p>
    <w:p>
      <w:r>
        <w:t>دائما</w:t>
      </w:r>
    </w:p>
    <w:p>
      <w:r>
        <w:t>ودائما اما جمدال او هزا</w:t>
      </w:r>
    </w:p>
    <w:p>
      <w:r>
        <w:t>نفس الفلسفة</w:t>
      </w:r>
    </w:p>
    <w:p>
      <w:r>
        <w:t>او الفلسفة نفسها اذا شئت الدقة اللغوية</w:t>
      </w:r>
    </w:p>
    <w:p>
      <w:r>
        <w:t>يعني اذا كانت جيم دال لم يكن هذا</w:t>
      </w:r>
    </w:p>
    <w:p>
      <w:r>
        <w:t>اذا كان هذا لم يكن جمدال</w:t>
      </w:r>
    </w:p>
    <w:p>
      <w:r>
        <w:t>لا يكون الاثنان نعم</w:t>
      </w:r>
    </w:p>
    <w:p>
      <w:r>
        <w:t>مانعة الجمع نعم صدق هذا الإنتاج عند المتأخرين قد يكون اذا لم يكن الف ب لم يكن هذا</w:t>
      </w:r>
    </w:p>
    <w:p>
      <w:r>
        <w:t>ما معنى? قال يرتفع من الوجود هذه هي فلسفة مانعة الجمع</w:t>
      </w:r>
    </w:p>
    <w:p>
      <w:r>
        <w:t>قد يكون اذا لم يكن الف باء لم يكن هذا</w:t>
      </w:r>
    </w:p>
    <w:p>
      <w:r>
        <w:t>قاد</w:t>
      </w:r>
    </w:p>
    <w:p>
      <w:r>
        <w:t>جزئيا</w:t>
      </w:r>
    </w:p>
    <w:p>
      <w:r>
        <w:t>قاد</w:t>
      </w:r>
    </w:p>
    <w:p>
      <w:r>
        <w:t>قد لا نجد لا الطرف الأول ولا طرف الطرف الثاني</w:t>
      </w:r>
    </w:p>
    <w:p>
      <w:r>
        <w:t>في الوجود</w:t>
      </w:r>
    </w:p>
    <w:p>
      <w:r>
        <w:t>هذا عند متأخرين لانه تعليلون لانه يصدق كلما كان جيمي دال لم يكن الف باء</w:t>
      </w:r>
    </w:p>
    <w:p>
      <w:r>
        <w:t>تقول لي شيخنا من اين هذه? لانها مانعة الجمع</w:t>
      </w:r>
    </w:p>
    <w:p>
      <w:r>
        <w:t>كلما كان جي ميدال يجب ان يتبخر الف باب مانعة الجامع</w:t>
      </w:r>
    </w:p>
    <w:p>
      <w:r>
        <w:t>وكلما كانت جيم دال لم يكن هزا</w:t>
      </w:r>
    </w:p>
    <w:p>
      <w:r>
        <w:t>نعم</w:t>
      </w:r>
    </w:p>
    <w:p>
      <w:r>
        <w:t>ان مانعة الجامع ذلك انظروا الصغرى صور القياس دائما اما الف باء او جم دال</w:t>
      </w:r>
    </w:p>
    <w:p>
      <w:r>
        <w:t>ماذا يستخرج منها? يعني قضية تصدق تلازمها في صدق كلما كان جمدا من استقر في دار الوجود من يتبخر الف باء لم يكن الف باء</w:t>
      </w:r>
    </w:p>
    <w:p>
      <w:r>
        <w:t>الثانية ما هي؟ يعني الكبرى دائما اما جمدان او هذا</w:t>
      </w:r>
    </w:p>
    <w:p>
      <w:r>
        <w:t>وكلما كان جمدا يعني من استقر في دار الوجود جندال من يتبخر هذا لم يكن هذا</w:t>
      </w:r>
    </w:p>
    <w:p>
      <w:r>
        <w:t>صحيح</w:t>
      </w:r>
    </w:p>
    <w:p>
      <w:r>
        <w:t>وهما ينتجان المطلوب من الثالث</w:t>
      </w:r>
    </w:p>
    <w:p>
      <w:r>
        <w:t>المطلوب من الثالث يعني من الشكل الثالث</w:t>
      </w:r>
    </w:p>
    <w:p>
      <w:r>
        <w:t>والشكل الثالث ينتج جزئيا</w:t>
      </w:r>
    </w:p>
    <w:p>
      <w:r>
        <w:t>نعم</w:t>
      </w:r>
    </w:p>
    <w:p>
      <w:r>
        <w:t>وذلك يستلزم صدق منفصلة مانعة الخلو من عين احد الطرفين ونقيض الاخر</w:t>
      </w:r>
    </w:p>
    <w:p>
      <w:r>
        <w:t>ومانعة الجمع من عكسه</w:t>
      </w:r>
    </w:p>
    <w:p>
      <w:r>
        <w:t>نعم</w:t>
      </w:r>
    </w:p>
    <w:p>
      <w:r>
        <w:t>لاحظت كيف? فهنا النتيجة ماذا كانت? الصغرى هي دائما اما الف باء او جيم دال</w:t>
      </w:r>
    </w:p>
    <w:p>
      <w:r>
        <w:t>الكبرى دائما اما جيم جيم ده الحد الاوسط يختفي في النتيجة</w:t>
      </w:r>
    </w:p>
    <w:p>
      <w:r>
        <w:t>نعم</w:t>
      </w:r>
    </w:p>
    <w:p>
      <w:r>
        <w:t>فكيف يكون الامر? مانعة الجمع صدقة قد يكون الى اذا لم يكن الف باء لم يكن معنى يعني قد يرتفع</w:t>
      </w:r>
    </w:p>
    <w:p>
      <w:r>
        <w:t>صحيح? جدا منطقية لان طبيعة مناعة الجمع هكذا</w:t>
      </w:r>
    </w:p>
    <w:p>
      <w:r>
        <w:t>لانه يصدق بيناها</w:t>
      </w:r>
    </w:p>
    <w:p>
      <w:r>
        <w:t>نعم</w:t>
      </w:r>
    </w:p>
    <w:p>
      <w:r>
        <w:t>يصدق بينه</w:t>
      </w:r>
    </w:p>
    <w:p>
      <w:r>
        <w:t>نعم</w:t>
      </w:r>
    </w:p>
    <w:p>
      <w:r>
        <w:t>اه قد يكون اذا لم يكن الف باء لم يكن هزا</w:t>
      </w:r>
    </w:p>
    <w:p>
      <w:r>
        <w:t>نعم</w:t>
      </w:r>
    </w:p>
    <w:p>
      <w:r>
        <w:t>دفعان لان انطلقنا من مانعة مانعة مانعة الجمع</w:t>
      </w:r>
    </w:p>
    <w:p>
      <w:r>
        <w:t>تقول يكون احدهما في الوجود فقط</w:t>
      </w:r>
    </w:p>
    <w:p>
      <w:r>
        <w:t>اذا كان الف لا يكون هزا</w:t>
      </w:r>
    </w:p>
    <w:p>
      <w:r>
        <w:t>اذا كان هزا لا يكون الفا</w:t>
      </w:r>
    </w:p>
    <w:p>
      <w:r>
        <w:t>يمكن ان يمكن</w:t>
      </w:r>
    </w:p>
    <w:p>
      <w:r>
        <w:t>يمكن</w:t>
      </w:r>
    </w:p>
    <w:p>
      <w:r>
        <w:t>يعني قاد تقول يمكن ان يأتي قد يأتي</w:t>
      </w:r>
    </w:p>
    <w:p>
      <w:r>
        <w:t>تفيد التقليل</w:t>
      </w:r>
    </w:p>
    <w:p>
      <w:r>
        <w:t>نعم</w:t>
      </w:r>
    </w:p>
    <w:p>
      <w:r>
        <w:t>قد يرتفعان</w:t>
      </w:r>
    </w:p>
    <w:p>
      <w:r>
        <w:t>قد يرتفعان يعني هكذا آآ آآ النتيجة قد يكون اذا لم يكن الف باء لم يكن هذا</w:t>
      </w:r>
    </w:p>
    <w:p>
      <w:r>
        <w:t>التاسعان</w:t>
      </w:r>
    </w:p>
    <w:p>
      <w:r>
        <w:t>لماذا? تعليلون</w:t>
      </w:r>
    </w:p>
    <w:p>
      <w:r>
        <w:t>مبدأ السبب الكافي</w:t>
      </w:r>
    </w:p>
    <w:p>
      <w:r>
        <w:t>التعليل العقلي</w:t>
      </w:r>
    </w:p>
    <w:p>
      <w:r>
        <w:t>لانه يصدق كل ما كان جنبا لم يكن الفا</w:t>
      </w:r>
    </w:p>
    <w:p>
      <w:r>
        <w:t>يعني الف با يرفع عند تواجد جنبا</w:t>
      </w:r>
    </w:p>
    <w:p>
      <w:r>
        <w:t>منعت الجمع</w:t>
      </w:r>
    </w:p>
    <w:p>
      <w:r>
        <w:t>وكلما كان لم يكن هذا</w:t>
      </w:r>
    </w:p>
    <w:p>
      <w:r>
        <w:t>اذا جيم دال حين استقر رفع الف باء ورفع هذا</w:t>
      </w:r>
    </w:p>
    <w:p>
      <w:r>
        <w:t>اذا قد يكون اذا كان لا اذب</w:t>
      </w:r>
    </w:p>
    <w:p>
      <w:r>
        <w:t>نعم</w:t>
      </w:r>
    </w:p>
    <w:p>
      <w:r>
        <w:t>اذا كان اذا اذا لم يكن الف باء لم يكن هذا</w:t>
      </w:r>
    </w:p>
    <w:p>
      <w:r>
        <w:t>واضحة اه المسألة</w:t>
      </w:r>
    </w:p>
    <w:p>
      <w:r>
        <w:t>نعم</w:t>
      </w:r>
    </w:p>
    <w:p>
      <w:r>
        <w:t>وهما ينتجان المطلوب من الثالث</w:t>
      </w:r>
    </w:p>
    <w:p>
      <w:r>
        <w:t>يعني من الشكل الثالث</w:t>
      </w:r>
    </w:p>
    <w:p>
      <w:r>
        <w:t>من الشكل الثالث يعني بالعكس دائما اما الف او الف باء او جيم دال</w:t>
      </w:r>
    </w:p>
    <w:p>
      <w:r>
        <w:t>قل قد يكون اما جمدا او الف باء</w:t>
      </w:r>
    </w:p>
    <w:p>
      <w:r>
        <w:t>هذا هو العكس</w:t>
      </w:r>
    </w:p>
    <w:p>
      <w:r>
        <w:t>فيصير جنب دال الحد الاوسط موضوع موضوع في المقدمة وهذا هو اه وهذه هي صورة الشكل الثالث</w:t>
      </w:r>
    </w:p>
    <w:p>
      <w:r>
        <w:t>الشكل الثالث</w:t>
      </w:r>
    </w:p>
    <w:p>
      <w:r>
        <w:t>في فلسفته ينتج الجزئية فالنتيجة تكون جزئية</w:t>
      </w:r>
    </w:p>
    <w:p>
      <w:r>
        <w:t>نعم وهما ينتجان المطلوب من الثالث</w:t>
      </w:r>
    </w:p>
    <w:p>
      <w:r>
        <w:t>نعم</w:t>
      </w:r>
    </w:p>
    <w:p>
      <w:r>
        <w:t>وذلك يستلزم الصدق منفصل</w:t>
      </w:r>
    </w:p>
    <w:p>
      <w:r>
        <w:t>مانعة الخلو</w:t>
      </w:r>
    </w:p>
    <w:p>
      <w:r>
        <w:t>نعم منفصلة مانعة القلوب من عين احدهما انظر آآ النتيجة ماذا كانت? قد اذا لم يكن الف باء لم يكن هذا</w:t>
      </w:r>
    </w:p>
    <w:p>
      <w:r>
        <w:t>هذه آآ هذه مانعة يرتفعان مانعة الجمع</w:t>
      </w:r>
    </w:p>
    <w:p>
      <w:r>
        <w:t>نعم</w:t>
      </w:r>
    </w:p>
    <w:p>
      <w:r>
        <w:t>اين منعت الخلو? منعت الخلو ما تكون بالسلب</w:t>
      </w:r>
    </w:p>
    <w:p>
      <w:r>
        <w:t>نعم</w:t>
      </w:r>
    </w:p>
    <w:p>
      <w:r>
        <w:t>قد يكون اذا لم يكن الباء لم يكن هزا</w:t>
      </w:r>
    </w:p>
    <w:p>
      <w:r>
        <w:t>نعم</w:t>
      </w:r>
    </w:p>
    <w:p>
      <w:r>
        <w:t>جيد لانه كلما كان لم يكن الف باء هذه ماذا تعطي? تعطي قد يكون اذا لم يكن الف باء هذا لان هذا كذلك لا يجتمع مع جيم دال نعم وكلما كان جمدال لم يكن هزا</w:t>
      </w:r>
    </w:p>
    <w:p>
      <w:r>
        <w:t>نعم</w:t>
      </w:r>
    </w:p>
    <w:p>
      <w:r>
        <w:t>هذه مانعة الجمع</w:t>
      </w:r>
    </w:p>
    <w:p>
      <w:r>
        <w:t>منعة الخلو اين? وكلما كان جمدال لم يكن هذا</w:t>
      </w:r>
    </w:p>
    <w:p>
      <w:r>
        <w:t>هذا منعة الجمع</w:t>
      </w:r>
    </w:p>
    <w:p>
      <w:r>
        <w:t>وهما ينتجان المطلوب من ثلاثة هذه واضحة</w:t>
      </w:r>
    </w:p>
    <w:p>
      <w:r>
        <w:t>وذل يستلزم صدق منفصلة مانعة الخلو من عين احد الطرفين ونقيض الاخر</w:t>
      </w:r>
    </w:p>
    <w:p>
      <w:r>
        <w:t>نعم يعني تقول هكذا اه يحدث الحد الاوسط دائما اما الف ودائما اما جندال او هذا فاحذف جيم دال وقال قد يكون اه قد يكون اه اما الف باء او هذا نعم</w:t>
      </w:r>
    </w:p>
    <w:p>
      <w:r>
        <w:t>هذا هو منعت منعت الجامع</w:t>
      </w:r>
    </w:p>
    <w:p>
      <w:r>
        <w:t>يعني اذا كان الف باء لا يكون هذا واذا كان هذا لا يكون آآ الف باء</w:t>
      </w:r>
    </w:p>
    <w:p>
      <w:r>
        <w:t>نعم هذا هو الصحيح نعم</w:t>
      </w:r>
    </w:p>
    <w:p>
      <w:r>
        <w:t>يقول وذلك يستلزم صدق منفصل مانعة الغلو من عين احد ومانعة الجمع من عكسه</w:t>
      </w:r>
    </w:p>
    <w:p>
      <w:r>
        <w:t>نعم</w:t>
      </w:r>
    </w:p>
    <w:p>
      <w:r>
        <w:t>عكس مانعة الخروج</w:t>
      </w:r>
    </w:p>
    <w:p>
      <w:r>
        <w:t>مسألة واضحة لو كانت سبورة تتضح الامور بطريقة جيدة</w:t>
      </w:r>
    </w:p>
    <w:p>
      <w:r>
        <w:t>القياس المركب من المنفصلات المشتركة في جزء غير تام</w:t>
      </w:r>
    </w:p>
    <w:p>
      <w:r>
        <w:t>خلوه ان شاء الله لانه بداية المطلب خلوه الى الحصة القادمة واللهم صل على محمد وال محمد</w:t>
      </w:r>
    </w:p>
    <w:p>
      <w:r>
        <w:t>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