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بسم الله الرحمن الرحيم</w:t>
      </w:r>
    </w:p>
    <w:p>
      <w:r>
        <w:t>الله يا الله</w:t>
      </w:r>
    </w:p>
    <w:p>
      <w:r>
        <w:t>والحمد لله</w:t>
      </w:r>
    </w:p>
    <w:p>
      <w:r>
        <w:t>والله اكبر</w:t>
      </w:r>
    </w:p>
    <w:p>
      <w:r>
        <w:t>اعوذ بالله من الشيطان الرجيم</w:t>
      </w:r>
    </w:p>
    <w:p>
      <w:r>
        <w:t>بسم الله الرحمن الرحيم وبه تعالى نستعين</w:t>
      </w:r>
    </w:p>
    <w:p>
      <w:r>
        <w:t>والصلاة والسلام على محمد واله الطيبين الطاهرين</w:t>
      </w:r>
    </w:p>
    <w:p>
      <w:r>
        <w:t>اللهم صل على محمد وال محمد</w:t>
      </w:r>
    </w:p>
    <w:p>
      <w:r>
        <w:t>اللهم ارزقنا التوفيق والاخلاص</w:t>
      </w:r>
    </w:p>
    <w:p>
      <w:r>
        <w:t>وصلنا معكم الى هذه الفقرة</w:t>
      </w:r>
    </w:p>
    <w:p>
      <w:r>
        <w:t>القياس المركب من منفصلات المشتركة في جزء غير تام</w:t>
      </w:r>
    </w:p>
    <w:p>
      <w:r>
        <w:t>يعني عندك صورة وعندك كبرى وعندك الحد الاوسط الحد الاوسط هنا ليس قضية</w:t>
      </w:r>
    </w:p>
    <w:p>
      <w:r>
        <w:t>اما موضوع او محمول</w:t>
      </w:r>
    </w:p>
    <w:p>
      <w:r>
        <w:t>جزء قضي</w:t>
      </w:r>
    </w:p>
    <w:p>
      <w:r>
        <w:t>هذا هو جزء غير التام</w:t>
      </w:r>
    </w:p>
    <w:p>
      <w:r>
        <w:t>واما المشترك في المشترك في جزء وامل المشترك في جزء غير تام من كلتيهما يعني من الصغرى والكبرى فالاشتراك اما ان يكون بين جزء وجزء او بين جزء وكل او بين جزء وجزء وبين الاخر وكل جزء او بين كل جزء وكل جزء او بين كل جزء وجزء</w:t>
      </w:r>
    </w:p>
    <w:p>
      <w:r>
        <w:t>ذهنية رياضية بامتياز</w:t>
      </w:r>
    </w:p>
    <w:p>
      <w:r>
        <w:t>المحقق التونسي كان فلكي ورياضيا</w:t>
      </w:r>
    </w:p>
    <w:p>
      <w:r>
        <w:t>نعم</w:t>
      </w:r>
    </w:p>
    <w:p>
      <w:r>
        <w:t>حينما كنا ندرس شرح الاشارات المنطق الاشارات للشيخ الرئيس ابن سينا المحقق التونسي شرح الكتاب دائما بتقسيمات دائرة بين النفي والاثبات وكان الشيخ رمضاني الله يحفظه يكتب على الورق هذه التقسيمات</w:t>
      </w:r>
    </w:p>
    <w:p>
      <w:r>
        <w:t>وفي الدرس يأتينا بهذا التقسيمات الشجرية</w:t>
      </w:r>
    </w:p>
    <w:p>
      <w:r>
        <w:t>تقريبا الكتاب كله مقسم بالتقسيمات الشجرية</w:t>
      </w:r>
    </w:p>
    <w:p>
      <w:r>
        <w:t>دليل على الذهنية الرياضية العميقة عند المحقق التوصي والتقسيمات الشجرية انتم تعرفون اه تحصل المعلومة تفيد الخيال وتريح الخيال والعقل معا</w:t>
      </w:r>
    </w:p>
    <w:p>
      <w:r>
        <w:t>نعم هذا تقسيم شجري يمكن لك ان تقسمه بين النفي والاثبات</w:t>
      </w:r>
    </w:p>
    <w:p>
      <w:r>
        <w:t>يعني قسمة الشجرية تدور بين نفي نفي الاثبات</w:t>
      </w:r>
    </w:p>
    <w:p>
      <w:r>
        <w:t>يقول اما ان يكون نعم</w:t>
      </w:r>
    </w:p>
    <w:p>
      <w:r>
        <w:t>فالاشتراك اما ان يكون بين جزء وجزء او بين جزء وكل</w:t>
      </w:r>
    </w:p>
    <w:p>
      <w:r>
        <w:t>او بين جزء آآ جزء وبين الاخر وكل جزء او بين كل جزء وكل جزء او بين كل جزء وجزء</w:t>
      </w:r>
    </w:p>
    <w:p>
      <w:r>
        <w:t>تقسيمات شجرية متعددة</w:t>
      </w:r>
    </w:p>
    <w:p>
      <w:r>
        <w:t>اقول هذا هو القسم الثاني وهو ان لا يكون الاشتراك في جزء غير ان يكون الاشتراك وهو ان يكون الاشتراك في جزء غير تام من المقدمتين واقسامه خمسة</w:t>
      </w:r>
    </w:p>
    <w:p>
      <w:r>
        <w:t>اذا المشترك ليس قضية</w:t>
      </w:r>
    </w:p>
    <w:p>
      <w:r>
        <w:t>مشترك في في الماضي كنا المشترك جيم دال</w:t>
      </w:r>
    </w:p>
    <w:p>
      <w:r>
        <w:t>الان المشترك جيم فقط او دال</w:t>
      </w:r>
    </w:p>
    <w:p>
      <w:r>
        <w:t>يعني تجد في المقدمة الثانية اما جيم او لا تجد جيمدا تجد مثلا الف جيم او الف دال حسب نوعية المشترك قد نكون في ذات الموضوع قد نكون في ذات المحمول</w:t>
      </w:r>
    </w:p>
    <w:p>
      <w:r>
        <w:t>نعم</w:t>
      </w:r>
    </w:p>
    <w:p>
      <w:r>
        <w:t>العلامة الحل يقول واقسامها خمس حسب التقسيمات</w:t>
      </w:r>
    </w:p>
    <w:p>
      <w:r>
        <w:t>اه المحقق الطاوسي رحمة الله عليه احدها ان يشارك جزء واحد من احدى المقدمتين جزءا واحدا من الاخرى فقط</w:t>
      </w:r>
    </w:p>
    <w:p>
      <w:r>
        <w:t>هذه هي الابسط</w:t>
      </w:r>
    </w:p>
    <w:p>
      <w:r>
        <w:t>نعم</w:t>
      </w:r>
    </w:p>
    <w:p>
      <w:r>
        <w:t>يعني يدار في صغرى موجود ودال في الكبرى موجود</w:t>
      </w:r>
    </w:p>
    <w:p>
      <w:r>
        <w:t>عندنا منفصلة صغرى فيها الدال</w:t>
      </w:r>
    </w:p>
    <w:p>
      <w:r>
        <w:t>ومنفصلة كبرى فيها الدال</w:t>
      </w:r>
    </w:p>
    <w:p>
      <w:r>
        <w:t>هذا سهلة</w:t>
      </w:r>
    </w:p>
    <w:p>
      <w:r>
        <w:t>فقط كقولنا</w:t>
      </w:r>
    </w:p>
    <w:p>
      <w:r>
        <w:t>دائما كليا</w:t>
      </w:r>
    </w:p>
    <w:p>
      <w:r>
        <w:t>دائما اما كل اما كل الف باء او كل بغض الطرف حقيقية مانعة الخلو مانعة الجمع لا يوم</w:t>
      </w:r>
    </w:p>
    <w:p>
      <w:r>
        <w:t>نعم</w:t>
      </w:r>
    </w:p>
    <w:p>
      <w:r>
        <w:t>ودائما كليا اما ان يكون كل هذا او كل دال طاء انظر</w:t>
      </w:r>
    </w:p>
    <w:p>
      <w:r>
        <w:t>الجزء ما هو طاء</w:t>
      </w:r>
    </w:p>
    <w:p>
      <w:r>
        <w:t>يقع محمولا في الصورة وموضوعا في الكبرى</w:t>
      </w:r>
    </w:p>
    <w:p>
      <w:r>
        <w:t>جيم دال دال هنا محمول</w:t>
      </w:r>
    </w:p>
    <w:p>
      <w:r>
        <w:t>دال طاء دال هنا موظوع</w:t>
      </w:r>
    </w:p>
    <w:p>
      <w:r>
        <w:t>وينتج منفصل ذات اربعة اجزاء</w:t>
      </w:r>
    </w:p>
    <w:p>
      <w:r>
        <w:t>احدها نتيجة التأليف والثالثة الباقية هي الاجزاء التي لا اشتراك فيها فتكون النتيجة هذا نتيجة هذا التقسيم هكذا انظر القاعدة الكلية ما هي ان الحد الأوسط يختفي في النتيجة? دائما اما كل الف باء او جبنا اه ودائما اما ان يكون كل هذا او كل اه دال ط انت اذا بنيت على الف باء يعني بنيت معنى الف باء تقول اما ان يكون الف باء فدا ليختفي فتربط بين ماذا? تربط بين اه بين دال يختفي بين الدال تربط بين لان الدال يختفي بين وتربط بين اه لان الصغرى ما هي? دائما اما كان اما كل الف باء او جمدا الف باء يبقى اذا الجيم يرتفع</w:t>
      </w:r>
    </w:p>
    <w:p>
      <w:r>
        <w:t>نعم يرتفع الجيم لا الدال يرتفع حد اوسط</w:t>
      </w:r>
    </w:p>
    <w:p>
      <w:r>
        <w:t>اذا ارتفع يربط جيم بالاخرين في الكبرى</w:t>
      </w:r>
    </w:p>
    <w:p>
      <w:r>
        <w:t>ما هي الكبرى? ودائما اما ان يكون كل هذا او كل دال طاء</w:t>
      </w:r>
    </w:p>
    <w:p>
      <w:r>
        <w:t>نعم</w:t>
      </w:r>
    </w:p>
    <w:p>
      <w:r>
        <w:t>اذا ربطت جيم مع طا الحد الاوسط فحتما هزا يرفع</w:t>
      </w:r>
    </w:p>
    <w:p>
      <w:r>
        <w:t>نعم يكون مرفوعا</w:t>
      </w:r>
    </w:p>
    <w:p>
      <w:r>
        <w:t>نعم</w:t>
      </w:r>
    </w:p>
    <w:p>
      <w:r>
        <w:t>ينتج منفصل ذات اربعة اجزاء</w:t>
      </w:r>
    </w:p>
    <w:p>
      <w:r>
        <w:t>اربعة اجزاء</w:t>
      </w:r>
    </w:p>
    <w:p>
      <w:r>
        <w:t>احدهما نتيجة التأليف والثلاثة الباقية هي الاجزاء التي لا اشتراك فيها</w:t>
      </w:r>
    </w:p>
    <w:p>
      <w:r>
        <w:t>نعم</w:t>
      </w:r>
    </w:p>
    <w:p>
      <w:r>
        <w:t>نعم</w:t>
      </w:r>
    </w:p>
    <w:p>
      <w:r>
        <w:t>يعني اه جيم الحد الدال حتى الاوسط يربط مع عطاء اذا الف باء ينسجم مع هذا خارج خارج الدال</w:t>
      </w:r>
    </w:p>
    <w:p>
      <w:r>
        <w:t>نعم</w:t>
      </w:r>
    </w:p>
    <w:p>
      <w:r>
        <w:t>وجيم ينسجم مع طاء ببركة الحد الاوسط</w:t>
      </w:r>
    </w:p>
    <w:p>
      <w:r>
        <w:t>وينسجم مع هزا خارج الحد الاوسط</w:t>
      </w:r>
    </w:p>
    <w:p>
      <w:r>
        <w:t>وينسجم مع زا خارج حد الابصار</w:t>
      </w:r>
    </w:p>
    <w:p>
      <w:r>
        <w:t>يعني اربعة</w:t>
      </w:r>
    </w:p>
    <w:p>
      <w:r>
        <w:t>هذه هي الامور</w:t>
      </w:r>
    </w:p>
    <w:p>
      <w:r>
        <w:t>لانك انظر الى الحدود حدد الحدود عندك الف باء وجيم دال</w:t>
      </w:r>
    </w:p>
    <w:p>
      <w:r>
        <w:t>وهذا والدال قا</w:t>
      </w:r>
    </w:p>
    <w:p>
      <w:r>
        <w:t>الحد الاوسط معانق لجيم في الصغرى ومعانق للطاف الكبرى</w:t>
      </w:r>
    </w:p>
    <w:p>
      <w:r>
        <w:t>يربط بين جيم وطاء</w:t>
      </w:r>
    </w:p>
    <w:p>
      <w:r>
        <w:t>اذا لا يمكن ان يكون في دائرتها يعني لا يكون في دارتها ولا نعم</w:t>
      </w:r>
    </w:p>
    <w:p>
      <w:r>
        <w:t>والف بك ذلك يكون مع هذا فتكون الصور اربعة</w:t>
      </w:r>
    </w:p>
    <w:p>
      <w:r>
        <w:t>ما هي النتيجة? فتكون نتيجة هذا القسم? انظر اما ان يكون الف باء وكل دال طاء لان الجيم راحت</w:t>
      </w:r>
    </w:p>
    <w:p>
      <w:r>
        <w:t>جيم ربطت بين دال وطلع واما الف باء وهزا هنا الحد الاوسط غائب</w:t>
      </w:r>
    </w:p>
    <w:p>
      <w:r>
        <w:t>صار ما عنده اي دور</w:t>
      </w:r>
    </w:p>
    <w:p>
      <w:r>
        <w:t>واما كله جيم طاء كل جيم طاء لماذا? اما ان يكون الف باو كل جيم ايه نعم جيما لماذا الدجال هنا? لماذا الدال? الدال يختفي ده هل يختلف النتيجة? دال لا يمكن ان يكون في الحد الاوسط يختفي لا يكون في النتيجة ابدا</w:t>
      </w:r>
    </w:p>
    <w:p>
      <w:r>
        <w:t>شيء محير ممكن انا لم افهم انظر نعيد</w:t>
      </w:r>
    </w:p>
    <w:p>
      <w:r>
        <w:t>الصغرى ما هي? دائما اما كل الف باء او جيم دال</w:t>
      </w:r>
    </w:p>
    <w:p>
      <w:r>
        <w:t>هنا ما نعرف الحد الأوسط ما هو يتبين لنا في الكبرى ودائما اما ان يكون كل هذا وكل جيم كل دال طاء انظر الحد الأوسط تعيانا في دال اذن يجب ان يختفي في النتيجة ليليان مستحيل ان الحد الأوسط يبقى في النتيجة</w:t>
      </w:r>
    </w:p>
    <w:p>
      <w:r>
        <w:t>لماذا? لأنه علة للنتيجة</w:t>
      </w:r>
    </w:p>
    <w:p>
      <w:r>
        <w:t>يقول ينتج منفصل ذات اربع اجزاء</w:t>
      </w:r>
    </w:p>
    <w:p>
      <w:r>
        <w:t>يعني هذه المنفصلة متشكلة من اه اربع اجزاء</w:t>
      </w:r>
    </w:p>
    <w:p>
      <w:r>
        <w:t>احدهما نتيجة التأليف نتيجة التأليف يعني نتيجة القياس</w:t>
      </w:r>
    </w:p>
    <w:p>
      <w:r>
        <w:t>نعم</w:t>
      </w:r>
    </w:p>
    <w:p>
      <w:r>
        <w:t>والثالث والثالثة الباقية هي الاجزاء التي لا اشتراك فيها</w:t>
      </w:r>
    </w:p>
    <w:p>
      <w:r>
        <w:t>يعني الاجزاء التي لا يمسها الحد الأوسط فتكون نتيجة هذا القسم اما ان يكون الف باء وكل دال طاء وولى كل جيمطا يكتب تحتها جيم اما ان يكون الف باء وكل دال قا لها الحد الاوسط يختفي مستحيل ان يتكرر</w:t>
      </w:r>
    </w:p>
    <w:p>
      <w:r>
        <w:t>اعطي اما ان يكون الف باء وكل جيم تا واما الف باء وهزا الاولى نتيجة واضحة عندك دائما اما كل الف باء او جيم دال ودائما اما ان يكون كل هذا او كل دال طاء</w:t>
      </w:r>
    </w:p>
    <w:p>
      <w:r>
        <w:t>انت اربط الصغرى بالكبرى</w:t>
      </w:r>
    </w:p>
    <w:p>
      <w:r>
        <w:t>ترتبط اولا بالحد الاوسط</w:t>
      </w:r>
    </w:p>
    <w:p>
      <w:r>
        <w:t>الحد الاوسطى يختفي</w:t>
      </w:r>
    </w:p>
    <w:p>
      <w:r>
        <w:t>اما ان يكون الف باء وكل الدال طال</w:t>
      </w:r>
    </w:p>
    <w:p>
      <w:r>
        <w:t>دال حد اوسط يختفي</w:t>
      </w:r>
    </w:p>
    <w:p>
      <w:r>
        <w:t>ما معنى الإنتاج? الإنتاج يعني اختفاء الحد الأوسط</w:t>
      </w:r>
    </w:p>
    <w:p>
      <w:r>
        <w:t>يعني هنا تأتي العبارة هكذا</w:t>
      </w:r>
    </w:p>
    <w:p>
      <w:r>
        <w:t>اما ان يكون الف باء او جيم طه</w:t>
      </w:r>
    </w:p>
    <w:p>
      <w:r>
        <w:t>لماذا جيم طه? لأن دال يربط بين الجيم طه</w:t>
      </w:r>
    </w:p>
    <w:p>
      <w:r>
        <w:t>لا يربط باء مع جهة اخرى</w:t>
      </w:r>
    </w:p>
    <w:p>
      <w:r>
        <w:t>صحح العبارة هكذا واما الف بوا هزا لماذا? لان ما في هناك حد اوسط</w:t>
      </w:r>
    </w:p>
    <w:p>
      <w:r>
        <w:t>نعم</w:t>
      </w:r>
    </w:p>
    <w:p>
      <w:r>
        <w:t>واما كل جيم طاء كل جيم طاء يعني ان دال يختفي واما كل جيم دال وهزا</w:t>
      </w:r>
    </w:p>
    <w:p>
      <w:r>
        <w:t>كل جيم وهذا ما ادري انا كله لا ملي نفهمها هادي هكذا واما كل جيم طاء وهذا</w:t>
      </w:r>
    </w:p>
    <w:p>
      <w:r>
        <w:t>لا ابدا لا يكون في النتيجة</w:t>
      </w:r>
    </w:p>
    <w:p>
      <w:r>
        <w:t>لا ادري</w:t>
      </w:r>
    </w:p>
    <w:p>
      <w:r>
        <w:t>قالوا ينتج دائما اما كل الف باء</w:t>
      </w:r>
    </w:p>
    <w:p>
      <w:r>
        <w:t>او كل جمطة او كل هذا</w:t>
      </w:r>
    </w:p>
    <w:p>
      <w:r>
        <w:t>هذا هو الصحيح</w:t>
      </w:r>
    </w:p>
    <w:p>
      <w:r>
        <w:t>ان دل متأخرين</w:t>
      </w:r>
    </w:p>
    <w:p>
      <w:r>
        <w:t>انظر عند المتأخر دال غير حاضر في النتيجة</w:t>
      </w:r>
    </w:p>
    <w:p>
      <w:r>
        <w:t>نعم</w:t>
      </w:r>
    </w:p>
    <w:p>
      <w:r>
        <w:t>ابدا ليس موجودا في النتيجة المتأخرون قالوا ينتج دائما اما كل الف باء</w:t>
      </w:r>
    </w:p>
    <w:p>
      <w:r>
        <w:t>او كل جيم طاء هذا ببركة الحد الاوسط جيمطا</w:t>
      </w:r>
    </w:p>
    <w:p>
      <w:r>
        <w:t>لأن الدار اختفى يربط بين جيم ورطة</w:t>
      </w:r>
    </w:p>
    <w:p>
      <w:r>
        <w:t>معقول</w:t>
      </w:r>
    </w:p>
    <w:p>
      <w:r>
        <w:t>او كل هذا لأنه ما عنده علاقة بالحد الأوسط يبقى</w:t>
      </w:r>
    </w:p>
    <w:p>
      <w:r>
        <w:t>هذا هو الإنتاج الصحيح</w:t>
      </w:r>
    </w:p>
    <w:p>
      <w:r>
        <w:t>ليس انتاج المحقق الطوسي غير منطقي لأن الحد الأوسط</w:t>
      </w:r>
    </w:p>
    <w:p>
      <w:r>
        <w:t>كيف يكون في النتيجة? نعم</w:t>
      </w:r>
    </w:p>
    <w:p>
      <w:r>
        <w:t>هذا الاول</w:t>
      </w:r>
    </w:p>
    <w:p>
      <w:r>
        <w:t>الثاني ان يشارك جزء واحد من احدى المقدمتين كل واحد من جزئي الاخرى</w:t>
      </w:r>
    </w:p>
    <w:p>
      <w:r>
        <w:t>نعم</w:t>
      </w:r>
    </w:p>
    <w:p>
      <w:r>
        <w:t>كقولنا دائما اما كل الف باء او كل جيم دال</w:t>
      </w:r>
    </w:p>
    <w:p>
      <w:r>
        <w:t>نعم</w:t>
      </w:r>
    </w:p>
    <w:p>
      <w:r>
        <w:t>ودائما اما ان يكون كل دال طاء او يكون كل دال هاء</w:t>
      </w:r>
    </w:p>
    <w:p>
      <w:r>
        <w:t>انظر دال تعدد في الكبرى</w:t>
      </w:r>
    </w:p>
    <w:p>
      <w:r>
        <w:t>الكبرى تعدد يعني موجود في الطرفين موجود في الطرفين</w:t>
      </w:r>
    </w:p>
    <w:p>
      <w:r>
        <w:t>نعم</w:t>
      </w:r>
    </w:p>
    <w:p>
      <w:r>
        <w:t>ينتج دائما اما كل الف باء او كل الدال</w:t>
      </w:r>
    </w:p>
    <w:p>
      <w:r>
        <w:t>يعني الدال الحد الأوسط موجود عند في النتيجة عند المحقق التونسي</w:t>
      </w:r>
    </w:p>
    <w:p>
      <w:r>
        <w:t>واما كل الف وكل دال واما كل جيم طاء واما كل جيم ها</w:t>
      </w:r>
    </w:p>
    <w:p>
      <w:r>
        <w:t>واضح الانتاج مشكل</w:t>
      </w:r>
    </w:p>
    <w:p>
      <w:r>
        <w:t>المشكل فقط في الذات</w:t>
      </w:r>
    </w:p>
    <w:p>
      <w:r>
        <w:t>كيف يكون في النتيجة? مانعة الخلو ان يجتمعان لامتناع خلو الواقع عن التأليفين المنتجين لاحد الجزئيتين الاخرين وهو وعن الجزئين الاولين</w:t>
      </w:r>
    </w:p>
    <w:p>
      <w:r>
        <w:t>والمتأخرون قالوا انه ينتج دائما</w:t>
      </w:r>
    </w:p>
    <w:p>
      <w:r>
        <w:t>دقق جيدا</w:t>
      </w:r>
    </w:p>
    <w:p>
      <w:r>
        <w:t>متأخرون اه حذفوا الحد الاوسط</w:t>
      </w:r>
    </w:p>
    <w:p>
      <w:r>
        <w:t>اما الف باء</w:t>
      </w:r>
    </w:p>
    <w:p>
      <w:r>
        <w:t>اما الف باء</w:t>
      </w:r>
    </w:p>
    <w:p>
      <w:r>
        <w:t>او كل جيمطا او كل جيم</w:t>
      </w:r>
    </w:p>
    <w:p>
      <w:r>
        <w:t>هذا هو الصحيح الحد الاوسط كيف يكون في النتيجة? معقول? يعني اذا بقي الحد الاوسط في النتيجة يعني لم يربط بين آآ بين الطرفين</w:t>
      </w:r>
    </w:p>
    <w:p>
      <w:r>
        <w:t>نعم</w:t>
      </w:r>
    </w:p>
    <w:p>
      <w:r>
        <w:t>الحد الاوسط يجب ان يختفي</w:t>
      </w:r>
    </w:p>
    <w:p>
      <w:r>
        <w:t>لهذا انا اميل الى المتأخرين او تقول ان محقق الطوسي وصل الى ان الحد الاوسط يبقى في النتيجة معناه ما فيه ربط بين آآ بين الصغرى والكبرى</w:t>
      </w:r>
    </w:p>
    <w:p>
      <w:r>
        <w:t>ففيكون العقم نعم هذا صحيح</w:t>
      </w:r>
    </w:p>
    <w:p>
      <w:r>
        <w:t>نعم هذا صحيح نعم</w:t>
      </w:r>
    </w:p>
    <w:p>
      <w:r>
        <w:t>نعم</w:t>
      </w:r>
    </w:p>
    <w:p>
      <w:r>
        <w:t>هذي في الثالث الثاني سنصل مشكل الذي انا اعترض عليه ووافق المتأخرين لا يكون الحد الاوسط في النتيجة الا اذا قلنا اذا بقي الحد الاوسط في النتيجة يكون العقم</w:t>
      </w:r>
    </w:p>
    <w:p>
      <w:r>
        <w:t>نعم يكون العقم بمعنى اذا جئنا رجعنا الى الاول احدهما النتيجة ما هي? اما ان يكون الف باء وكل دال طاء هذا عقم</w:t>
      </w:r>
    </w:p>
    <w:p>
      <w:r>
        <w:t>واما الف باء وهزا على انتاج واما كل جيم طه دا انتاج واما كل ديم دال وهزا هذا نعم معقول نعم هذا معقول</w:t>
      </w:r>
    </w:p>
    <w:p>
      <w:r>
        <w:t>في الثاني ينتج دائما اما كل الف باء وكل داء عقم</w:t>
      </w:r>
    </w:p>
    <w:p>
      <w:r>
        <w:t>واما كل الف وكل دا عقمة واما كل جيم طاء واما كل ديما انتاج</w:t>
      </w:r>
    </w:p>
    <w:p>
      <w:r>
        <w:t>نعم هذا معقول</w:t>
      </w:r>
    </w:p>
    <w:p>
      <w:r>
        <w:t>نعم</w:t>
      </w:r>
    </w:p>
    <w:p>
      <w:r>
        <w:t>اما المتأخرون له المتأخرون التفتوا الى المسألة</w:t>
      </w:r>
    </w:p>
    <w:p>
      <w:r>
        <w:t>يقول يمكن هنا ان تكون هنا يكون هناك انتاج</w:t>
      </w:r>
    </w:p>
    <w:p>
      <w:r>
        <w:t>والحد الأوسط يختفي</w:t>
      </w:r>
    </w:p>
    <w:p>
      <w:r>
        <w:t>يعني انتاج حقيقي</w:t>
      </w:r>
    </w:p>
    <w:p>
      <w:r>
        <w:t>نعم</w:t>
      </w:r>
    </w:p>
    <w:p>
      <w:r>
        <w:t>كيف والمتأخرون قالوا انه ينتج هذا القياس دائما اما الف باء انظر لان الحد الاوسط آآ الحد الاوسط آآ يقول دائما ان كل الف باء او كل جيم دال نعم ودائما اما ان يكون كل دال طاء او يكون كل دال هاء</w:t>
      </w:r>
    </w:p>
    <w:p>
      <w:r>
        <w:t>اخفي النتيجة تجد دائما اما الف باء وكل جيم طاء يعني يربط بين جيم وطاء ويخت ويربط بين جيم وهوا يختفي</w:t>
      </w:r>
    </w:p>
    <w:p>
      <w:r>
        <w:t>هذه النتيجة عند المتأخرين صحيحة</w:t>
      </w:r>
    </w:p>
    <w:p>
      <w:r>
        <w:t>والمتأخرون قالوا انه ينتج دائما اما الف باء</w:t>
      </w:r>
    </w:p>
    <w:p>
      <w:r>
        <w:t>او كل جمطة او كل جماء</w:t>
      </w:r>
    </w:p>
    <w:p>
      <w:r>
        <w:t>حسب نوعية نوعية منفصلة حقيقية لها فتوى منعت الخلو له فتوى منعت الجمع له فتوى يعني دائما اما الف باء او كل جيم طاء او كل جيم جيم انت هناك اه دقق جيد مناعة الخلو كيف تكون منعت الجمع كيف تكون؟ حقيقية كيف تكون؟ الثالث ان يشارك احد جزئي احداهما احد جزئي الاخرى فقط</w:t>
      </w:r>
    </w:p>
    <w:p>
      <w:r>
        <w:t>والجزء الاخر يشارك كل واحد من جزئي الاخرى كقولنا دائما اما كل الف باء او كل جيم دال</w:t>
      </w:r>
    </w:p>
    <w:p>
      <w:r>
        <w:t>الحد الاوسط هو الدال</w:t>
      </w:r>
    </w:p>
    <w:p>
      <w:r>
        <w:t>نعم</w:t>
      </w:r>
    </w:p>
    <w:p>
      <w:r>
        <w:t>ودائما اما ان يكون كل دال طاء او كل دال الف</w:t>
      </w:r>
    </w:p>
    <w:p>
      <w:r>
        <w:t>دائما اما ان يكون كل الف باء او كل جيم دال</w:t>
      </w:r>
    </w:p>
    <w:p>
      <w:r>
        <w:t>الحد الاوسط اذا اختفى في النتيجة يربط بين اه بين حسب الصغرى والكبرى نعم يربط بين وجيم الف ينتج انظروا الربط اما كل الف باء وكل دال دال جيم هذا عقم ودائما اما ان يكون كل دا هذا عمق عقم وكل دلالة هذه اه القياسات اه المشتبه ينتج اما كل الف باء وكل دال طاء عقم وباء او بعض باء دال عقم لان الحد الاوسط ما اختفى او كل انتاج او كل جيم الف انتاج</w:t>
      </w:r>
    </w:p>
    <w:p>
      <w:r>
        <w:t>لامتناع الخلو الواقع عن مجموع الجزئين الغير المشاركين</w:t>
      </w:r>
    </w:p>
    <w:p>
      <w:r>
        <w:t>وعن احد التأليفات الثلاثة المذكورة المنتجة</w:t>
      </w:r>
    </w:p>
    <w:p>
      <w:r>
        <w:t>يعني الذي لا يمسه الحد الأوسط يبقى على حاله</w:t>
      </w:r>
    </w:p>
    <w:p>
      <w:r>
        <w:t>والذي يمس اه الذي لا يمسه الحجر الأوسط يبقى على حاله</w:t>
      </w:r>
    </w:p>
    <w:p>
      <w:r>
        <w:t>والذي يمسه الحد الأوسط</w:t>
      </w:r>
    </w:p>
    <w:p>
      <w:r>
        <w:t>الحد الأوسط يجب ان يختفي</w:t>
      </w:r>
    </w:p>
    <w:p>
      <w:r>
        <w:t>والا لم يختفي</w:t>
      </w:r>
    </w:p>
    <w:p>
      <w:r>
        <w:t>يكون العروق</w:t>
      </w:r>
    </w:p>
    <w:p>
      <w:r>
        <w:t>نعم</w:t>
      </w:r>
    </w:p>
    <w:p>
      <w:r>
        <w:t>والمتأخرون قالوا ينتج نتيجة احداهما دائما اما كل الف باء او كل ناتجة من احد الامثل الدال او كل جيم الف ناتجة من الحد الاوسط دال الى يختفي في النتيجة</w:t>
      </w:r>
    </w:p>
    <w:p>
      <w:r>
        <w:t>اذا من ربط بين جيم وطاء دال المختفي</w:t>
      </w:r>
    </w:p>
    <w:p>
      <w:r>
        <w:t>من ربط بين الجيم الف جيم الف دال المختفي عند المتعاقدين</w:t>
      </w:r>
    </w:p>
    <w:p>
      <w:r>
        <w:t>اذا الحد الاوسط اختفى فالانتاج يكون بتمامه منتجا</w:t>
      </w:r>
    </w:p>
    <w:p>
      <w:r>
        <w:t>ليس اه انتاج المحقق التوصيل</w:t>
      </w:r>
    </w:p>
    <w:p>
      <w:r>
        <w:t>وبعضه منتج وبعضه عقيم نعم</w:t>
      </w:r>
    </w:p>
    <w:p>
      <w:r>
        <w:t>والمتأخرون قالوا ينتج نتيجتين احداهما دائما اما كل الف باء او كل جيم طاء او كله جيم الف وهذا انتاج تاء</w:t>
      </w:r>
    </w:p>
    <w:p>
      <w:r>
        <w:t>النتيجة الثانية عند المتأخرين دائما اما كل وجيم الف كله جيم الف هادي منين جات? عندنا دائما اما كل الف باء او كل جم دال ودائما اما ان يكون الداء كل دات وكل دال الف</w:t>
      </w:r>
    </w:p>
    <w:p>
      <w:r>
        <w:t>نعم اه نعم لان الف يجتمع مع باء ودال يجتمع مع الف اذا دال يجتمع مع باء</w:t>
      </w:r>
    </w:p>
    <w:p>
      <w:r>
        <w:t>نعم</w:t>
      </w:r>
    </w:p>
    <w:p>
      <w:r>
        <w:t>هذا صحيح</w:t>
      </w:r>
    </w:p>
    <w:p>
      <w:r>
        <w:t>نعم جيم قد يستقر مع الف</w:t>
      </w:r>
    </w:p>
    <w:p>
      <w:r>
        <w:t>بعدين آآ النتيجة تكون اما كل الف باء</w:t>
      </w:r>
    </w:p>
    <w:p>
      <w:r>
        <w:t>نعم</w:t>
      </w:r>
    </w:p>
    <w:p>
      <w:r>
        <w:t>المتأخرون</w:t>
      </w:r>
    </w:p>
    <w:p>
      <w:r>
        <w:t>دائما اما كل جيم الف او بعض بد عقيم او كل داتا عقيم</w:t>
      </w:r>
    </w:p>
    <w:p>
      <w:r>
        <w:t>المنتج فقط هو جيم الف عند المتأخرين في النتيجة الثانية نعم</w:t>
      </w:r>
    </w:p>
    <w:p>
      <w:r>
        <w:t>لكن لماذا جيم الف? نعيد الصغرى ما هي? دائما اما كل جيم باء او كل جيم دال</w:t>
      </w:r>
    </w:p>
    <w:p>
      <w:r>
        <w:t>نعم لان من طرف في مقابل الف كيف يجتمع في النتيجة? نعم</w:t>
      </w:r>
    </w:p>
    <w:p>
      <w:r>
        <w:t>ودائما اما ان يكون كل دال طاء او كل دال الف اين بالله عليك الاجتماع</w:t>
      </w:r>
    </w:p>
    <w:p>
      <w:r>
        <w:t>اما كل جيم الف من اين? كل جيم جيم الف? يعني باي ملاك اجتمعت جيم مع الف? ان الصغرى ما هي? دائما اما كل الف باء او كل جم دال جيم دال طرف</w:t>
      </w:r>
    </w:p>
    <w:p>
      <w:r>
        <w:t>طرف بالنسبة الى الف كيف يجتمع بما احبأ? ودائما اما ان يكون كل دال طاء او كل دا الالف والحد الاوسط الحد الاوسط</w:t>
      </w:r>
    </w:p>
    <w:p>
      <w:r>
        <w:t>نعم تقول باعتبار ان في الكبرى دال اجتمع مع الف حد الاوسط</w:t>
      </w:r>
    </w:p>
    <w:p>
      <w:r>
        <w:t>وهل الحد الاوسط موجود مع جيم في جمع مع الف</w:t>
      </w:r>
    </w:p>
    <w:p>
      <w:r>
        <w:t>في هذه الحالة صحيح</w:t>
      </w:r>
    </w:p>
    <w:p>
      <w:r>
        <w:t>وبالتالي يكون دائما اما كل جيم الف من اين جاءت هذه بالحد الاوسط</w:t>
      </w:r>
    </w:p>
    <w:p>
      <w:r>
        <w:t>لان في الصغرى عندنا جيم دال وفي الكبرى عندنا دالألف</w:t>
      </w:r>
    </w:p>
    <w:p>
      <w:r>
        <w:t>الحد الأوسط يختفي يجمع بين جيم الف او بعض باء دال من اين جاء هذا بعض باء دال اه لان اه نعم بعض بدل لان في الصغرى عندنا دائما اما كل الف باء</w:t>
      </w:r>
    </w:p>
    <w:p>
      <w:r>
        <w:t>وفي الكبرى عندنا كل الدال الف يجتمع بالجزئية</w:t>
      </w:r>
    </w:p>
    <w:p>
      <w:r>
        <w:t>نعم</w:t>
      </w:r>
    </w:p>
    <w:p>
      <w:r>
        <w:t>يعني تقول الف مندرج تحت باء</w:t>
      </w:r>
    </w:p>
    <w:p>
      <w:r>
        <w:t>ودال مندرج تحت الف اذا دال ليس بالضرورة يندرج تحت باب الكلية يندرج تحت الجزئية عن المؤمل هو الجزئي</w:t>
      </w:r>
    </w:p>
    <w:p>
      <w:r>
        <w:t>نعم</w:t>
      </w:r>
    </w:p>
    <w:p>
      <w:r>
        <w:t>فبعض باء دال صحيح</w:t>
      </w:r>
    </w:p>
    <w:p>
      <w:r>
        <w:t>او كل جيم او كل دال طا</w:t>
      </w:r>
    </w:p>
    <w:p>
      <w:r>
        <w:t>هادي منين جات ؟ دالطا</w:t>
      </w:r>
    </w:p>
    <w:p>
      <w:r>
        <w:t>لأن عندنا اه عندنا في الصغرى عندنا في الصغرى جيم دال وفي الكبرى دالطا</w:t>
      </w:r>
    </w:p>
    <w:p>
      <w:r>
        <w:t>نعم</w:t>
      </w:r>
    </w:p>
    <w:p>
      <w:r>
        <w:t>ما نفس وكل عقيم لأنه دال موجود في النتيجة</w:t>
      </w:r>
    </w:p>
    <w:p>
      <w:r>
        <w:t>وكل دال موجود في الكبرى</w:t>
      </w:r>
    </w:p>
    <w:p>
      <w:r>
        <w:t>ودائما اما ان يكون كل دال قاف او كل دال</w:t>
      </w:r>
    </w:p>
    <w:p>
      <w:r>
        <w:t>نعم</w:t>
      </w:r>
    </w:p>
    <w:p>
      <w:r>
        <w:t>السر هذا كله القضية المنفصلة فيها عناد</w:t>
      </w:r>
    </w:p>
    <w:p>
      <w:r>
        <w:t>يعني اذا استقر هذا بالنسبة الى الثاني ما هو? عندك احتمالات آآ ثلاثة</w:t>
      </w:r>
    </w:p>
    <w:p>
      <w:r>
        <w:t>لا يكون ابدا</w:t>
      </w:r>
    </w:p>
    <w:p>
      <w:r>
        <w:t>هذه الحقيقية ومنعت الجمعة بالنسبة الى يكون</w:t>
      </w:r>
    </w:p>
    <w:p>
      <w:r>
        <w:t>اذا كان الاول الثاني لا يكون ابدا</w:t>
      </w:r>
    </w:p>
    <w:p>
      <w:r>
        <w:t>في الحقيقة لا يرتفعان يجب ان يكون احدهما في الوجود</w:t>
      </w:r>
    </w:p>
    <w:p>
      <w:r>
        <w:t>لا يجتمعان ولا يرتفعان</w:t>
      </w:r>
    </w:p>
    <w:p>
      <w:r>
        <w:t>منعت منعت الخلوف فلسفتها لا يخلو الواقع من احدهما</w:t>
      </w:r>
    </w:p>
    <w:p>
      <w:r>
        <w:t>الاثنان يمكن</w:t>
      </w:r>
    </w:p>
    <w:p>
      <w:r>
        <w:t>ولا يرتفعان</w:t>
      </w:r>
    </w:p>
    <w:p>
      <w:r>
        <w:t>يعني مانعة القضية الحقيقية</w:t>
      </w:r>
    </w:p>
    <w:p>
      <w:r>
        <w:t>اذا انت تساهلت في الرفع فانك انت في مناعة الجمع</w:t>
      </w:r>
    </w:p>
    <w:p>
      <w:r>
        <w:t>اذا تساهلت في الاجتماع انت في مناعة الخلق</w:t>
      </w:r>
    </w:p>
    <w:p>
      <w:r>
        <w:t>ثم تأتي كل هذه التفصيلات</w:t>
      </w:r>
    </w:p>
    <w:p>
      <w:r>
        <w:t>كل هذه التفصيلات</w:t>
      </w:r>
    </w:p>
    <w:p>
      <w:r>
        <w:t>نعم</w:t>
      </w:r>
    </w:p>
    <w:p>
      <w:r>
        <w:t>والمتأخرون قالوا ينتج نتيجتين احداهما دائما اما كل الف باء او كل جيم دال او كل جيم طاء او كل جيم الف هذه منطقية جدا</w:t>
      </w:r>
    </w:p>
    <w:p>
      <w:r>
        <w:t>يعني احذف الحد الأوسط وتأتيك النتيجة</w:t>
      </w:r>
    </w:p>
    <w:p>
      <w:r>
        <w:t>ثانيا دائما اما كل جيم الف او بعض او كل جيم او كل دام طاء انا لا افهم آآ تواجد الحد الاوسط في النتيجة يعني الانتاج غير متحقق</w:t>
      </w:r>
    </w:p>
    <w:p>
      <w:r>
        <w:t>يعني لم يجتمع الاصغر مع الاكبر</w:t>
      </w:r>
    </w:p>
    <w:p>
      <w:r>
        <w:t>متى يجتمع الاصغر مع الكبر? اذا اختفى الحد الاوسط</w:t>
      </w:r>
    </w:p>
    <w:p>
      <w:r>
        <w:t>نعم</w:t>
      </w:r>
    </w:p>
    <w:p>
      <w:r>
        <w:t>الرابعة وخلوها ان شاء الله الى الحصة الآتي اللهم صلي على محمد وآل محمد</w:t>
      </w:r>
    </w:p>
    <w:p>
      <w:r>
        <w:t>اللهم صلي</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