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الرابع ان يشارك كل واحد من جزئي احداء احداهما كل واحد من جزئي الاخرى</w:t>
      </w:r>
    </w:p>
    <w:p>
      <w:r>
        <w:t>جزئي الاخرى يعني المقدمة الاخرى</w:t>
      </w:r>
    </w:p>
    <w:p>
      <w:r>
        <w:t>كقولنا دائما كلي اما كل الف باء او كل جيم باء</w:t>
      </w:r>
    </w:p>
    <w:p>
      <w:r>
        <w:t>اما بنحوه القضية الحقيقية او مناعة الجمع او مناعة الخلو</w:t>
      </w:r>
    </w:p>
    <w:p>
      <w:r>
        <w:t>لا فرق</w:t>
      </w:r>
    </w:p>
    <w:p>
      <w:r>
        <w:t>الكبرى ما هي? ودائما اما كل با طاء واما كل باه اذا دققت في الحد الاوسط تجده باء</w:t>
      </w:r>
    </w:p>
    <w:p>
      <w:r>
        <w:t>ينتج اما كل الف طاء</w:t>
      </w:r>
    </w:p>
    <w:p>
      <w:r>
        <w:t>او كل الف هاء او كل جيم طاء او كل جيم هاء</w:t>
      </w:r>
    </w:p>
    <w:p>
      <w:r>
        <w:t>واضحة جدا</w:t>
      </w:r>
    </w:p>
    <w:p>
      <w:r>
        <w:t>يعني يختفي</w:t>
      </w:r>
    </w:p>
    <w:p>
      <w:r>
        <w:t>الحد الاوسط يجمع بين من يقارنه</w:t>
      </w:r>
    </w:p>
    <w:p>
      <w:r>
        <w:t>المقارنة الاولى الف طاء مقارنة الثانية الف هاء</w:t>
      </w:r>
    </w:p>
    <w:p>
      <w:r>
        <w:t>المقارنة الثالثة جيم طاء وجيم ها واضحة جدا بديهية</w:t>
      </w:r>
    </w:p>
    <w:p>
      <w:r>
        <w:t>بديهية في الذهن</w:t>
      </w:r>
    </w:p>
    <w:p>
      <w:r>
        <w:t>الخامس ان يشارك احد جزئي احدى المقدمتين احداث جزئية الاخرى</w:t>
      </w:r>
    </w:p>
    <w:p>
      <w:r>
        <w:t>والجزء الاخر من الاولى للاخر من الاخرى</w:t>
      </w:r>
    </w:p>
    <w:p>
      <w:r>
        <w:t>للاخر يعني للجزء الاخر من الاخرى من المقدمة الاخرى لغة بربرية نعم غليظة الوقت القدماء كقولنا دقق جيدا دائما كليا اما ان يكون كل الف باء او كل جم دال ودائما كل باهة او كل دال طاء</w:t>
      </w:r>
    </w:p>
    <w:p>
      <w:r>
        <w:t>نعم</w:t>
      </w:r>
    </w:p>
    <w:p>
      <w:r>
        <w:t>الحد الاوسط هنا دال وباء</w:t>
      </w:r>
    </w:p>
    <w:p>
      <w:r>
        <w:t>ينتج اما كل الف هاء او كل الف باء او كل دال طاء او كل جيم طاء او كل جيم دال وكل نعم عندنا واحد اثنين ثلاثة اربعة خمسة ستة</w:t>
      </w:r>
    </w:p>
    <w:p>
      <w:r>
        <w:t>نعم</w:t>
      </w:r>
    </w:p>
    <w:p>
      <w:r>
        <w:t>ستة لماذا? لان الاولى تدور مدار</w:t>
      </w:r>
    </w:p>
    <w:p>
      <w:r>
        <w:t>وكل جيم دال والثانية تدور بين باء وهاء وكل دال طاء يعني الحد الأوسط هو باء والدال من جهة نعم والمتأخرون قالوا ينتج نتيجتين احداهما اما كل الف هاء او كل جيم دال وكل دال طاء باعتبار مشاركة اب الف بال كل ما في الحد الاوسط واضحة جدا والثانية النتيجة الثانية اما كل جيم مقرونة بدل والجيم في الصغرى مقرون بدال فيجتمع جيم مار</w:t>
      </w:r>
    </w:p>
    <w:p>
      <w:r>
        <w:t>نعم</w:t>
      </w:r>
    </w:p>
    <w:p>
      <w:r>
        <w:t>اما الف الف هاء او كل جمدان او كل دال طاء</w:t>
      </w:r>
    </w:p>
    <w:p>
      <w:r>
        <w:t>باعتبار مشاركة الف باء لكل باء</w:t>
      </w:r>
    </w:p>
    <w:p>
      <w:r>
        <w:t>والثانية اما كل جيم طاء</w:t>
      </w:r>
    </w:p>
    <w:p>
      <w:r>
        <w:t>لان الحد الاوسط دال يختفي يجمع بين جيم وطاء</w:t>
      </w:r>
    </w:p>
    <w:p>
      <w:r>
        <w:t>او كل الف باء كل الف اه يبقى لان ما في حد اوسط معها على مستوى جيم دال نعم وكل باء كل باهة يبقى لنا ما عنده حد اوسط مع الدال طاء وجيم طاء باعتبار مشاركة جمدا لكل نعم</w:t>
      </w:r>
    </w:p>
    <w:p>
      <w:r>
        <w:t>فيجتمع الجيم مع طاء فقط</w:t>
      </w:r>
    </w:p>
    <w:p>
      <w:r>
        <w:t>وتبقى القضية على حالها</w:t>
      </w:r>
    </w:p>
    <w:p>
      <w:r>
        <w:t>سهلة فقط ممارسات عمليات تتضح الامور</w:t>
      </w:r>
    </w:p>
    <w:p>
      <w:r>
        <w:t>قال والثاني مختلفان باختلاف المقدمة</w:t>
      </w:r>
    </w:p>
    <w:p>
      <w:r>
        <w:t>اقول القسم الثاني من هذه الاقسام اقسام كانت آآ فيما اعتقد نعم خمسة هو نعم نعم القسم الثاني نعم الثالث الرابع الخامس نعم اقول القسم الثاني من هذه الاقسام وهو الذي يشارك فيه احد جزئي احدى المقدمتين كل واحد من جزء الاخرى ينقسم قسمين احدهما ان يكون الجزء المشارك لكل واحد من الجزئين جزءا من الصغرى والجزءان مشاركان له جزئين الكبرى</w:t>
      </w:r>
    </w:p>
    <w:p>
      <w:r>
        <w:t>والثاني ان يكون بالعكس من ذلك فيكون الجزء المشترك لكل واحد من الجزء جزءا من الكبرى والجزءان مشاركا له</w:t>
      </w:r>
    </w:p>
    <w:p>
      <w:r>
        <w:t>جزئين للسورة</w:t>
      </w:r>
    </w:p>
    <w:p>
      <w:r>
        <w:t>اني معكوسة</w:t>
      </w:r>
    </w:p>
    <w:p>
      <w:r>
        <w:t>نعم هذا القسم الثاني والقسم الثالث وهو ان يشارك احد جزئي احدى المقدمتين</w:t>
      </w:r>
    </w:p>
    <w:p>
      <w:r>
        <w:t>احد جزئي الاخرى فقط</w:t>
      </w:r>
    </w:p>
    <w:p>
      <w:r>
        <w:t>والجزء الاخر منها يشارك كل واحد من من جزء الاخرى قسمين نعم احدهما ان يكون احد جزئي صورة مشارك لكل واحد من جزئه الكبرى والجزء الاخر من الصغرى مشاركا لاحد الجزء الكبرى</w:t>
      </w:r>
    </w:p>
    <w:p>
      <w:r>
        <w:t>نعم لم يعطيه هنا امثلة</w:t>
      </w:r>
    </w:p>
    <w:p>
      <w:r>
        <w:t>والثاني ان يكون احد الجزئية الكبرى مشارك كل واحد من جوز السورة والجزء الاخر من الكبرى مشاركا لاحد الجزئين الصغرى</w:t>
      </w:r>
    </w:p>
    <w:p>
      <w:r>
        <w:t>ولم يأت بامثلة يعني المسألة سهلة جدا</w:t>
      </w:r>
    </w:p>
    <w:p>
      <w:r>
        <w:t>وآآ انت فقط تركز على الحد الاوسط</w:t>
      </w:r>
    </w:p>
    <w:p>
      <w:r>
        <w:t>اذا جمع بين طرفين يختفي اذا لم يجمع بين طرفين لا يختفي</w:t>
      </w:r>
    </w:p>
    <w:p>
      <w:r>
        <w:t>هذا هو القاعدة</w:t>
      </w:r>
    </w:p>
    <w:p>
      <w:r>
        <w:t>يعني اكتبها</w:t>
      </w:r>
    </w:p>
    <w:p>
      <w:r>
        <w:t>قال والنتيجة تكون آآ ذات اربعة اجزاء بحسب الاقترانات الممكنة</w:t>
      </w:r>
    </w:p>
    <w:p>
      <w:r>
        <w:t>يشتمل منها في الاول قرينة واحدة قياس واحد وفي الثاني والخامس قرينتان قياسا وفي الثالث ثلاث قرائن وفي الرابع اربع قرائين على النتائج الحملية وباقي وباقي الاجزاء يشتمل على اجزاء المقدمتين التي لا تشارك</w:t>
      </w:r>
    </w:p>
    <w:p>
      <w:r>
        <w:t>نعم</w:t>
      </w:r>
    </w:p>
    <w:p>
      <w:r>
        <w:t>وتكون النتيجة مانعة الخلو كليا من كليتين والا فجزئية</w:t>
      </w:r>
    </w:p>
    <w:p>
      <w:r>
        <w:t>يعني اذا كانت احدى المقدمات جزئية نتيجة تتبع خصم مقدمة فتكون جزئية</w:t>
      </w:r>
    </w:p>
    <w:p>
      <w:r>
        <w:t>اقول النتيجة في هذه الاقسام الخمسة تكون ذات اربع اجزاء</w:t>
      </w:r>
    </w:p>
    <w:p>
      <w:r>
        <w:t>على ما بين في الامثلة وذلك بحسب الاقترانات الممكنة</w:t>
      </w:r>
    </w:p>
    <w:p>
      <w:r>
        <w:t>ففي القسم الاول احد اجزاء النتيجة نتيجة التأليف</w:t>
      </w:r>
    </w:p>
    <w:p>
      <w:r>
        <w:t>وهو قرينة واحدة</w:t>
      </w:r>
    </w:p>
    <w:p>
      <w:r>
        <w:t>يعني قياس واحد</w:t>
      </w:r>
    </w:p>
    <w:p>
      <w:r>
        <w:t>نعم</w:t>
      </w:r>
    </w:p>
    <w:p>
      <w:r>
        <w:t>بين كل جندال وكل دال طاء</w:t>
      </w:r>
    </w:p>
    <w:p>
      <w:r>
        <w:t>والثلاثة الاخرى الباقية هي الازالة التي لا اشتراك فيها</w:t>
      </w:r>
    </w:p>
    <w:p>
      <w:r>
        <w:t>وفي القسم الثاني والخامس قرينتان قياسان</w:t>
      </w:r>
    </w:p>
    <w:p>
      <w:r>
        <w:t>ففي الثاني بين كل جيم دال وبين كل دال قا</w:t>
      </w:r>
    </w:p>
    <w:p>
      <w:r>
        <w:t>وبينه وبين كل دال هاء</w:t>
      </w:r>
    </w:p>
    <w:p>
      <w:r>
        <w:t>وفي الخامس بين الف باء بين كل الف باء وكل باء وبين كل جيم وكل دال طاء حسب الحد الاوسط</w:t>
      </w:r>
    </w:p>
    <w:p>
      <w:r>
        <w:t>الف باء وكل باء يعني الف تجتمع مع هاء</w:t>
      </w:r>
    </w:p>
    <w:p>
      <w:r>
        <w:t>وبين كل جيم دال وكل دال طاء يعني تجتمع مع الله</w:t>
      </w:r>
    </w:p>
    <w:p>
      <w:r>
        <w:t>وفي القسم الثالث ثلاثة قراء قرينا بين كل اب كل الف باء وكل الدال الف الحد الاوسط هنا الف وقرينة اخرى بين كل جمدال وكل دال طاء الحد الاوسط وقرنة ثالثة بينه وبين كل دال الف</w:t>
      </w:r>
    </w:p>
    <w:p>
      <w:r>
        <w:t>وفي الرابع اربعة قرائن احداهما بين كل الف باء وكل باء تاء والثانية بينه وبين كل باء</w:t>
      </w:r>
    </w:p>
    <w:p>
      <w:r>
        <w:t>والثالثة بين كل جيم باء وكل با تا والرابعة بينه وبين وهذه النتائج كلها ان كانت المقدمتان كلية كليتين وجزئية ان كانت احداهما جزئية</w:t>
      </w:r>
    </w:p>
    <w:p>
      <w:r>
        <w:t>نعم</w:t>
      </w:r>
    </w:p>
    <w:p>
      <w:r>
        <w:t>فلماذا هو لم يأت بامثلة? لان مر نظيرها فيما مضى</w:t>
      </w:r>
    </w:p>
    <w:p>
      <w:r>
        <w:t>التحليل نفسه والتركيب نفسه</w:t>
      </w:r>
    </w:p>
    <w:p>
      <w:r>
        <w:t>انتاج القفز القسم الثالث من المنفصلات</w:t>
      </w:r>
    </w:p>
    <w:p>
      <w:r>
        <w:t>واما المشتركة في تام وغير تام</w:t>
      </w:r>
    </w:p>
    <w:p>
      <w:r>
        <w:t>يعني عندنا قضية الحد الاوسط</w:t>
      </w:r>
    </w:p>
    <w:p>
      <w:r>
        <w:t>يعني عندنا مقدمة</w:t>
      </w:r>
    </w:p>
    <w:p>
      <w:r>
        <w:t>الحد الاوسط قضية</w:t>
      </w:r>
    </w:p>
    <w:p>
      <w:r>
        <w:t>عندنا مقدمة اخرى الحد الاوسط ليس قضية وانما اما موضوع او محمول</w:t>
      </w:r>
    </w:p>
    <w:p>
      <w:r>
        <w:t>نعم</w:t>
      </w:r>
    </w:p>
    <w:p>
      <w:r>
        <w:t>واما المشترك في تام يعني قضية وغير تابع يجوز موضوع او محمول فيكون احداهما مثلا من حمليتي والاخرى من حملية ومون فاصلة</w:t>
      </w:r>
    </w:p>
    <w:p>
      <w:r>
        <w:t>والنتيجة حملية ومنفصلة هي نتيجة منفصلتين</w:t>
      </w:r>
    </w:p>
    <w:p>
      <w:r>
        <w:t>اعني الاولى وجزءا اه الاخرى وهي بالحقيقة كبسيطة ذات ثلاث اجزاء</w:t>
      </w:r>
    </w:p>
    <w:p>
      <w:r>
        <w:t>والشرائط كما مرت</w:t>
      </w:r>
    </w:p>
    <w:p>
      <w:r>
        <w:t>يعني اه المسألة ليست صعبة</w:t>
      </w:r>
    </w:p>
    <w:p>
      <w:r>
        <w:t>اقول هذا هو القسم الثالث وهو ان يكون الاشتراك لان وذكر كم قسم? ذكر اقسام متعددة</w:t>
      </w:r>
    </w:p>
    <w:p>
      <w:r>
        <w:t>نعم ليكون بين جزء وجزء</w:t>
      </w:r>
    </w:p>
    <w:p>
      <w:r>
        <w:t>قسم وبين جزء وكل قسم وبين جزء وجزء وبين الاخر وكل جزء</w:t>
      </w:r>
    </w:p>
    <w:p>
      <w:r>
        <w:t>او بين كل جزء وكل جزء او بين كل جزء وجزء</w:t>
      </w:r>
    </w:p>
    <w:p>
      <w:r>
        <w:t>صور متعددة هنا وصل الى الثالثة</w:t>
      </w:r>
    </w:p>
    <w:p>
      <w:r>
        <w:t>اقول هذا هو القسم الثالث</w:t>
      </w:r>
    </w:p>
    <w:p>
      <w:r>
        <w:t>وهو ان يكون الاشتراك في جزء تام من احدى المقدمة</w:t>
      </w:r>
    </w:p>
    <w:p>
      <w:r>
        <w:t>نعم غير تام من المقدمة الاخرى</w:t>
      </w:r>
    </w:p>
    <w:p>
      <w:r>
        <w:t>يعني الصورة ما نقول صغرى احدى المقدمتين الحد الاوسط قضية</w:t>
      </w:r>
    </w:p>
    <w:p>
      <w:r>
        <w:t>موضوع محمول</w:t>
      </w:r>
    </w:p>
    <w:p>
      <w:r>
        <w:t>في المقدمة الاخرى لا</w:t>
      </w:r>
    </w:p>
    <w:p>
      <w:r>
        <w:t>جزء القضية اما موضوع او محمول</w:t>
      </w:r>
    </w:p>
    <w:p>
      <w:r>
        <w:t>نعم</w:t>
      </w:r>
    </w:p>
    <w:p>
      <w:r>
        <w:t>ويجب ان تكون احداهما ابسط من الاخرى</w:t>
      </w:r>
    </w:p>
    <w:p>
      <w:r>
        <w:t>مثلا تكون البسيطة مؤلفة من حمليتين</w:t>
      </w:r>
    </w:p>
    <w:p>
      <w:r>
        <w:t>والمركبة مؤلفة من حملية ومنفصلة</w:t>
      </w:r>
    </w:p>
    <w:p>
      <w:r>
        <w:t>فتكون بسيطة يعني ما فيها اختلاط بين الحملية والشرطية</w:t>
      </w:r>
    </w:p>
    <w:p>
      <w:r>
        <w:t>نتيجة منفصلة من حملة ومنفصلة هي نتيجة المنفصلتين عن المنفصلة الاولى وجزء الاخرى</w:t>
      </w:r>
    </w:p>
    <w:p>
      <w:r>
        <w:t>كقول هنا يأتي بمثال جميل</w:t>
      </w:r>
    </w:p>
    <w:p>
      <w:r>
        <w:t>دائما اما قضية كلية دائما اما ان يكون الف باء او جيم دال</w:t>
      </w:r>
    </w:p>
    <w:p>
      <w:r>
        <w:t>ودائما اما هذا واما ان يكون اما جم دال او جيم طا</w:t>
      </w:r>
    </w:p>
    <w:p>
      <w:r>
        <w:t>ولا الحد الاوسط ما هو? جيم</w:t>
      </w:r>
    </w:p>
    <w:p>
      <w:r>
        <w:t>نعم جيم جيم ودال</w:t>
      </w:r>
    </w:p>
    <w:p>
      <w:r>
        <w:t>دائما اما ان يكون الف باء او جمدا</w:t>
      </w:r>
    </w:p>
    <w:p>
      <w:r>
        <w:t>ودائما اما هذا واما ان يكون اما جمدا او مركبا ينتج دائما اما هزا لماذا? لماذا هزا ان هزا ما عندو</w:t>
      </w:r>
    </w:p>
    <w:p>
      <w:r>
        <w:t>ما عندو حد اوسط بجواره</w:t>
      </w:r>
    </w:p>
    <w:p>
      <w:r>
        <w:t>يبقى هو هو في النتيجة</w:t>
      </w:r>
    </w:p>
    <w:p>
      <w:r>
        <w:t>ولهذا تقول دائما اما هزا او اما ان يكون الف باء او ليس جيم طاء</w:t>
      </w:r>
    </w:p>
    <w:p>
      <w:r>
        <w:t>الف باء</w:t>
      </w:r>
    </w:p>
    <w:p>
      <w:r>
        <w:t>آآ يبقى لماذا? لان ما عنده حد اوسط نعم يرتفع في النتيجة يبقى ما عنده ما عندنا باء على مستوى المقدمة الاخرى ولا حتى الف</w:t>
      </w:r>
    </w:p>
    <w:p>
      <w:r>
        <w:t>نعم ينتج دائما اما هذا واما ان يكون الف باء او ليست جيم طاء</w:t>
      </w:r>
    </w:p>
    <w:p>
      <w:r>
        <w:t>نعم</w:t>
      </w:r>
    </w:p>
    <w:p>
      <w:r>
        <w:t>جيم طا عاملينها جيم وجيم دال</w:t>
      </w:r>
    </w:p>
    <w:p>
      <w:r>
        <w:t>اه جيم دال يحذف الاوسط فيبقى جيمتا</w:t>
      </w:r>
    </w:p>
    <w:p>
      <w:r>
        <w:t>وهذه النتيجة بالحقيقة منفصلة بسيطة مركبة من ثلاثة اجزاء</w:t>
      </w:r>
    </w:p>
    <w:p>
      <w:r>
        <w:t>احدهما الجزء غير المشترك وهو هذا</w:t>
      </w:r>
    </w:p>
    <w:p>
      <w:r>
        <w:t>نعم</w:t>
      </w:r>
    </w:p>
    <w:p>
      <w:r>
        <w:t>والجزءان الباقيان هما نتيجة المنفصلتين</w:t>
      </w:r>
    </w:p>
    <w:p>
      <w:r>
        <w:t>نعم يعني قوله واما جيم دال او جيم طاء هذي نتيجة المنفصلتين</w:t>
      </w:r>
    </w:p>
    <w:p>
      <w:r>
        <w:t>اما هزا ما عنده حد اوسط في كيانه فيبقى على حاله نعم</w:t>
      </w:r>
    </w:p>
    <w:p>
      <w:r>
        <w:t>والشرائط كما مرت من وجوب ايجاب المقدمة ومن كونهما حقيقية او مانعة الخلو او مختلط مختلطتين او الا تكون مانعة وكلية كلية احداهما يعني يجب ان تكون مقدمة كلية لان هذه هذا الشرط شرط اساسي في جميع الاوقات نعم القياسات المركبة من المنفصلات والمتصلة هذه معقدة كثيرا نعم معقدة لماذا? معقدة في الصياغة وليس في الانتاج</w:t>
      </w:r>
    </w:p>
    <w:p>
      <w:r>
        <w:t>الانتاج اذا دققت سهل معقدة عندك منفصلة ومتصلة معقدة</w:t>
      </w:r>
    </w:p>
    <w:p>
      <w:r>
        <w:t>قال واما المؤلفة من المتصلات والمنفصلات</w:t>
      </w:r>
    </w:p>
    <w:p>
      <w:r>
        <w:t>فالمشتركة منها في تأمين اربعة اصناف لان الاشتراك يكون اما في مقدم المتصلة او في تالية</w:t>
      </w:r>
    </w:p>
    <w:p>
      <w:r>
        <w:t>وهي اما صغرى او كبرى</w:t>
      </w:r>
    </w:p>
    <w:p>
      <w:r>
        <w:t>نعم</w:t>
      </w:r>
    </w:p>
    <w:p>
      <w:r>
        <w:t>ولهذا اثنين في اثنين اربعة</w:t>
      </w:r>
    </w:p>
    <w:p>
      <w:r>
        <w:t>اقول هذا هو القسم الثالث من اقسام القياس الشرطية وهو المؤلف من المتصلات والمنفصلات</w:t>
      </w:r>
    </w:p>
    <w:p>
      <w:r>
        <w:t>واقسامها ثلاثة الاول ان يقعوا ان يقع الاشتراك في جزئين تامين من المقدمة</w:t>
      </w:r>
    </w:p>
    <w:p>
      <w:r>
        <w:t>واقسامه اربعة</w:t>
      </w:r>
    </w:p>
    <w:p>
      <w:r>
        <w:t>لان المتصلة اما ان تقع صغرى او كبرى</w:t>
      </w:r>
    </w:p>
    <w:p>
      <w:r>
        <w:t>وعلى كلا تقديران في الشركة اما في مقدمة او تليها</w:t>
      </w:r>
    </w:p>
    <w:p>
      <w:r>
        <w:t>يعني الحد الاوسط اما يكون المقدم او يكون التالي</w:t>
      </w:r>
    </w:p>
    <w:p>
      <w:r>
        <w:t>نعم</w:t>
      </w:r>
    </w:p>
    <w:p>
      <w:r>
        <w:t>فعندنا اثنان وعندنا اه المقدمة الاخرى عندنا مقدمة التالي</w:t>
      </w:r>
    </w:p>
    <w:p>
      <w:r>
        <w:t>في اثنين اربعة نعم قال ولا ينتج من آآ او لا ينتج القياس او لا ينتج القياس من منفصلة سالبة</w:t>
      </w:r>
    </w:p>
    <w:p>
      <w:r>
        <w:t>ولا من جزئية الجزئية واضحة جدا لعدم الشمول</w:t>
      </w:r>
    </w:p>
    <w:p>
      <w:r>
        <w:t>ويشترط في سالبة الاتفاق قضايا الاتفاقية التي ليست خاضعة للنظام الاسمى والمسببات</w:t>
      </w:r>
    </w:p>
    <w:p>
      <w:r>
        <w:t>ويشترط في سالبة الاتفاق يعني النافية الاتفاق منه صدق المقدم</w:t>
      </w:r>
    </w:p>
    <w:p>
      <w:r>
        <w:t>ليمكن ردها الى موجب من جنسها</w:t>
      </w:r>
    </w:p>
    <w:p>
      <w:r>
        <w:t>نعم اذا نزعنا الاتفاق ما معنى يعني في ربط تكويني</w:t>
      </w:r>
    </w:p>
    <w:p>
      <w:r>
        <w:t>واذا كان ربط تكويني لا يمكن ان تكون آآ القضية صادقة الا اذا كان المقدم صادق</w:t>
      </w:r>
    </w:p>
    <w:p>
      <w:r>
        <w:t>هذه قاعدة كلية</w:t>
      </w:r>
    </w:p>
    <w:p>
      <w:r>
        <w:t>نعم</w:t>
      </w:r>
    </w:p>
    <w:p>
      <w:r>
        <w:t>المقدم يجب ان يكون اه صادقا</w:t>
      </w:r>
    </w:p>
    <w:p>
      <w:r>
        <w:t>اقول اه شرط هذا القسم امور ثلاثة</w:t>
      </w:r>
    </w:p>
    <w:p>
      <w:r>
        <w:t>احدها ان تكون المنفصلة موجبة</w:t>
      </w:r>
    </w:p>
    <w:p>
      <w:r>
        <w:t>والثاني الشرط كلية كلية احدى المقدمتين</w:t>
      </w:r>
    </w:p>
    <w:p>
      <w:r>
        <w:t>الشرط الثالث ان يكون مقدم السالب الاتفاقية صادقا ليمكن ردها الى موجبة اتفاقية مؤلفة من المقدم ونقيض التالي واضحة جدا</w:t>
      </w:r>
    </w:p>
    <w:p>
      <w:r>
        <w:t>ضرورة ان اساليب الاتفاقية اذا كانت اذا كان مقدمها سابقا كان تالهة كاذبا فيصدق نقيضه</w:t>
      </w:r>
    </w:p>
    <w:p>
      <w:r>
        <w:t>نعم</w:t>
      </w:r>
    </w:p>
    <w:p>
      <w:r>
        <w:t>لان هذه تعرف انت اتفاقية</w:t>
      </w:r>
    </w:p>
    <w:p>
      <w:r>
        <w:t>نعم</w:t>
      </w:r>
    </w:p>
    <w:p>
      <w:r>
        <w:t>اتفاقية اذا كان مقدم صادقا والتالي كاذبا السابق ينسجم مع نقيض الكذب</w:t>
      </w:r>
    </w:p>
    <w:p>
      <w:r>
        <w:t>نعم</w:t>
      </w:r>
    </w:p>
    <w:p>
      <w:r>
        <w:t>والاقرب في الشرط الاولى التفصيل فان المنفصل اذ كانت مانعة الجمع</w:t>
      </w:r>
    </w:p>
    <w:p>
      <w:r>
        <w:t>لم تنتج وهي سالبة</w:t>
      </w:r>
    </w:p>
    <w:p>
      <w:r>
        <w:t>للاختلاف</w:t>
      </w:r>
    </w:p>
    <w:p>
      <w:r>
        <w:t>نعم</w:t>
      </w:r>
    </w:p>
    <w:p>
      <w:r>
        <w:t>يعني ما في توافق</w:t>
      </w:r>
    </w:p>
    <w:p>
      <w:r>
        <w:t>بين الصغرى والكبرى</w:t>
      </w:r>
    </w:p>
    <w:p>
      <w:r>
        <w:t>اما مع توافق الطرفين فكما اذا رد الانسان مع الناطق بتوسط الحيوان</w:t>
      </w:r>
    </w:p>
    <w:p>
      <w:r>
        <w:t>بان تقول كلما كان هذا انسان فهو حيوان</w:t>
      </w:r>
    </w:p>
    <w:p>
      <w:r>
        <w:t>باعتبار ماذا? باعتبار العموم الحيوانية</w:t>
      </w:r>
    </w:p>
    <w:p>
      <w:r>
        <w:t>وليس البت ان كان ان يكون حيوانا او نار</w:t>
      </w:r>
    </w:p>
    <w:p>
      <w:r>
        <w:t>اتقان</w:t>
      </w:r>
    </w:p>
    <w:p>
      <w:r>
        <w:t>وليس البتة اما ان يكون حيوان او ناطقا بلا قد لا يكون حيوانا ولا يكون ناطقا يكون حجرا</w:t>
      </w:r>
    </w:p>
    <w:p>
      <w:r>
        <w:t>واما مع التعاند فلو بدلنا الكبرى بقولنا ليس اما ان يكون حيوانا او فرسا</w:t>
      </w:r>
    </w:p>
    <w:p>
      <w:r>
        <w:t>نعم</w:t>
      </w:r>
    </w:p>
    <w:p>
      <w:r>
        <w:t>وان كانت مانعة الخلو انتجت منفصلة مانعة الخلوء</w:t>
      </w:r>
    </w:p>
    <w:p>
      <w:r>
        <w:t>لماذا? تعليل للاستلزام جواز الخلو عن الشيء واللازم</w:t>
      </w:r>
    </w:p>
    <w:p>
      <w:r>
        <w:t>جواز عنه عن الملزوم</w:t>
      </w:r>
    </w:p>
    <w:p>
      <w:r>
        <w:t>نعم</w:t>
      </w:r>
    </w:p>
    <w:p>
      <w:r>
        <w:t>اذا رفع رفع اللازم يكشف عن رفع المال واضحة جدا</w:t>
      </w:r>
    </w:p>
    <w:p>
      <w:r>
        <w:t>فاطلاق المصنف رحمه الله بان المنفصل لا تنتجوا اذا كان سالبة محمول على هذا التفصيل</w:t>
      </w:r>
    </w:p>
    <w:p>
      <w:r>
        <w:t>يعني السالبة قد تنتج انتاجا ما ما</w:t>
      </w:r>
    </w:p>
    <w:p>
      <w:r>
        <w:t>قال والمنتج من كل صنف هنا تأتي تطبيقات</w:t>
      </w:r>
    </w:p>
    <w:p>
      <w:r>
        <w:t>فيه ستة وثلاث اقول الظروف المنتجة في كل صنف من هذه الاصناف ستة وثلاثون ضربا</w:t>
      </w:r>
    </w:p>
    <w:p>
      <w:r>
        <w:t>لان المنفصل اما لزومية واتفاقية</w:t>
      </w:r>
    </w:p>
    <w:p>
      <w:r>
        <w:t>المتصلة اما ربط تكويني او اولى</w:t>
      </w:r>
    </w:p>
    <w:p>
      <w:r>
        <w:t>ربط تكويني لجومية</w:t>
      </w:r>
    </w:p>
    <w:p>
      <w:r>
        <w:t>ربط الغير تكويني وعلى كلا التقديرين التقديرين</w:t>
      </w:r>
    </w:p>
    <w:p>
      <w:r>
        <w:t>فهي اما موجبة او سالبة</w:t>
      </w:r>
    </w:p>
    <w:p>
      <w:r>
        <w:t>وعلى التقادير الاربعة فهي اما كلية او جزئية فهذه ثمانية</w:t>
      </w:r>
    </w:p>
    <w:p>
      <w:r>
        <w:t>فهذه ثمانية نعم ثمانية</w:t>
      </w:r>
    </w:p>
    <w:p>
      <w:r>
        <w:t>والمنفصلة منفصلة اما الف واما ب مثلا</w:t>
      </w:r>
    </w:p>
    <w:p>
      <w:r>
        <w:t>والمنفصلة اما حقيقية</w:t>
      </w:r>
    </w:p>
    <w:p>
      <w:r>
        <w:t>او مانعة الجمع او مانعة الخلو</w:t>
      </w:r>
    </w:p>
    <w:p>
      <w:r>
        <w:t>هذه الشقوق دائرة بين النفي والاثبات</w:t>
      </w:r>
    </w:p>
    <w:p>
      <w:r>
        <w:t>وعلى التقديرات الثلاثة فهي اما كلية او جزئ فالأقسام ستة</w:t>
      </w:r>
    </w:p>
    <w:p>
      <w:r>
        <w:t>فهذه ثمانية واربعون ضربا لكن يسقط منها ما يتألف من جزئين</w:t>
      </w:r>
    </w:p>
    <w:p>
      <w:r>
        <w:t>جزئين يعني جزئية وجزئين يعني لا انتاج من جزئيته</w:t>
      </w:r>
    </w:p>
    <w:p>
      <w:r>
        <w:t>وهو اثنى عشر ضربا</w:t>
      </w:r>
    </w:p>
    <w:p>
      <w:r>
        <w:t>يبقى المنتج ستة وثلاثون ضربا</w:t>
      </w:r>
    </w:p>
    <w:p>
      <w:r>
        <w:t>وباعتبار ما جوزناه نحن من كون منفصلا مانعة الخلو</w:t>
      </w:r>
    </w:p>
    <w:p>
      <w:r>
        <w:t>سالبة يزيد الظروف عن هذه</w:t>
      </w:r>
    </w:p>
    <w:p>
      <w:r>
        <w:t>مثال ما يقع الاشتراك فيه مع تالي متصلة وهي صغرى كقولنا كلما كان الف باء فكان جمدا</w:t>
      </w:r>
    </w:p>
    <w:p>
      <w:r>
        <w:t>هذه متصلة موجبة</w:t>
      </w:r>
    </w:p>
    <w:p>
      <w:r>
        <w:t>كليا ودائما اما كل جمدال او هذا</w:t>
      </w:r>
    </w:p>
    <w:p>
      <w:r>
        <w:t>مانعة الجمع</w:t>
      </w:r>
    </w:p>
    <w:p>
      <w:r>
        <w:t>ماذا ينتج? ينتج كل ما كان? فليس هذا</w:t>
      </w:r>
    </w:p>
    <w:p>
      <w:r>
        <w:t>لماذا? لان الحد الاوسط هو جمدان</w:t>
      </w:r>
    </w:p>
    <w:p>
      <w:r>
        <w:t>يختفي في النتيجة</w:t>
      </w:r>
    </w:p>
    <w:p>
      <w:r>
        <w:t>يأتي الاشكال المهم</w:t>
      </w:r>
    </w:p>
    <w:p>
      <w:r>
        <w:t>نعم</w:t>
      </w:r>
    </w:p>
    <w:p>
      <w:r>
        <w:t>كلما كان الف باء فكل جيم دال هذه متصلة موجبة</w:t>
      </w:r>
    </w:p>
    <w:p>
      <w:r>
        <w:t>ودائما اما ان كل جمدال او هذا مانعة يعني اذا ان وجدت جيم دال لا ينوجد هزا واذا ان وجد هزا لا ينوازي لا ينوجد جمدا</w:t>
      </w:r>
    </w:p>
    <w:p>
      <w:r>
        <w:t>نعم</w:t>
      </w:r>
    </w:p>
    <w:p>
      <w:r>
        <w:t>ينتج كلما كان اليبا فليس هزا</w:t>
      </w:r>
    </w:p>
    <w:p>
      <w:r>
        <w:t>يعني اذا اخترنا الف باء هو المستقر جيم دال يرفع في الحد الفوطي يرفع ماذا يأتي? يأتي آآ آآ هذا ولكن ليس هذا لماذا? لانه في الصغرى كلما كان الباء فكل جمدان ضع الف باء</w:t>
      </w:r>
    </w:p>
    <w:p>
      <w:r>
        <w:t>نعم</w:t>
      </w:r>
    </w:p>
    <w:p>
      <w:r>
        <w:t>متصلة كلما كان فكل جمدان يعني الف باء يولد جمدا</w:t>
      </w:r>
    </w:p>
    <w:p>
      <w:r>
        <w:t>يلازمه</w:t>
      </w:r>
    </w:p>
    <w:p>
      <w:r>
        <w:t>ودائما اما كل جمدال او هزا</w:t>
      </w:r>
    </w:p>
    <w:p>
      <w:r>
        <w:t>نعم</w:t>
      </w:r>
    </w:p>
    <w:p>
      <w:r>
        <w:t>الحد الاوسط يرفع فاذا رفع الحد الاوسط يعني لازم يكشف عن الملزوم انه مرفوع ما هو الف باء</w:t>
      </w:r>
    </w:p>
    <w:p>
      <w:r>
        <w:t>في المتصلة</w:t>
      </w:r>
    </w:p>
    <w:p>
      <w:r>
        <w:t>قل هكذا كلما كان الذ فكل وليس جمدا</w:t>
      </w:r>
    </w:p>
    <w:p>
      <w:r>
        <w:t>اذا ليس الف باء</w:t>
      </w:r>
    </w:p>
    <w:p>
      <w:r>
        <w:t>نعم</w:t>
      </w:r>
    </w:p>
    <w:p>
      <w:r>
        <w:t>ودائما اما كل جندال او هذا</w:t>
      </w:r>
    </w:p>
    <w:p>
      <w:r>
        <w:t>مناعة الجمع لا يجتمعان ولا يرتفعا</w:t>
      </w:r>
    </w:p>
    <w:p>
      <w:r>
        <w:t>اذا اذا ارتفع جيم دال يعني ارتفع الف باء</w:t>
      </w:r>
    </w:p>
    <w:p>
      <w:r>
        <w:t>اذا وضع الف باء ارتفع جيدا</w:t>
      </w:r>
    </w:p>
    <w:p>
      <w:r>
        <w:t>نعم</w:t>
      </w:r>
    </w:p>
    <w:p>
      <w:r>
        <w:t>ينتج كل ما كان الف باء</w:t>
      </w:r>
    </w:p>
    <w:p>
      <w:r>
        <w:t>فليس هزا</w:t>
      </w:r>
    </w:p>
    <w:p>
      <w:r>
        <w:t>لماذا هذا ليس هزا? يعني كلما كان الف باء يعني حسب اذا كان الاذباء يلازمه جمدا واذا لازمهم جمدال هذا يجب ان يرفع</w:t>
      </w:r>
    </w:p>
    <w:p>
      <w:r>
        <w:t>فتأتي ليس هزا</w:t>
      </w:r>
    </w:p>
    <w:p>
      <w:r>
        <w:t>ينتج كل ما كان الف با فليس هزا</w:t>
      </w:r>
    </w:p>
    <w:p>
      <w:r>
        <w:t>لان ليس هزا نقيض هزا وهذا تابع لألف باء</w:t>
      </w:r>
    </w:p>
    <w:p>
      <w:r>
        <w:t>نعم</w:t>
      </w:r>
    </w:p>
    <w:p>
      <w:r>
        <w:t>اذا ارتفع الحد الأوسط جيم دال</w:t>
      </w:r>
    </w:p>
    <w:p>
      <w:r>
        <w:t>فألف باء لا لا يلزم او نستخرج منه هذا</w:t>
      </w:r>
    </w:p>
    <w:p>
      <w:r>
        <w:t>نستخرج منه ماذا? ليس هذا</w:t>
      </w:r>
    </w:p>
    <w:p>
      <w:r>
        <w:t>واضحة جدا المسألة</w:t>
      </w:r>
    </w:p>
    <w:p>
      <w:r>
        <w:t>لاستلزام المنفصلة كلما كان جمدا لم يكن هزا</w:t>
      </w:r>
    </w:p>
    <w:p>
      <w:r>
        <w:t>نعم</w:t>
      </w:r>
    </w:p>
    <w:p>
      <w:r>
        <w:t>اذا اذا كان باء الف باء يكون مع ماذا? ليس هذا</w:t>
      </w:r>
    </w:p>
    <w:p>
      <w:r>
        <w:t>يكون معه? ليس هذا نقيض مثاله المتصلة الكبرى دائما اما اب الف باء او جيم دال</w:t>
      </w:r>
    </w:p>
    <w:p>
      <w:r>
        <w:t>وكلما كان هاء زاك فكل جيم دال</w:t>
      </w:r>
    </w:p>
    <w:p>
      <w:r>
        <w:t>متصلة منفصلة متصلة هذا هو الاختلاط</w:t>
      </w:r>
    </w:p>
    <w:p>
      <w:r>
        <w:t>عندنا هذه المنفصلة دائما كلية اما الف باء او جمدا</w:t>
      </w:r>
    </w:p>
    <w:p>
      <w:r>
        <w:t>دقق جيدا</w:t>
      </w:r>
    </w:p>
    <w:p>
      <w:r>
        <w:t>وعندنا هذه القضية الكبرى وكلما كان هذا فكل جيم دال يعني جيم دال لازم لهذا</w:t>
      </w:r>
    </w:p>
    <w:p>
      <w:r>
        <w:t>حيث كان هذا كان جمدا</w:t>
      </w:r>
    </w:p>
    <w:p>
      <w:r>
        <w:t>نعم ينتج كل ما كان هزا لم يكن الف باء</w:t>
      </w:r>
    </w:p>
    <w:p>
      <w:r>
        <w:t>نعم</w:t>
      </w:r>
    </w:p>
    <w:p>
      <w:r>
        <w:t>لان الواقع يتسع لاما لالف باء او جم باء</w:t>
      </w:r>
    </w:p>
    <w:p>
      <w:r>
        <w:t>نعم</w:t>
      </w:r>
    </w:p>
    <w:p>
      <w:r>
        <w:t>اذا جئنا بشيء وهو هذا</w:t>
      </w:r>
    </w:p>
    <w:p>
      <w:r>
        <w:t>وولدنا جيم دال اذا كان هذا جمدال يكون معه اذا كان الجمدال معه الف باء يتبخر ماذا يأتي في مكانه النقيض? فيقول كلما كان هذا لم يكن الهب</w:t>
      </w:r>
    </w:p>
    <w:p>
      <w:r>
        <w:t>يعني هذا ينسجم مع نقيض الف ب لماذا? لان الاثبات دائر بينه وبين جيم دال</w:t>
      </w:r>
    </w:p>
    <w:p>
      <w:r>
        <w:t>نعم واضح جدا</w:t>
      </w:r>
    </w:p>
    <w:p>
      <w:r>
        <w:t>مثاله والشركة مع المقدم والمتصلة صورة</w:t>
      </w:r>
    </w:p>
    <w:p>
      <w:r>
        <w:t>كلما كان جيم دال ب متصلة</w:t>
      </w:r>
    </w:p>
    <w:p>
      <w:r>
        <w:t>ودائما اما جمدال او هذا</w:t>
      </w:r>
    </w:p>
    <w:p>
      <w:r>
        <w:t>منعت الجمع</w:t>
      </w:r>
    </w:p>
    <w:p>
      <w:r>
        <w:t>جيد</w:t>
      </w:r>
    </w:p>
    <w:p>
      <w:r>
        <w:t>اذا الف باء تابع لجندل</w:t>
      </w:r>
    </w:p>
    <w:p>
      <w:r>
        <w:t>وجيم دال مناعة الجمع</w:t>
      </w:r>
    </w:p>
    <w:p>
      <w:r>
        <w:t>ما ينسجم مع هذا</w:t>
      </w:r>
    </w:p>
    <w:p>
      <w:r>
        <w:t>اذا الف باء مع نقيض هذا واضحة جدا</w:t>
      </w:r>
    </w:p>
    <w:p>
      <w:r>
        <w:t>لان في تلازم بين جندل والف باء</w:t>
      </w:r>
    </w:p>
    <w:p>
      <w:r>
        <w:t>كلما كان الجندال فابى</w:t>
      </w:r>
    </w:p>
    <w:p>
      <w:r>
        <w:t>فالف باء</w:t>
      </w:r>
    </w:p>
    <w:p>
      <w:r>
        <w:t>ما معنى? الف باء في المتصلة هذه يتبع الجمدان</w:t>
      </w:r>
    </w:p>
    <w:p>
      <w:r>
        <w:t>الكبرى ماذا تقول? ودائما اما يعني اما جمدال يدخل وهزا لا يدخل واما هزا يدخل وجمدال لا يدخل نعم منعت الجمع ينتج قد يكون جزئيا</w:t>
      </w:r>
    </w:p>
    <w:p>
      <w:r>
        <w:t>ينت قد يكون اذا كان الف باء فليس هذا</w:t>
      </w:r>
    </w:p>
    <w:p>
      <w:r>
        <w:t>نعم</w:t>
      </w:r>
    </w:p>
    <w:p>
      <w:r>
        <w:t>واضحة جدا</w:t>
      </w:r>
    </w:p>
    <w:p>
      <w:r>
        <w:t>نعم لان رفع استلزام الجدال يستلزم هزا</w:t>
      </w:r>
    </w:p>
    <w:p>
      <w:r>
        <w:t>نعم</w:t>
      </w:r>
    </w:p>
    <w:p>
      <w:r>
        <w:t>ونحن عندنا في الصغرى كلما كان جمدا فالف باء يعني الجمدال يلازمه الف باء</w:t>
      </w:r>
    </w:p>
    <w:p>
      <w:r>
        <w:t>نعم وجيم دال لا يلازم هزا بالعكس اذا دخل هو خرج هزا ماذا ينتج? صغرى</w:t>
      </w:r>
    </w:p>
    <w:p>
      <w:r>
        <w:t>صغرى هذي راجعة الى اه الى انا في تصوري نعم تصوري الى قضية اه اه نعكس</w:t>
      </w:r>
    </w:p>
    <w:p>
      <w:r>
        <w:t>نعم</w:t>
      </w:r>
    </w:p>
    <w:p>
      <w:r>
        <w:t>نعكس اه نعم لا عندما نعكس لان عندنا الشكل الثالث جيم دال الحد الاوسط موجود في المقدمتين في الموضوع</w:t>
      </w:r>
    </w:p>
    <w:p>
      <w:r>
        <w:t>الشكل الثالث ينتج جزئيا</w:t>
      </w:r>
    </w:p>
    <w:p>
      <w:r>
        <w:t>نعم</w:t>
      </w:r>
    </w:p>
    <w:p>
      <w:r>
        <w:t>ينتج قد يكون اذا جزئيا لأنه الشكل الثالث</w:t>
      </w:r>
    </w:p>
    <w:p>
      <w:r>
        <w:t>ان كان الب فليس هذا</w:t>
      </w:r>
    </w:p>
    <w:p>
      <w:r>
        <w:t>لأن الإثبات دائما مع وجمدا لا يتسع مع هذه هذا فعل الباء لا لا لا يتسع مع مع يعني لا ينسجم مع هذا</w:t>
      </w:r>
    </w:p>
    <w:p>
      <w:r>
        <w:t>اذا لم ينسجم مع هذا ينسجم معناه قذه</w:t>
      </w:r>
    </w:p>
    <w:p>
      <w:r>
        <w:t>فالنتيجة تكون قد يكون اذا كان الذا فليس هذا</w:t>
      </w:r>
    </w:p>
    <w:p>
      <w:r>
        <w:t>يعني فيه انسجام وتلازم بين الف باء ون هزا يعني ليس هزا لكن بنحو الجو الجزئية وليس بنحو الكلية لماذا? لان الشكل الثالث لا ينتج الا جزئيا</w:t>
      </w:r>
    </w:p>
    <w:p>
      <w:r>
        <w:t>لاقتران المتصلة اللازمة للكبرى مع الصغرى من الثالث الشكل الثالث</w:t>
      </w:r>
    </w:p>
    <w:p>
      <w:r>
        <w:t>وانتاجها المطلوب يعني جزئية</w:t>
      </w:r>
    </w:p>
    <w:p>
      <w:r>
        <w:t>ومثالها هي كبرى دائما اما الف باء او جم دال</w:t>
      </w:r>
    </w:p>
    <w:p>
      <w:r>
        <w:t>يعني اما الف في الوجود واما جامد</w:t>
      </w:r>
    </w:p>
    <w:p>
      <w:r>
        <w:t>وكلما كان جمدال فهذا</w:t>
      </w:r>
    </w:p>
    <w:p>
      <w:r>
        <w:t>اذا هذا لا ينسجم مع الف باء</w:t>
      </w:r>
    </w:p>
    <w:p>
      <w:r>
        <w:t>النقيض هذا ينسجم مع اه مع الف باء ينتج قد يكون اذا لم يكن الف باء فهذا او تقول قد يكون اذا لم يكن هذا فالف باء</w:t>
      </w:r>
    </w:p>
    <w:p>
      <w:r>
        <w:t>يعني تقدر تعكس كما تشاء</w:t>
      </w:r>
    </w:p>
    <w:p>
      <w:r>
        <w:t>لان الوجود يتسع اما لالف باء او جمدة</w:t>
      </w:r>
    </w:p>
    <w:p>
      <w:r>
        <w:t>وجيم دال دائما يلازم هذا</w:t>
      </w:r>
    </w:p>
    <w:p>
      <w:r>
        <w:t>اذا الف بلى لا يلازم هذا يلازم ماذا? يلازم آآ نقي نقيضه</w:t>
      </w:r>
    </w:p>
    <w:p>
      <w:r>
        <w:t>نعم</w:t>
      </w:r>
    </w:p>
    <w:p>
      <w:r>
        <w:t>ينتج قد يكون اذا لم تكن الف باء فاء فهزا او تقول وقد يكون اذا لم يكن هذا فهو</w:t>
      </w:r>
    </w:p>
    <w:p>
      <w:r>
        <w:t>وعليك ان تعد جميع الاقسام فان هذه اصولها اليات ان شاء الله</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