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w:t>
      </w:r>
    </w:p>
    <w:p>
      <w:r>
        <w:t>الى هذه الفقرة</w:t>
      </w:r>
    </w:p>
    <w:p>
      <w:r>
        <w:t>قال والنتائج تكون من الجنسين كلية ان كانت من كليتين</w:t>
      </w:r>
    </w:p>
    <w:p>
      <w:r>
        <w:t>والبيان بردهما الى جنس واحد اسهل</w:t>
      </w:r>
    </w:p>
    <w:p>
      <w:r>
        <w:t>اقول النتائج في هذا القسم تكون متصلة كما ذكرنا</w:t>
      </w:r>
    </w:p>
    <w:p>
      <w:r>
        <w:t>وذلك بان المنفصلة الى المتصلة اللازمة لها</w:t>
      </w:r>
    </w:p>
    <w:p>
      <w:r>
        <w:t>اللازمة لها يعني عندك انت متصلة وعندك منفصلة</w:t>
      </w:r>
    </w:p>
    <w:p>
      <w:r>
        <w:t>كلاهما يحكيان دائرة واحدة</w:t>
      </w:r>
    </w:p>
    <w:p>
      <w:r>
        <w:t>كلاهما يحكيان دائرة واحدة ذو التلاث</w:t>
      </w:r>
    </w:p>
    <w:p>
      <w:r>
        <w:t>تلازم الصدق تلازم في الصدق</w:t>
      </w:r>
    </w:p>
    <w:p>
      <w:r>
        <w:t>والا صيغة تختلف تلك عنادية وتلك آآ ليست عنادية وانما هي استلزامية</w:t>
      </w:r>
    </w:p>
    <w:p>
      <w:r>
        <w:t>اذا اذا قال وذلك بان ترد ترد المنفصل الى اللازمة لها يعني وانت تخلي المتصلة المنفصلة وتأتي بالمتصلة التي تحكي الواقعة نفسه</w:t>
      </w:r>
    </w:p>
    <w:p>
      <w:r>
        <w:t>وتضمها الى المتصلة</w:t>
      </w:r>
    </w:p>
    <w:p>
      <w:r>
        <w:t>متصلة مع متصلة الانتاج في ينتج للمتصلة</w:t>
      </w:r>
    </w:p>
    <w:p>
      <w:r>
        <w:t>وتضمها يعني هذه المتصلة اللازمة الى المتصلة لتنتج ما ذكرنا</w:t>
      </w:r>
    </w:p>
    <w:p>
      <w:r>
        <w:t>وقد تكون منفصلة</w:t>
      </w:r>
    </w:p>
    <w:p>
      <w:r>
        <w:t>بان ترد المتصلة الى المنفصلة اللازمة لها</w:t>
      </w:r>
    </w:p>
    <w:p>
      <w:r>
        <w:t>العكس يعني عملية عكسية</w:t>
      </w:r>
    </w:p>
    <w:p>
      <w:r>
        <w:t>يضمها الى المنفصلة الاخرى لتنتج منفصلة</w:t>
      </w:r>
    </w:p>
    <w:p>
      <w:r>
        <w:t>مثاله دقق معي جيدا</w:t>
      </w:r>
    </w:p>
    <w:p>
      <w:r>
        <w:t>اذا قلنا في المثال الاول ان النتيجة ان ان النتيجة كلما كان الف باء فليس هذا</w:t>
      </w:r>
    </w:p>
    <w:p>
      <w:r>
        <w:t>هذه اه متصلة ما معنى متصلة هنا? يعني الف بل مقدم لا يولدوا هذا يولدوا نقيض هذا فليس هذا</w:t>
      </w:r>
    </w:p>
    <w:p>
      <w:r>
        <w:t>نعم</w:t>
      </w:r>
    </w:p>
    <w:p>
      <w:r>
        <w:t>هذه دروس اذا طبقتها على قوانين المرور وتذهب الى المهندس الذي هندس قوانين المرور تجدها لا تخرج عن هذه القضايا</w:t>
      </w:r>
    </w:p>
    <w:p>
      <w:r>
        <w:t>نعم</w:t>
      </w:r>
    </w:p>
    <w:p>
      <w:r>
        <w:t>لا تخرج ابدا</w:t>
      </w:r>
    </w:p>
    <w:p>
      <w:r>
        <w:t>عبارة هندسة منطقية</w:t>
      </w:r>
    </w:p>
    <w:p>
      <w:r>
        <w:t>نعم</w:t>
      </w:r>
    </w:p>
    <w:p>
      <w:r>
        <w:t>هندسة منطقية قوانين المرور</w:t>
      </w:r>
    </w:p>
    <w:p>
      <w:r>
        <w:t>نعم</w:t>
      </w:r>
    </w:p>
    <w:p>
      <w:r>
        <w:t>مثاله اذا قلنا في المثال الاول ان النتيجة كلما كان الف باء فليس هذا</w:t>
      </w:r>
    </w:p>
    <w:p>
      <w:r>
        <w:t>يعني في تلازم بين الف باء ونقيض هذا</w:t>
      </w:r>
    </w:p>
    <w:p>
      <w:r>
        <w:t>نعم</w:t>
      </w:r>
    </w:p>
    <w:p>
      <w:r>
        <w:t>حيث رددنا المنفصلة الى المتصلة</w:t>
      </w:r>
    </w:p>
    <w:p>
      <w:r>
        <w:t>ولو رددنا المتصلة الى المنفصلة قلنا ان المتصل يلزمها دائما اما ليس الف باء او جيم</w:t>
      </w:r>
    </w:p>
    <w:p>
      <w:r>
        <w:t>من يعطي الخلو? يعني اه لا يرتفعان</w:t>
      </w:r>
    </w:p>
    <w:p>
      <w:r>
        <w:t>ويمكن ان جميعا</w:t>
      </w:r>
    </w:p>
    <w:p>
      <w:r>
        <w:t>ونظمها الى الكبرى</w:t>
      </w:r>
    </w:p>
    <w:p>
      <w:r>
        <w:t>ما هي الكبرى? وهي دائما اما دال او هذا</w:t>
      </w:r>
    </w:p>
    <w:p>
      <w:r>
        <w:t>ينتج دائما اما الف باء او هزا</w:t>
      </w:r>
    </w:p>
    <w:p>
      <w:r>
        <w:t>يعني الحد الاوسط ما هو؟ جيم دال يختفي</w:t>
      </w:r>
    </w:p>
    <w:p>
      <w:r>
        <w:t>واضحة جدا</w:t>
      </w:r>
    </w:p>
    <w:p>
      <w:r>
        <w:t>لان قد بينا ان القياس المركب من المختلفتين ينتج مناعة الجمع من عين جزء مانعة ال ونقيظ جزء من الخلو</w:t>
      </w:r>
    </w:p>
    <w:p>
      <w:r>
        <w:t>نعم</w:t>
      </w:r>
    </w:p>
    <w:p>
      <w:r>
        <w:t>لان مليعة الجمع تنفي الطرف الثاني اذا وجد الطرف الاول</w:t>
      </w:r>
    </w:p>
    <w:p>
      <w:r>
        <w:t>منعت الخلوط تقبل</w:t>
      </w:r>
    </w:p>
    <w:p>
      <w:r>
        <w:t>اذا انت اذا جمعت بين منعت منعت الجمع حتما يكون طرف ونقيض</w:t>
      </w:r>
    </w:p>
    <w:p>
      <w:r>
        <w:t>نقيض القضية الاخرى</w:t>
      </w:r>
    </w:p>
    <w:p>
      <w:r>
        <w:t>نقيض طرف القضية الاخرى</w:t>
      </w:r>
    </w:p>
    <w:p>
      <w:r>
        <w:t>لانها منعت الجمع تنفي ومنعت الخلود تقبل</w:t>
      </w:r>
    </w:p>
    <w:p>
      <w:r>
        <w:t>ولهذا يقول اه لان قد بينا ان القياس المركب من المختلفتين ينتج مانعة الجمع من عين جزء مانعة الجمع ونقيض جزء مناعة الخلو</w:t>
      </w:r>
    </w:p>
    <w:p>
      <w:r>
        <w:t>يجب ان يقول النقظ لان منعت الجمع تنفي الاجتماع</w:t>
      </w:r>
    </w:p>
    <w:p>
      <w:r>
        <w:t>ومنعت الخلو تقبل الاجتماع</w:t>
      </w:r>
    </w:p>
    <w:p>
      <w:r>
        <w:t>اذا من يعطي الخلق ترفض ذلك الذي يريد ان يدخل مع الطرف الاول</w:t>
      </w:r>
    </w:p>
    <w:p>
      <w:r>
        <w:t>ومانعة الخلو من نقيض جوز مانعة كذلك مانعة الخلود تفتي بالدخول مانعة الجمع</w:t>
      </w:r>
    </w:p>
    <w:p>
      <w:r>
        <w:t>تن بعدم الدخول</w:t>
      </w:r>
    </w:p>
    <w:p>
      <w:r>
        <w:t>اذا الدخول يكون مع النقيض</w:t>
      </w:r>
    </w:p>
    <w:p>
      <w:r>
        <w:t>آآ نعم ومانعة الخلو من نقيض جزء مانعة الجمع وعين جزء مانعة الخلو نعم</w:t>
      </w:r>
    </w:p>
    <w:p>
      <w:r>
        <w:t>وهكذا في باقي الاقسام</w:t>
      </w:r>
    </w:p>
    <w:p>
      <w:r>
        <w:t>اذا عرفت السر نعم تعرف خلينا من حقيقية سهلة</w:t>
      </w:r>
    </w:p>
    <w:p>
      <w:r>
        <w:t>منعت الجمعة القاعدة ما هي? القاعدة هذه</w:t>
      </w:r>
    </w:p>
    <w:p>
      <w:r>
        <w:t>اذا كنا في دائرة الجامع يعني طرف واحد يدخل</w:t>
      </w:r>
    </w:p>
    <w:p>
      <w:r>
        <w:t>الطرف الثاني مرفوض</w:t>
      </w:r>
    </w:p>
    <w:p>
      <w:r>
        <w:t>هذا الطرف الثاني في المرفوض في مانعة الخلو يدخل</w:t>
      </w:r>
    </w:p>
    <w:p>
      <w:r>
        <w:t>اذا منعت الجمع ما منعت الجمعة آآ اجتمعت مع نقيض مناعة الخلو</w:t>
      </w:r>
    </w:p>
    <w:p>
      <w:r>
        <w:t>منعت الخلو تقول يمكن يدخل الف وباء</w:t>
      </w:r>
    </w:p>
    <w:p>
      <w:r>
        <w:t>اذا هذا بالذي داخل هو نقيض</w:t>
      </w:r>
    </w:p>
    <w:p>
      <w:r>
        <w:t>ما الذي كان في من يعطي الخلق? من يعطي الخلق ما هو? تلفظ باء</w:t>
      </w:r>
    </w:p>
    <w:p>
      <w:r>
        <w:t>نعم تلفظ باء تقول لاب ومانعة الخلود تقول باء هذا هو النقيض</w:t>
      </w:r>
    </w:p>
    <w:p>
      <w:r>
        <w:t>لا باء بلا ناقضان</w:t>
      </w:r>
    </w:p>
    <w:p>
      <w:r>
        <w:t>اذا عرفت هذا هذا فالنتيجة من اعني من المتصلة والمنفصلة تكون كلية اذا كانت المقدمتان كلية وان كانت احداهما جزئية كانت النتيجة جزئية للشروط العامة</w:t>
      </w:r>
    </w:p>
    <w:p>
      <w:r>
        <w:t>والبيان لان النتائج برد الجنسين الى جنس يعني ترجع المتصلة الى المنفصلة فيكون عندك قياس من المتصلتين تسأل الامر</w:t>
      </w:r>
    </w:p>
    <w:p>
      <w:r>
        <w:t>او تعيد المتصلة الى المنفصلة عندك منفاة صلتها من هنا شوية تعقد الأمور</w:t>
      </w:r>
    </w:p>
    <w:p>
      <w:r>
        <w:t>كما قلنا نعم اه انه ترد المتصلة الى المنفصلة ويصير الاقتران يعني القياس من منفصلتين او ترد المنفصلة الى المتصلة ويصير الاقتران من متصلتين من متصلة شيوع معقدة فقط</w:t>
      </w:r>
    </w:p>
    <w:p>
      <w:r>
        <w:t>وقد يمكن بغير ذلك كما تقول في القسم الاول ان جيم دال اللازم لمعاند هذا جيم دال في المثال هنا انظر عام خلينا نطبق على على المقدمتين التي اللتان مرت علينا</w:t>
      </w:r>
    </w:p>
    <w:p>
      <w:r>
        <w:t>نعم</w:t>
      </w:r>
    </w:p>
    <w:p>
      <w:r>
        <w:t>ان جيم دال لازم لمعاند هذا</w:t>
      </w:r>
    </w:p>
    <w:p>
      <w:r>
        <w:t>تقول دائما اما جيم دال او هذا</w:t>
      </w:r>
    </w:p>
    <w:p>
      <w:r>
        <w:t>ما معنى? يعني اذا دخلت جيم دال دار الوجود هزا لا يدخل</w:t>
      </w:r>
    </w:p>
    <w:p>
      <w:r>
        <w:t>اذا جيم دال تنسجم مع ماذا? مع نقيظ هذا</w:t>
      </w:r>
    </w:p>
    <w:p>
      <w:r>
        <w:t>اذا ارتفع هذا من يدخل? نقيض هذا هذا هو</w:t>
      </w:r>
    </w:p>
    <w:p>
      <w:r>
        <w:t>ان جيم دال اللازمة لمعارضي هذا</w:t>
      </w:r>
    </w:p>
    <w:p>
      <w:r>
        <w:t>معاندي هزا يعني لا هزا</w:t>
      </w:r>
    </w:p>
    <w:p>
      <w:r>
        <w:t>في الصدق يعني في الانطباق الخارجي كان الف با المرزوق معاندا له</w:t>
      </w:r>
    </w:p>
    <w:p>
      <w:r>
        <w:t>لان الف باء دائما اما ليس الف باء او جم دا اذا اذا جمد تناغم وانسجم مع لا هزيم</w:t>
      </w:r>
    </w:p>
    <w:p>
      <w:r>
        <w:t>وجيم دال لا يتناغم مع الف باء</w:t>
      </w:r>
    </w:p>
    <w:p>
      <w:r>
        <w:t>يعني يتناغم مع آآ لا يتناغم مع ليس الزبة</w:t>
      </w:r>
    </w:p>
    <w:p>
      <w:r>
        <w:t>يعني يتناغم مع الذ باء</w:t>
      </w:r>
    </w:p>
    <w:p>
      <w:r>
        <w:t>نعم</w:t>
      </w:r>
    </w:p>
    <w:p>
      <w:r>
        <w:t>معنى ان آآ الف باء يتناغم مع ليس هزا</w:t>
      </w:r>
    </w:p>
    <w:p>
      <w:r>
        <w:t>وهذه هي اه النتيجة دائما اما الف باء او هزا كانك قلت دائما اما الف اه اذا كان الف ب كان لا هادي لا هذا لان الف بلا ينسجم مع هذا اذا استقر الف باء ينتفي هزا يأتي النقيض ليس هزا يعني الف باء حينت وكان كان ليس هزا كأنك قلت كلما كان الف باء كان ليس هزا وهذا هو النتيجة التي ذكرها فوق كل ما كان الذ فليس هذا نعم او تقول كلما كان لا الف باء كان هزا صحيح</w:t>
      </w:r>
    </w:p>
    <w:p>
      <w:r>
        <w:t>نعم</w:t>
      </w:r>
    </w:p>
    <w:p>
      <w:r>
        <w:t>وقد يمكن البيان بغير ذلك كما تقول في القسم الاول ان كان جيم دال لازم لمعاند هذا اكتب تحت المعاني لهذا لا هذا</w:t>
      </w:r>
    </w:p>
    <w:p>
      <w:r>
        <w:t>في الصدق طبعا في الصدق هو ليس في الصيغة</w:t>
      </w:r>
    </w:p>
    <w:p>
      <w:r>
        <w:t>كان الف باء الملزوم ملزوم لمن? ملزوم لجلدا</w:t>
      </w:r>
    </w:p>
    <w:p>
      <w:r>
        <w:t>معاندا له معاند نعم</w:t>
      </w:r>
    </w:p>
    <w:p>
      <w:r>
        <w:t>اذ لو جمعوا في الصدق لجمعه اللازم</w:t>
      </w:r>
    </w:p>
    <w:p>
      <w:r>
        <w:t>يعني لو جمعه هزيم يجامعه جمدال مع ان جيم دال لا ينسجم مع اه جمدان ينسجم مع الف باء لا ينسجم معنا اه مع الف بقى ينسجم مع النقيض الف باء وليس مع الف باء</w:t>
      </w:r>
    </w:p>
    <w:p>
      <w:r>
        <w:t>هذا في بيان انتاج المنفصلة ولو اردنا انتاج الانتاج المتصل قلنا لما كان وضع الملزوم المتصلة</w:t>
      </w:r>
    </w:p>
    <w:p>
      <w:r>
        <w:t>لما كان وضع الملزوم يستلزم وضع اللازم الى المقدمة الصادقة تولد</w:t>
      </w:r>
    </w:p>
    <w:p>
      <w:r>
        <w:t>المقدم الصادق يولد اللازم الصادق</w:t>
      </w:r>
    </w:p>
    <w:p>
      <w:r>
        <w:t>نعم</w:t>
      </w:r>
    </w:p>
    <w:p>
      <w:r>
        <w:t>ولما كان وضع الملزوم يستلزم الوضع اللازم هذا يأتي ان شاء الله في القياس الاستثنائي</w:t>
      </w:r>
    </w:p>
    <w:p>
      <w:r>
        <w:t>متى يكون الإنتاج ركنا البعد المعرفي</w:t>
      </w:r>
    </w:p>
    <w:p>
      <w:r>
        <w:t>وضع المقدم يأتي التالي</w:t>
      </w:r>
    </w:p>
    <w:p>
      <w:r>
        <w:t>هذا انتاج</w:t>
      </w:r>
    </w:p>
    <w:p>
      <w:r>
        <w:t>الإنتاج الثاني رفع التالي رفع المقدم</w:t>
      </w:r>
    </w:p>
    <w:p>
      <w:r>
        <w:t>يأتي بالتفصيل</w:t>
      </w:r>
    </w:p>
    <w:p>
      <w:r>
        <w:t>هنا اشار فقط الى ركن من الاركان المعرفية</w:t>
      </w:r>
    </w:p>
    <w:p>
      <w:r>
        <w:t>لما كان وضع الملزوم</w:t>
      </w:r>
    </w:p>
    <w:p>
      <w:r>
        <w:t>الملزوم يعني المقدم</w:t>
      </w:r>
    </w:p>
    <w:p>
      <w:r>
        <w:t>يستلزم وضع اللازم يعني التالي</w:t>
      </w:r>
    </w:p>
    <w:p>
      <w:r>
        <w:t>وكان اللازم مناء معاند لغيره في الصدق معاندا لغيره في الصدق</w:t>
      </w:r>
    </w:p>
    <w:p>
      <w:r>
        <w:t>يعني التالي معاندا لغيره في الصدق يعني لا ينسجم مع جهة من الجهاد</w:t>
      </w:r>
    </w:p>
    <w:p>
      <w:r>
        <w:t>حتما الملزوم لا ينسجم مع تلك الجهة</w:t>
      </w:r>
    </w:p>
    <w:p>
      <w:r>
        <w:t>وكان وجود احد المتعاندين</w:t>
      </w:r>
    </w:p>
    <w:p>
      <w:r>
        <w:t>يستلزم امتثال اخر لقاعدة اجتماع الناقضين</w:t>
      </w:r>
    </w:p>
    <w:p>
      <w:r>
        <w:t>نعم كان وضع الملزم يستلزم انتفاع الاخر</w:t>
      </w:r>
    </w:p>
    <w:p>
      <w:r>
        <w:t>لا لا ينسجم مع لا ينسجم مع نعم</w:t>
      </w:r>
    </w:p>
    <w:p>
      <w:r>
        <w:t>في التطبيق العرفي واضح جدا</w:t>
      </w:r>
    </w:p>
    <w:p>
      <w:r>
        <w:t>عندك انت الف دائما يلازم صديق</w:t>
      </w:r>
    </w:p>
    <w:p>
      <w:r>
        <w:t>هادي الملازمة ليست تكوينية صديق صديق عزيز ودائما معه</w:t>
      </w:r>
    </w:p>
    <w:p>
      <w:r>
        <w:t>عرفا عرفا ليس بينهما علية ومعلولية</w:t>
      </w:r>
    </w:p>
    <w:p>
      <w:r>
        <w:t>عرفا والصديق الثاني عنده عداوة شرسة مع شراسة عدو شرس مع جيم</w:t>
      </w:r>
    </w:p>
    <w:p>
      <w:r>
        <w:t>العرف يقول الصديق الأول لا ينسجم مع مع الصديق الثاني</w:t>
      </w:r>
    </w:p>
    <w:p>
      <w:r>
        <w:t>وان عامله والكل يقولون تقية مدارات</w:t>
      </w:r>
    </w:p>
    <w:p>
      <w:r>
        <w:t>العنوان الثانوي وهكذا</w:t>
      </w:r>
    </w:p>
    <w:p>
      <w:r>
        <w:t>في العرف يدرك هذا الأمر</w:t>
      </w:r>
    </w:p>
    <w:p>
      <w:r>
        <w:t>لماذا? لأن هذه القاعدة هي ضاغطة على عقولهم</w:t>
      </w:r>
    </w:p>
    <w:p>
      <w:r>
        <w:t>هكذا يفكرون</w:t>
      </w:r>
    </w:p>
    <w:p>
      <w:r>
        <w:t>هكذا يفكرون</w:t>
      </w:r>
    </w:p>
    <w:p>
      <w:r>
        <w:t>اذا اذا انسجم الصديق به مع الصديق الف يعني كلما كان الف كنبة وباء يعاند شخص</w:t>
      </w:r>
    </w:p>
    <w:p>
      <w:r>
        <w:t>شخصا اخر جيم فالمقدم الف يعادي جيم</w:t>
      </w:r>
    </w:p>
    <w:p>
      <w:r>
        <w:t>هذا في العرف في العرف في التكوين اشد</w:t>
      </w:r>
    </w:p>
    <w:p>
      <w:r>
        <w:t>في التكوين اشد</w:t>
      </w:r>
    </w:p>
    <w:p>
      <w:r>
        <w:t>نعم</w:t>
      </w:r>
    </w:p>
    <w:p>
      <w:r>
        <w:t>نعيد التطبيق</w:t>
      </w:r>
    </w:p>
    <w:p>
      <w:r>
        <w:t>هذا في في بيان انتاج المنفصلة ولو اردنا انتاج الانتاج المتصل قلنا لما كان وضع الملزوم يستلزم يستلزم وضع اللازم</w:t>
      </w:r>
    </w:p>
    <w:p>
      <w:r>
        <w:t>يعني اذا جاء المقدم جاء التالي تقول اذا طلعت الشمس فالنهار موجود</w:t>
      </w:r>
    </w:p>
    <w:p>
      <w:r>
        <w:t>الشمس طلعت</w:t>
      </w:r>
    </w:p>
    <w:p>
      <w:r>
        <w:t>وهذا هو وضع الملزوم</w:t>
      </w:r>
    </w:p>
    <w:p>
      <w:r>
        <w:t>يأتي وجود النهار هذا هو اللازم</w:t>
      </w:r>
    </w:p>
    <w:p>
      <w:r>
        <w:t>وكان اللازم معاند لغيره في الصدق</w:t>
      </w:r>
    </w:p>
    <w:p>
      <w:r>
        <w:t>يعني الليل</w:t>
      </w:r>
    </w:p>
    <w:p>
      <w:r>
        <w:t>وجود النهار يعادي الليل فتقول اذا طلعت الشمس الليل ليس بموجود</w:t>
      </w:r>
    </w:p>
    <w:p>
      <w:r>
        <w:t>ما تقول الليل موجود</w:t>
      </w:r>
    </w:p>
    <w:p>
      <w:r>
        <w:t>ان الشمس لا اه يتولد منها اه التالي الف والناقد ناقد الف</w:t>
      </w:r>
    </w:p>
    <w:p>
      <w:r>
        <w:t>اجتماع النقيضين محال</w:t>
      </w:r>
    </w:p>
    <w:p>
      <w:r>
        <w:t>فالمقدم لا يولد النقيضين</w:t>
      </w:r>
    </w:p>
    <w:p>
      <w:r>
        <w:t>نعم</w:t>
      </w:r>
    </w:p>
    <w:p>
      <w:r>
        <w:t>لما كان وضع الملزوم يعني طلعت الشمس يستلزم وضع اللازم وجود النهار</w:t>
      </w:r>
    </w:p>
    <w:p>
      <w:r>
        <w:t>وكان اللازم لازم وجود النهار</w:t>
      </w:r>
    </w:p>
    <w:p>
      <w:r>
        <w:t>معارض لغيره في الصدق</w:t>
      </w:r>
    </w:p>
    <w:p>
      <w:r>
        <w:t>يعني يعاند وجود الليل</w:t>
      </w:r>
    </w:p>
    <w:p>
      <w:r>
        <w:t>وكان وجود احد المعاندين يستلزم انتفى الاخر لاجتماع النقيضين</w:t>
      </w:r>
    </w:p>
    <w:p>
      <w:r>
        <w:t>يعني اذا وجد النهار لا ينوجد الليل</w:t>
      </w:r>
    </w:p>
    <w:p>
      <w:r>
        <w:t>كان وضع الملزوم يعني الشمس يستلزم انتفال اخر</w:t>
      </w:r>
    </w:p>
    <w:p>
      <w:r>
        <w:t>اذا طلعت الشمس فالليل غير موجود</w:t>
      </w:r>
    </w:p>
    <w:p>
      <w:r>
        <w:t>واضحة جدا هذي? نعم فيصدق كل ما كان الف به فليس هزا</w:t>
      </w:r>
    </w:p>
    <w:p>
      <w:r>
        <w:t>نعم</w:t>
      </w:r>
    </w:p>
    <w:p>
      <w:r>
        <w:t>وهو المطلوب</w:t>
      </w:r>
    </w:p>
    <w:p>
      <w:r>
        <w:t>وكذا في باقي الان التلاء</w:t>
      </w:r>
    </w:p>
    <w:p>
      <w:r>
        <w:t>نعم</w:t>
      </w:r>
    </w:p>
    <w:p>
      <w:r>
        <w:t>القسم الثاني من القياسات المؤلفة من المتصلات والمنفصلات</w:t>
      </w:r>
    </w:p>
    <w:p>
      <w:r>
        <w:t>والمشترك في غير التامين ايضا اربعة اصناف في غير تامين يعني الحد الاوسط آآ مرة يكون آآ في في الصغرى يكون جزءا يعني اما موضوع او محمولا يكون جزئيا لا يكون قضية</w:t>
      </w:r>
    </w:p>
    <w:p>
      <w:r>
        <w:t>قال الإنتاج فيه اربعة اربعة اصناف</w:t>
      </w:r>
    </w:p>
    <w:p>
      <w:r>
        <w:t>ولترد المقدمتان الى احدى الجنسين ليرتد الى ممر</w:t>
      </w:r>
    </w:p>
    <w:p>
      <w:r>
        <w:t>يعني المنفصلة ترجعها متصلة</w:t>
      </w:r>
    </w:p>
    <w:p>
      <w:r>
        <w:t>فتعطيك قياسا متشكل من مت لكن في التجانس</w:t>
      </w:r>
    </w:p>
    <w:p>
      <w:r>
        <w:t>او ترجع المتصلة الى المنفصلة</w:t>
      </w:r>
    </w:p>
    <w:p>
      <w:r>
        <w:t>يأتي القياس من منفصلتين يأتي التجانس</w:t>
      </w:r>
    </w:p>
    <w:p>
      <w:r>
        <w:t>واضحة جدا</w:t>
      </w:r>
    </w:p>
    <w:p>
      <w:r>
        <w:t>قالوا والمشتركة في غير التامين في غير التامين يعني الحد الاوسط</w:t>
      </w:r>
    </w:p>
    <w:p>
      <w:r>
        <w:t>جوز وليس قضية</w:t>
      </w:r>
    </w:p>
    <w:p>
      <w:r>
        <w:t>ايضا اربعة اصناف</w:t>
      </w:r>
    </w:p>
    <w:p>
      <w:r>
        <w:t>نعم ولترد الألياء ولترد المقدمتان الى احد الجنسين ليرتد الى ممر ويعرف من ذلك اه حالهما اقول هذا هو القسم الثاني من اقسام القياس المؤلف للمتصلات والمنفصلات وهو ان يكون المشترك غير التام</w:t>
      </w:r>
    </w:p>
    <w:p>
      <w:r>
        <w:t>يعني الحد الاوسط يكون آآ الحد الاوسط هنا يعني آآ مسامحة لنادي في الحمليات</w:t>
      </w:r>
    </w:p>
    <w:p>
      <w:r>
        <w:t>نعم لكن يصدق عليه انه واحد اوسط</w:t>
      </w:r>
    </w:p>
    <w:p>
      <w:r>
        <w:t>وهو ان يكون المشترك غير ت ما معناه؟ يعني الصغرى عندها جزء وليس قضية والكبرى عندها جزء ليس قضية يشتركان في ذلك الجزء</w:t>
      </w:r>
    </w:p>
    <w:p>
      <w:r>
        <w:t>نعم</w:t>
      </w:r>
    </w:p>
    <w:p>
      <w:r>
        <w:t>من كل واحدة من المقدمة صغرى وكبرى</w:t>
      </w:r>
    </w:p>
    <w:p>
      <w:r>
        <w:t>واقسامه ايضا اربعة</w:t>
      </w:r>
    </w:p>
    <w:p>
      <w:r>
        <w:t>لان المشترك اما ان يكون جزءا من تالي متصلة</w:t>
      </w:r>
    </w:p>
    <w:p>
      <w:r>
        <w:t>يعني يقع في التالي او مقدمة او يقع في المقدم</w:t>
      </w:r>
    </w:p>
    <w:p>
      <w:r>
        <w:t>والكبرى كذلك اما في التالي والمقدم اثنين في اثنين اربعة</w:t>
      </w:r>
    </w:p>
    <w:p>
      <w:r>
        <w:t>وعلى كلا التقديرين فالمتصلة اما صغرى او كبرى فالاقسام اربعة</w:t>
      </w:r>
    </w:p>
    <w:p>
      <w:r>
        <w:t>احدهما تكون الشركة في التالي</w:t>
      </w:r>
    </w:p>
    <w:p>
      <w:r>
        <w:t>الشرك في التالي والمتصلة صغرى</w:t>
      </w:r>
    </w:p>
    <w:p>
      <w:r>
        <w:t>يعني عندنا الحد الاوسط يقع في التالي في المقدمتين</w:t>
      </w:r>
    </w:p>
    <w:p>
      <w:r>
        <w:t>وسورة القياس متصلة</w:t>
      </w:r>
    </w:p>
    <w:p>
      <w:r>
        <w:t>مثاله</w:t>
      </w:r>
    </w:p>
    <w:p>
      <w:r>
        <w:t>كلما كان الف فكل جندا معناه قضية متصلة صغرى قياس وكلية يعني الف باء يولد جمدان ملزم ولازم جيد اذا حيث كان الف باء يعني وضع المقدم فاينما يكون الف باء يكون جمدان</w:t>
      </w:r>
    </w:p>
    <w:p>
      <w:r>
        <w:t>كطلوع الشمس ووجود النهار</w:t>
      </w:r>
    </w:p>
    <w:p>
      <w:r>
        <w:t>ودائما اما كل دال قا او هذا</w:t>
      </w:r>
    </w:p>
    <w:p>
      <w:r>
        <w:t>هذه هي منفصلة</w:t>
      </w:r>
    </w:p>
    <w:p>
      <w:r>
        <w:t>كلية منفصلة</w:t>
      </w:r>
    </w:p>
    <w:p>
      <w:r>
        <w:t>ليست منفصلة</w:t>
      </w:r>
    </w:p>
    <w:p>
      <w:r>
        <w:t>مانعة الخلو</w:t>
      </w:r>
    </w:p>
    <w:p>
      <w:r>
        <w:t>ما معنى مانعة الخلق? يعني اما يكون داء طاء في الوجود او هذا في الوجود او كلاهما يكون</w:t>
      </w:r>
    </w:p>
    <w:p>
      <w:r>
        <w:t>قد يجتمعان مناعة الخلو هذا</w:t>
      </w:r>
    </w:p>
    <w:p>
      <w:r>
        <w:t>ينتج كل ما كان الف باء</w:t>
      </w:r>
    </w:p>
    <w:p>
      <w:r>
        <w:t>فكلما لم ليكون هزا فكل جيم طاء</w:t>
      </w:r>
    </w:p>
    <w:p>
      <w:r>
        <w:t>نعم</w:t>
      </w:r>
    </w:p>
    <w:p>
      <w:r>
        <w:t>متصلة اه متصلة مخلوطة</w:t>
      </w:r>
    </w:p>
    <w:p>
      <w:r>
        <w:t>نعم</w:t>
      </w:r>
    </w:p>
    <w:p>
      <w:r>
        <w:t>جيد</w:t>
      </w:r>
    </w:p>
    <w:p>
      <w:r>
        <w:t>خلينا الان نركز في الانتاج</w:t>
      </w:r>
    </w:p>
    <w:p>
      <w:r>
        <w:t>كلما كان الف باء فكان جيم يعني هنا تولد استلزامي</w:t>
      </w:r>
    </w:p>
    <w:p>
      <w:r>
        <w:t>ودائما من يعتل مناعة الخلق</w:t>
      </w:r>
    </w:p>
    <w:p>
      <w:r>
        <w:t>دائما اما كل دال طاء او هزا</w:t>
      </w:r>
    </w:p>
    <w:p>
      <w:r>
        <w:t>نعم</w:t>
      </w:r>
    </w:p>
    <w:p>
      <w:r>
        <w:t>دال موجود في التالي في التالي في المتصلة في المتصلة موجود في التالي دا وسط الجزء كلما كان الف باء فكل جيم دال هنا في التالي لكن في المنفصلة معناها تالي ومقدم ان ليس ليس طبعيا بل هو وضعي تضع تقدم وتاخر كما تشاء</w:t>
      </w:r>
    </w:p>
    <w:p>
      <w:r>
        <w:t>المهم هنا الحد الأوسط دار</w:t>
      </w:r>
    </w:p>
    <w:p>
      <w:r>
        <w:t>وماني الخلوق مانعة الخلو يعني يمكن ان يجتمعان في الوجود</w:t>
      </w:r>
    </w:p>
    <w:p>
      <w:r>
        <w:t>ينتج كلما كان الف باء هذا هو المقدم</w:t>
      </w:r>
    </w:p>
    <w:p>
      <w:r>
        <w:t>فكلما لم يكن هذا يعني رفعنا هذا فكل جيم طاء ميم جهاز جيم طاء ان الحد الاوسط يختفي يجمع بين جيم مقطع</w:t>
      </w:r>
    </w:p>
    <w:p>
      <w:r>
        <w:t>نعم</w:t>
      </w:r>
    </w:p>
    <w:p>
      <w:r>
        <w:t>مانعة الخلو</w:t>
      </w:r>
    </w:p>
    <w:p>
      <w:r>
        <w:t>يعني اذا ارتفع هزا مناعة الخلوق يقول لا يمكن ان يرتفعان</w:t>
      </w:r>
    </w:p>
    <w:p>
      <w:r>
        <w:t>يجب ان يكون احدهما ارتفع هزا بقيت بقي ماذا? وجيم دال يشتركان في الحجر المقصود دال يختفي الحد الاوسط في النتيجة يعانق جيم تكون نتيجة هكذا كل كان الف به فكلما لم يكن هزا</w:t>
      </w:r>
    </w:p>
    <w:p>
      <w:r>
        <w:t>يعني كلما ارتفع هزا نعم الدين الدال يختفي حد اوسط واضحة جدا</w:t>
      </w:r>
    </w:p>
    <w:p>
      <w:r>
        <w:t>ثم يعلل لان المنفصل يلزمها المنفصلة يلزمها اه المن هي دائما اما كل او هذا</w:t>
      </w:r>
    </w:p>
    <w:p>
      <w:r>
        <w:t>مناعة الخلو</w:t>
      </w:r>
    </w:p>
    <w:p>
      <w:r>
        <w:t>يلزمه ماذا? كلما لم يكن هذا فكل دال طاء</w:t>
      </w:r>
    </w:p>
    <w:p>
      <w:r>
        <w:t>لان مانعة الخلو اذا ارتفع احدهما بالضروري يكون الثاني</w:t>
      </w:r>
    </w:p>
    <w:p>
      <w:r>
        <w:t>فكلما لم يكن هزا ارتفع هزا حتما يكون ماذا? يكون وبعبارة فنية فنية ارتفاع هزا من الوجود هذا هو المؤدب</w:t>
      </w:r>
    </w:p>
    <w:p>
      <w:r>
        <w:t>لانهما لا يخلو الوجود من احدهما</w:t>
      </w:r>
    </w:p>
    <w:p>
      <w:r>
        <w:t>وتبين حكمه مما تقدم في المتصلتين</w:t>
      </w:r>
    </w:p>
    <w:p>
      <w:r>
        <w:t>اذا اشتركتا في جزء غير تام منهما</w:t>
      </w:r>
    </w:p>
    <w:p>
      <w:r>
        <w:t>نعم</w:t>
      </w:r>
    </w:p>
    <w:p>
      <w:r>
        <w:t>هذا جدا هذا اذا رددنا المنفصلة الى المتصلة</w:t>
      </w:r>
    </w:p>
    <w:p>
      <w:r>
        <w:t>ولو عكسنا الحال</w:t>
      </w:r>
    </w:p>
    <w:p>
      <w:r>
        <w:t>يعني ارجعنا المتصلة الى المنفصلة</w:t>
      </w:r>
    </w:p>
    <w:p>
      <w:r>
        <w:t>باننا رددنا المتصلة الى المنفصلة انتج</w:t>
      </w:r>
    </w:p>
    <w:p>
      <w:r>
        <w:t>اما ان يكون اما اما الا يكون الف باء وكل دال او لا يكون الف باء فهزا واما كل جيم طاء واما كل جيم ضعف هزا</w:t>
      </w:r>
    </w:p>
    <w:p>
      <w:r>
        <w:t>قلت لكم في في المتصلة معقد جدا لاننا عندنا اربع اطراف</w:t>
      </w:r>
    </w:p>
    <w:p>
      <w:r>
        <w:t>نعم القضية الاولى اما الف وباء ثانية اما ميم عين كم? اربع اطراف</w:t>
      </w:r>
    </w:p>
    <w:p>
      <w:r>
        <w:t>فالنتيجة تكون جدا معقدة</w:t>
      </w:r>
    </w:p>
    <w:p>
      <w:r>
        <w:t>نعم</w:t>
      </w:r>
    </w:p>
    <w:p>
      <w:r>
        <w:t>لانها متصلة</w:t>
      </w:r>
    </w:p>
    <w:p>
      <w:r>
        <w:t>شوف الإنتاج كم هو معقد اما ان لا يكون الف باء جيد</w:t>
      </w:r>
    </w:p>
    <w:p>
      <w:r>
        <w:t>لماذا? لأن قلنا كل ما كان آآ الف باء في نرجع الى الأول كلما كان اما ان لا يكون الف باء يعني الف باء يرفع</w:t>
      </w:r>
    </w:p>
    <w:p>
      <w:r>
        <w:t>فالجمدال يرفع</w:t>
      </w:r>
    </w:p>
    <w:p>
      <w:r>
        <w:t>نعم</w:t>
      </w:r>
    </w:p>
    <w:p>
      <w:r>
        <w:t>تمدال يرفع</w:t>
      </w:r>
    </w:p>
    <w:p>
      <w:r>
        <w:t>اذا رفع جيم دال مع الطال يجد مع من يبقى يعني تجي دار اه الحد الأوسط لا يستطيع ان يجمع بين جيم وطأ فيبقى فقط دال طاء</w:t>
      </w:r>
    </w:p>
    <w:p>
      <w:r>
        <w:t>دقق جيدا معقد المسألة تحتاج الى سبورة</w:t>
      </w:r>
    </w:p>
    <w:p>
      <w:r>
        <w:t>كلما كان الف با فجمدا يعني اذا وضعنا الف باء يأتي جيمدا</w:t>
      </w:r>
    </w:p>
    <w:p>
      <w:r>
        <w:t>ارفع الف باء يرتفع جيم دا فالدال مرفوع لا يمكن ان يجر جيم الى طه</w:t>
      </w:r>
    </w:p>
    <w:p>
      <w:r>
        <w:t>يبقى تبقى تبقى دال لوحدها هكذا</w:t>
      </w:r>
    </w:p>
    <w:p>
      <w:r>
        <w:t>اما ان لا يكون الف باء اذا رفع الف باء يرفع معه جندا</w:t>
      </w:r>
    </w:p>
    <w:p>
      <w:r>
        <w:t>نعم</w:t>
      </w:r>
    </w:p>
    <w:p>
      <w:r>
        <w:t>فيبقى دالطا لوحده لا يمس او لا يكون الف باء ذلك فهذا فهذا منين جاء? جاء من القضية الاخرى ودائما اما كل دال طاء او هزا</w:t>
      </w:r>
    </w:p>
    <w:p>
      <w:r>
        <w:t>نعم</w:t>
      </w:r>
    </w:p>
    <w:p>
      <w:r>
        <w:t>او لا يكون الاذباء يعني ترفع الف باء فهزا لان هزا يجتمع مع دال طاء</w:t>
      </w:r>
    </w:p>
    <w:p>
      <w:r>
        <w:t>نعم</w:t>
      </w:r>
    </w:p>
    <w:p>
      <w:r>
        <w:t>والدال طاء لا ينسجم مع اه على الف لا ينسجم لا الف وينسجم مع ذا ينسجم مع هذا</w:t>
      </w:r>
    </w:p>
    <w:p>
      <w:r>
        <w:t>واما كل جيم جيمطا من اين جاء? جاء من الانتاج</w:t>
      </w:r>
    </w:p>
    <w:p>
      <w:r>
        <w:t>الانتاج جيم ودال في احتمال</w:t>
      </w:r>
    </w:p>
    <w:p>
      <w:r>
        <w:t>نعم</w:t>
      </w:r>
    </w:p>
    <w:p>
      <w:r>
        <w:t>لانها من يعطي الخلو قد يجتمع اه واما كل يبقى لا ينتج فهذا على من تبين في المنفصلتين المشتركتين في جزء غير تام منهما معقدة جدا تحتاج الى السبورة يعني انت الان في المنفصلة افهم هذه القاعدة</w:t>
      </w:r>
    </w:p>
    <w:p>
      <w:r>
        <w:t>حدد المنفصلة</w:t>
      </w:r>
    </w:p>
    <w:p>
      <w:r>
        <w:t>صغرى كبرى</w:t>
      </w:r>
    </w:p>
    <w:p>
      <w:r>
        <w:t>ما يهم</w:t>
      </w:r>
    </w:p>
    <w:p>
      <w:r>
        <w:t>حدد الصغرى والكبرى</w:t>
      </w:r>
    </w:p>
    <w:p>
      <w:r>
        <w:t>حدد المشترك</w:t>
      </w:r>
    </w:p>
    <w:p>
      <w:r>
        <w:t>يعني الحد الاوسط</w:t>
      </w:r>
    </w:p>
    <w:p>
      <w:r>
        <w:t>بلسان الحملية</w:t>
      </w:r>
    </w:p>
    <w:p>
      <w:r>
        <w:t>حد اوصل القياس حد اوسط</w:t>
      </w:r>
    </w:p>
    <w:p>
      <w:r>
        <w:t>المنفصلة تختلف</w:t>
      </w:r>
    </w:p>
    <w:p>
      <w:r>
        <w:t>المنفصلة في هكذا</w:t>
      </w:r>
    </w:p>
    <w:p>
      <w:r>
        <w:t>دخول وعدم الدخول</w:t>
      </w:r>
    </w:p>
    <w:p>
      <w:r>
        <w:t>دخول معا</w:t>
      </w:r>
    </w:p>
    <w:p>
      <w:r>
        <w:t>دخول عدم الدخول الحقيقية</w:t>
      </w:r>
    </w:p>
    <w:p>
      <w:r>
        <w:t>دخول معا مناعة الخلو</w:t>
      </w:r>
    </w:p>
    <w:p>
      <w:r>
        <w:t>خروج معا</w:t>
      </w:r>
    </w:p>
    <w:p>
      <w:r>
        <w:t>اه منعت لاحظت هذه الاحتمالات? هذه الاحتمالات انت تركز على الحد الاوسط دخل ماذا ينتج? رفع ماذا انتج? دخل مع اه ماذا ينتج? ارتفع مع ماذا ينتج? احتمالات كبيرة جدا تخرج لك النتيجة التي ذكرناها</w:t>
      </w:r>
    </w:p>
    <w:p>
      <w:r>
        <w:t>نعم المسألة صعبة تحتاج الى دقة اه فائقة</w:t>
      </w:r>
    </w:p>
    <w:p>
      <w:r>
        <w:t>نعم</w:t>
      </w:r>
    </w:p>
    <w:p>
      <w:r>
        <w:t>اه الثاني ان تكون الشرك في المقدم والمتصلة صغرى</w:t>
      </w:r>
    </w:p>
    <w:p>
      <w:r>
        <w:t>يعني هذا الجزء هذا موجود في المقدم</w:t>
      </w:r>
    </w:p>
    <w:p>
      <w:r>
        <w:t>طبعا الكبرى اه ما عدنا مقدم تالي</w:t>
      </w:r>
    </w:p>
    <w:p>
      <w:r>
        <w:t>اننا طرف العناد</w:t>
      </w:r>
    </w:p>
    <w:p>
      <w:r>
        <w:t>المهم الصغرى تكون متصلة والجزء في المقدم</w:t>
      </w:r>
    </w:p>
    <w:p>
      <w:r>
        <w:t>مثاله كقولنا كلما كان الجيم دال فالف باء</w:t>
      </w:r>
    </w:p>
    <w:p>
      <w:r>
        <w:t>ما معناها؟ يعني كلما وضعت الجيم دال يأتي الف باء اذا طلعت الشمس النهار موجود</w:t>
      </w:r>
    </w:p>
    <w:p>
      <w:r>
        <w:t>ودائما انظر المنفصلة ودائما ان كل دال طاء او هذا منعت اه الخلو مانعة الخلو يعني يمكن ان يدخل واحد فقط هذا حل يعطينا فصل من النتيجة يمكن ان يدخلون معا مناعة الخلو فيعطينا فصلين اخرين القلوب ينتج برد المنفصلة الى المتصلة قد يكون اذا كان الف باء فاذا لم يكن هذا فكل جيم دات</w:t>
      </w:r>
    </w:p>
    <w:p>
      <w:r>
        <w:t>لاننا نجعل المتصل اللازم للمنفصلة كبرى للصغرى</w:t>
      </w:r>
    </w:p>
    <w:p>
      <w:r>
        <w:t>وانتج لارتداده الى القسم الاول بعكس صغره</w:t>
      </w:r>
    </w:p>
    <w:p>
      <w:r>
        <w:t>خلوها ان شاء الله في الحصة الاتية نحللها اكثر ونبدأ من الثاني</w:t>
      </w:r>
    </w:p>
    <w:p>
      <w:r>
        <w:t>ونعيد التحليل</w:t>
      </w:r>
    </w:p>
    <w:p>
      <w:r>
        <w:t>واللهم صل على محمد وال محمد</w:t>
      </w:r>
    </w:p>
    <w:p>
      <w:r>
        <w:t>لعذاب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