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 وبه تعالى نستعين</w:t>
      </w:r>
    </w:p>
    <w:p>
      <w:r>
        <w:t>والصلاة والسلام على محمد واله الطيبين الطاهرين</w:t>
      </w:r>
    </w:p>
    <w:p>
      <w:r>
        <w:t>اللهم صل على محمد وال محمد</w:t>
      </w:r>
    </w:p>
    <w:p>
      <w:r>
        <w:t>اللهم ارزقنا التوفيق والاخلاص</w:t>
      </w:r>
    </w:p>
    <w:p>
      <w:r>
        <w:t>وصلنا معكم الى هذه الفقرة الثاني ان ان تكون الشرك في المقدم والمتصلة سورة</w:t>
      </w:r>
    </w:p>
    <w:p>
      <w:r>
        <w:t>يعني العنصر الذي يشتركان فيه الصغرى والكبرى يكون في المقدم</w:t>
      </w:r>
    </w:p>
    <w:p>
      <w:r>
        <w:t>يشبه شكل الثالث في الشكل الحبلي</w:t>
      </w:r>
    </w:p>
    <w:p>
      <w:r>
        <w:t>في القياسات الحملية</w:t>
      </w:r>
    </w:p>
    <w:p>
      <w:r>
        <w:t>والمتصلة صورة</w:t>
      </w:r>
    </w:p>
    <w:p>
      <w:r>
        <w:t>نعم</w:t>
      </w:r>
    </w:p>
    <w:p>
      <w:r>
        <w:t>معناه ان الكبرى تكون منفصلة</w:t>
      </w:r>
    </w:p>
    <w:p>
      <w:r>
        <w:t>كقولنا كلما كان جيم دال الف باء</w:t>
      </w:r>
    </w:p>
    <w:p>
      <w:r>
        <w:t>يعني سين</w:t>
      </w:r>
    </w:p>
    <w:p>
      <w:r>
        <w:t>تلازم بين دخول جن دليل الى دار الوجود مع دخول الف ب</w:t>
      </w:r>
    </w:p>
    <w:p>
      <w:r>
        <w:t>ودائما كلية كلية ودائما اما كل دال طاء او هذا مناعة الخلو</w:t>
      </w:r>
    </w:p>
    <w:p>
      <w:r>
        <w:t>ما معنى مناعة الخلو? يمكن للوجود يجمع بين دال باو هاز</w:t>
      </w:r>
    </w:p>
    <w:p>
      <w:r>
        <w:t>ويمكن لا فقط يكون دال زاء او يكون هزا</w:t>
      </w:r>
    </w:p>
    <w:p>
      <w:r>
        <w:t>ماذا يعطي الخلو هذا هو? لا يخلو الوجود من طرفين</w:t>
      </w:r>
    </w:p>
    <w:p>
      <w:r>
        <w:t>يمكن ان اه يجتمعن</w:t>
      </w:r>
    </w:p>
    <w:p>
      <w:r>
        <w:t>ينتج برد منفصلة الى المتصلة</w:t>
      </w:r>
    </w:p>
    <w:p>
      <w:r>
        <w:t>ما هي النتيجة? قد صغرى</w:t>
      </w:r>
    </w:p>
    <w:p>
      <w:r>
        <w:t>قد آآ جزئية</w:t>
      </w:r>
    </w:p>
    <w:p>
      <w:r>
        <w:t>قد يكون اذا كان الف باء</w:t>
      </w:r>
    </w:p>
    <w:p>
      <w:r>
        <w:t>فاما لم يكن هذا فكل جيم طاء</w:t>
      </w:r>
    </w:p>
    <w:p>
      <w:r>
        <w:t>واضحة جدا المتصلة متصلة تقول كلما كانت جيم دال فالف باء</w:t>
      </w:r>
    </w:p>
    <w:p>
      <w:r>
        <w:t>نعم الحد هو الدال</w:t>
      </w:r>
    </w:p>
    <w:p>
      <w:r>
        <w:t>يقع في المقدم</w:t>
      </w:r>
    </w:p>
    <w:p>
      <w:r>
        <w:t>هذا هو الجزء</w:t>
      </w:r>
    </w:p>
    <w:p>
      <w:r>
        <w:t>الدال</w:t>
      </w:r>
    </w:p>
    <w:p>
      <w:r>
        <w:t>وفي الكبرى موجود دال</w:t>
      </w:r>
    </w:p>
    <w:p>
      <w:r>
        <w:t>ودائما اما كل دال</w:t>
      </w:r>
    </w:p>
    <w:p>
      <w:r>
        <w:t>طاء وهزا</w:t>
      </w:r>
    </w:p>
    <w:p>
      <w:r>
        <w:t>النتيجة ماذا تكون? تكون هكذا</w:t>
      </w:r>
    </w:p>
    <w:p>
      <w:r>
        <w:t>قد يكون يعني صغرى اما كل دال طاء نعم قد يكون اذا كان الف باء هذا الحد الاصغر في الاوسط آآ في الصغرى لأن الصغرى ما هي كلما كان جم دال فألف باء الف باء هو الحد الحد الأصغر يكون في النتيجة كيف قد يكون اذا كان الف باء ثم اه دال يختفي فقد يكون اذا كان الف باء نعم فاذا لم يكن هزا يعني بنينا على اختفاء هزا هنا نسأل الكبرى من يعطي الخلود تسمع بارتفاع احدهما نعم لا تسمح بالاثنين تسمح باحدهما</w:t>
      </w:r>
    </w:p>
    <w:p>
      <w:r>
        <w:t>لا يخلو الوجود من احدهما ولا يرتفعان</w:t>
      </w:r>
    </w:p>
    <w:p>
      <w:r>
        <w:t>اما الواحد يستطيع ان يرفع ويستطيع ان يتواجد</w:t>
      </w:r>
    </w:p>
    <w:p>
      <w:r>
        <w:t>فهو يقول هنا قد يكون اذا كان الف باء فاذا لم يكن هذا اذا من يتعين? يتعين دال طاء</w:t>
      </w:r>
    </w:p>
    <w:p>
      <w:r>
        <w:t>دال طاء يسانخ جين طا في فيدال الحد الاوسط</w:t>
      </w:r>
    </w:p>
    <w:p>
      <w:r>
        <w:t>دا لي ينحذف يجتمع طامع عجيب</w:t>
      </w:r>
    </w:p>
    <w:p>
      <w:r>
        <w:t>نعم</w:t>
      </w:r>
    </w:p>
    <w:p>
      <w:r>
        <w:t>قد يكون اذا كان الف باء فاذا لم يكن هذا فكل جيم قد يكون جزئية يعني قد يرفع هذا يعني لا يجتمع مع اه مع الف باء يمكن</w:t>
      </w:r>
    </w:p>
    <w:p>
      <w:r>
        <w:t>نعم يمكن</w:t>
      </w:r>
    </w:p>
    <w:p>
      <w:r>
        <w:t>لا يجتمع مع الدال طاء</w:t>
      </w:r>
    </w:p>
    <w:p>
      <w:r>
        <w:t>يمكن لان مناعة الخلو لا يخلو من احدهما الوجود</w:t>
      </w:r>
    </w:p>
    <w:p>
      <w:r>
        <w:t>يجتمعان يمكن</w:t>
      </w:r>
    </w:p>
    <w:p>
      <w:r>
        <w:t>يرتفع احدهما يمكن</w:t>
      </w:r>
    </w:p>
    <w:p>
      <w:r>
        <w:t>ولذا قال قد يكون اذا كان الف باء فاذا لم يكن هزا</w:t>
      </w:r>
    </w:p>
    <w:p>
      <w:r>
        <w:t>اذا خالا هزا الوجود حتما اه موجود</w:t>
      </w:r>
    </w:p>
    <w:p>
      <w:r>
        <w:t>لان الوجود لا يخلو من احدهما</w:t>
      </w:r>
    </w:p>
    <w:p>
      <w:r>
        <w:t>ثم دال حد اوسط يحذف قيمة يعانق الطاء</w:t>
      </w:r>
    </w:p>
    <w:p>
      <w:r>
        <w:t>فتقول قد يكون اذا الف باء فاذا لم يكن هذا فكل جيم طاء</w:t>
      </w:r>
    </w:p>
    <w:p>
      <w:r>
        <w:t>نعم</w:t>
      </w:r>
    </w:p>
    <w:p>
      <w:r>
        <w:t>نعم</w:t>
      </w:r>
    </w:p>
    <w:p>
      <w:r>
        <w:t>جيد</w:t>
      </w:r>
    </w:p>
    <w:p>
      <w:r>
        <w:t>اذا قلنا مثلا هكذا قد يكون اذا كان الف باء فاذا لم يكن قد يكون اذا كان الف باء فان لم يكن دال طاء لمنعة الخلو واحد يرفع يرفع ويقع في الوجود من هزا احد الاوسط ما يكون اذا رفعت الدال دال طاء دال يرتفع احد اصول غير موجود</w:t>
      </w:r>
    </w:p>
    <w:p>
      <w:r>
        <w:t>لا يكون الانتاج عقم</w:t>
      </w:r>
    </w:p>
    <w:p>
      <w:r>
        <w:t>لان نجعل المتصل اللازم للمنفصلة كبرى للصغرى</w:t>
      </w:r>
    </w:p>
    <w:p>
      <w:r>
        <w:t>نعم</w:t>
      </w:r>
    </w:p>
    <w:p>
      <w:r>
        <w:t>يعني نخرج آآ من الكبرى متصلة</w:t>
      </w:r>
    </w:p>
    <w:p>
      <w:r>
        <w:t>دائما اما كل دال طا او هزا</w:t>
      </w:r>
    </w:p>
    <w:p>
      <w:r>
        <w:t>نعم</w:t>
      </w:r>
    </w:p>
    <w:p>
      <w:r>
        <w:t>قل قد يكون اذ قد يكون اذا كان الدال هزا</w:t>
      </w:r>
    </w:p>
    <w:p>
      <w:r>
        <w:t>نعم</w:t>
      </w:r>
    </w:p>
    <w:p>
      <w:r>
        <w:t>او تقول اه قد يكون اذا كان الدالطة لا يكون هزا ان يرفع</w:t>
      </w:r>
    </w:p>
    <w:p>
      <w:r>
        <w:t>نعم</w:t>
      </w:r>
    </w:p>
    <w:p>
      <w:r>
        <w:t>اذا الاحتمال اليقيني انه مقطع جزئي قد يرفع هزا وقد ينوجد</w:t>
      </w:r>
    </w:p>
    <w:p>
      <w:r>
        <w:t>قد يرفع وقد يوجد جزئيا</w:t>
      </w:r>
    </w:p>
    <w:p>
      <w:r>
        <w:t>نعم</w:t>
      </w:r>
    </w:p>
    <w:p>
      <w:r>
        <w:t>لان نجعل المتصلة اللازمة للمنفصلة كبرى للصورة</w:t>
      </w:r>
    </w:p>
    <w:p>
      <w:r>
        <w:t>اعلي نستخرج من من الكبرى ما هي الكبرى هنا? دائما اما كل دال طاء او هذا</w:t>
      </w:r>
    </w:p>
    <w:p>
      <w:r>
        <w:t>نستخرج هنا متصلة</w:t>
      </w:r>
    </w:p>
    <w:p>
      <w:r>
        <w:t>متصلة مع متصلة تنتج متصلة</w:t>
      </w:r>
    </w:p>
    <w:p>
      <w:r>
        <w:t>وانتج المطلوب ارتدائه الى القسم الاول بعكس صورة</w:t>
      </w:r>
    </w:p>
    <w:p>
      <w:r>
        <w:t>صورة ماذا? كلما كان جيم دال فالف باء</w:t>
      </w:r>
    </w:p>
    <w:p>
      <w:r>
        <w:t>نعم</w:t>
      </w:r>
    </w:p>
    <w:p>
      <w:r>
        <w:t>فبعض الف باء نعم</w:t>
      </w:r>
    </w:p>
    <w:p>
      <w:r>
        <w:t>قد يكون اذا كان الذا فهو جمدا</w:t>
      </w:r>
    </w:p>
    <w:p>
      <w:r>
        <w:t>نعم</w:t>
      </w:r>
    </w:p>
    <w:p>
      <w:r>
        <w:t>هذا هو اليقين انه مقطعي وليس آآ شاملا</w:t>
      </w:r>
    </w:p>
    <w:p>
      <w:r>
        <w:t>اذا عكسنا الصورة الجزئية تتضح</w:t>
      </w:r>
    </w:p>
    <w:p>
      <w:r>
        <w:t>ما هي الصورة? الصغرى آآ الصورة كلما كانت جين دال اعكسها تقول قد يكون اذا كان الف باء فهو جيم دال</w:t>
      </w:r>
    </w:p>
    <w:p>
      <w:r>
        <w:t>نعم</w:t>
      </w:r>
    </w:p>
    <w:p>
      <w:r>
        <w:t>سيأتي الشكل مثل شكل الشكل الاول نعم</w:t>
      </w:r>
    </w:p>
    <w:p>
      <w:r>
        <w:t>ولكن في جزء وليس في كل اه الحد الاوسط يعني في دال فقط</w:t>
      </w:r>
    </w:p>
    <w:p>
      <w:r>
        <w:t>وانتج المطلوب يعني هذا هذه العملية انتجت المطلوبة لارتداد القياس الى القسم الاول بعكس صغرى</w:t>
      </w:r>
    </w:p>
    <w:p>
      <w:r>
        <w:t>القسم الاول الذي مر علينا</w:t>
      </w:r>
    </w:p>
    <w:p>
      <w:r>
        <w:t>ولو وردنا للمتصلة الى المنفصلة</w:t>
      </w:r>
    </w:p>
    <w:p>
      <w:r>
        <w:t>نعم كلما كان تقول آآ كلما تكون دائما دائما اما كل جمدال واما الف باء هذا هو المتصلة الى منفصلة</w:t>
      </w:r>
    </w:p>
    <w:p>
      <w:r>
        <w:t>ولو رددنا المتصلة الى المنفصلة انتج قد يكون اما ليس الف باء</w:t>
      </w:r>
    </w:p>
    <w:p>
      <w:r>
        <w:t>وكل دال طاء واما ليس الف با وهذا</w:t>
      </w:r>
    </w:p>
    <w:p>
      <w:r>
        <w:t>واما كل جيم طاء</w:t>
      </w:r>
    </w:p>
    <w:p>
      <w:r>
        <w:t>طويلة جدا</w:t>
      </w:r>
    </w:p>
    <w:p>
      <w:r>
        <w:t>واما كل جيم دال وهذا</w:t>
      </w:r>
    </w:p>
    <w:p>
      <w:r>
        <w:t>اوه هذا الانتاج</w:t>
      </w:r>
    </w:p>
    <w:p>
      <w:r>
        <w:t>نعم</w:t>
      </w:r>
    </w:p>
    <w:p>
      <w:r>
        <w:t>اما واما واما ثلاثة</w:t>
      </w:r>
    </w:p>
    <w:p>
      <w:r>
        <w:t>لان المتصلة تنعكس الى قولنا قد يكون اذا كان ال با فكل ويرجع الى القسم الاول ويلزمه المنفصل فيحصل القياس من المنفصلتين ينتج ما ذكرنا</w:t>
      </w:r>
    </w:p>
    <w:p>
      <w:r>
        <w:t>نعم يعني فقط ممارسات والا المسألة ليست صعبة تتقن الارجاع فقط</w:t>
      </w:r>
    </w:p>
    <w:p>
      <w:r>
        <w:t>الى المنفصلة ومنفصلة الى المنفصلة</w:t>
      </w:r>
    </w:p>
    <w:p>
      <w:r>
        <w:t>الثالث ان تكون الشركة مع التالي والمتصلة كبرى</w:t>
      </w:r>
    </w:p>
    <w:p>
      <w:r>
        <w:t>يعني هذا المشترك ما يسمى بالحد الاوسط تسامحا يقع في التالي</w:t>
      </w:r>
    </w:p>
    <w:p>
      <w:r>
        <w:t>نعم كلمة تلي المنفصلة ما عندنا تاريخ التاليف المتصلة ما عدا تاليف المنفصلة</w:t>
      </w:r>
    </w:p>
    <w:p>
      <w:r>
        <w:t>كقولنا دائما كليا اما ان يكون هزا او كله جيم دال</w:t>
      </w:r>
    </w:p>
    <w:p>
      <w:r>
        <w:t>هذه الصورة</w:t>
      </w:r>
    </w:p>
    <w:p>
      <w:r>
        <w:t>كبرى ما هي? وكل ما كان الف باء فكل دال طاء</w:t>
      </w:r>
    </w:p>
    <w:p>
      <w:r>
        <w:t>انظر دال دال موجود في تالي المنفصلة كلما كان الذا فكل دال طاء دال في التالي ما تقول في المنفصلة تاني ومقدم ما عندنا هذا في متصلة لنا وضع ينتج متصلة برد المنفصلة الى المتصلة</w:t>
      </w:r>
    </w:p>
    <w:p>
      <w:r>
        <w:t>كما تقدم في القسم الاول</w:t>
      </w:r>
    </w:p>
    <w:p>
      <w:r>
        <w:t>نعم</w:t>
      </w:r>
    </w:p>
    <w:p>
      <w:r>
        <w:t>آآ برد المنفصلة الى المتصلة</w:t>
      </w:r>
    </w:p>
    <w:p>
      <w:r>
        <w:t>المنفصلة ما هي? آآ متصلة كبرى والمنفصلة صغرى دائما اما ان يكون هذا او كل جيم دال نعم تقول دائما اذا كان نعم دائما اذا كان هذا فجم دال</w:t>
      </w:r>
    </w:p>
    <w:p>
      <w:r>
        <w:t>او تقول ليس جمدال حسب حسب اه القضية المنفصلة حقيقية مانعة الخلو</w:t>
      </w:r>
    </w:p>
    <w:p>
      <w:r>
        <w:t>مانعة الجمع</w:t>
      </w:r>
    </w:p>
    <w:p>
      <w:r>
        <w:t>ها? ينتج متصلة برد المنفصلة الى المتصلة</w:t>
      </w:r>
    </w:p>
    <w:p>
      <w:r>
        <w:t>كما تقدم في القسم الاول لانا نجعل المنفصلة كبرى ليرجع اليه</w:t>
      </w:r>
    </w:p>
    <w:p>
      <w:r>
        <w:t>يرجع للقياس الى المتصلة وينتج منفصلا</w:t>
      </w:r>
    </w:p>
    <w:p>
      <w:r>
        <w:t>نعم</w:t>
      </w:r>
    </w:p>
    <w:p>
      <w:r>
        <w:t>اي نعم بينتج متصلة برد المنفصلة الى المتصلة</w:t>
      </w:r>
    </w:p>
    <w:p>
      <w:r>
        <w:t>كما تقدم في القسم الاول لان نجعل المنفصلة كبرى ليرجع اليه</w:t>
      </w:r>
    </w:p>
    <w:p>
      <w:r>
        <w:t>وينتج وينتج منفصلا</w:t>
      </w:r>
    </w:p>
    <w:p>
      <w:r>
        <w:t>كما مر في القسم الاول ايضا لانه ينقلب بقلب المقدمتين يرجع اليه</w:t>
      </w:r>
    </w:p>
    <w:p>
      <w:r>
        <w:t>نعم</w:t>
      </w:r>
    </w:p>
    <w:p>
      <w:r>
        <w:t>بشرط ان ترجع المتصلة الى المنفصلة</w:t>
      </w:r>
    </w:p>
    <w:p>
      <w:r>
        <w:t>ثم يأتي القلب</w:t>
      </w:r>
    </w:p>
    <w:p>
      <w:r>
        <w:t>اه لا ينتج متصل الا بالقلب</w:t>
      </w:r>
    </w:p>
    <w:p>
      <w:r>
        <w:t>لان في في العبارة بدون كلمة قلب تصير متناقضة</w:t>
      </w:r>
    </w:p>
    <w:p>
      <w:r>
        <w:t>انظر الثالث ان تكون الشرك مع التالي والمتصلة كبرى</w:t>
      </w:r>
    </w:p>
    <w:p>
      <w:r>
        <w:t>اذا الحد الاوسط يكون في المت في التالي هذه واضحة</w:t>
      </w:r>
    </w:p>
    <w:p>
      <w:r>
        <w:t>والمتصلة كبرى يعني الكبرى ليست منفصلة</w:t>
      </w:r>
    </w:p>
    <w:p>
      <w:r>
        <w:t>عندنا المنفصلة هي الصغرى</w:t>
      </w:r>
    </w:p>
    <w:p>
      <w:r>
        <w:t>كقولنا دائما اما ان يكون اه هازا او كل جمدال</w:t>
      </w:r>
    </w:p>
    <w:p>
      <w:r>
        <w:t>سورة منفصلة</w:t>
      </w:r>
    </w:p>
    <w:p>
      <w:r>
        <w:t>كلما كان اليسا كل دالبا</w:t>
      </w:r>
    </w:p>
    <w:p>
      <w:r>
        <w:t>هذه متصلة متصلة كبرى</w:t>
      </w:r>
    </w:p>
    <w:p>
      <w:r>
        <w:t>ينتج ينتج متصلة</w:t>
      </w:r>
    </w:p>
    <w:p>
      <w:r>
        <w:t>برد المنفصلة الى المتصل</w:t>
      </w:r>
    </w:p>
    <w:p>
      <w:r>
        <w:t>بشرط ان ترجع ترجع المنفصلة المتصلة</w:t>
      </w:r>
    </w:p>
    <w:p>
      <w:r>
        <w:t>ما هي المنفصلة? دائما اما ان يكون هزا او كله جيم دال</w:t>
      </w:r>
    </w:p>
    <w:p>
      <w:r>
        <w:t>نعم</w:t>
      </w:r>
    </w:p>
    <w:p>
      <w:r>
        <w:t>القدر المتيقن تقول هكذا</w:t>
      </w:r>
    </w:p>
    <w:p>
      <w:r>
        <w:t>اه اذا دائما اذا كان هزين فليس جمدان</w:t>
      </w:r>
    </w:p>
    <w:p>
      <w:r>
        <w:t>نعم</w:t>
      </w:r>
    </w:p>
    <w:p>
      <w:r>
        <w:t>نعم هكذا تقول الا لا معنى للانتاج</w:t>
      </w:r>
    </w:p>
    <w:p>
      <w:r>
        <w:t>كما تقدم في القسم الاول لانا نجعل المنفصلة كبرى</w:t>
      </w:r>
    </w:p>
    <w:p>
      <w:r>
        <w:t>نعم</w:t>
      </w:r>
    </w:p>
    <w:p>
      <w:r>
        <w:t>يرجع اليه وينتج منفصلا</w:t>
      </w:r>
    </w:p>
    <w:p>
      <w:r>
        <w:t>مما يجعل المنفصل كبرى</w:t>
      </w:r>
    </w:p>
    <w:p>
      <w:r>
        <w:t>نعم وينتج منفصلا لكن هذه الكبرى يجب ان ترجعها متصلة بالالية التي بيناها</w:t>
      </w:r>
    </w:p>
    <w:p>
      <w:r>
        <w:t>يعني بعملية القلب</w:t>
      </w:r>
    </w:p>
    <w:p>
      <w:r>
        <w:t>المنفصلة هي دائما اما ان يكون آآ نجعل المنفصلة هذه دائما اما ان يكون هذا او كل جمدان ترجعها آآ كبرى وكلما كان الذ كله جمدة ترجعها صورة</w:t>
      </w:r>
    </w:p>
    <w:p>
      <w:r>
        <w:t>ليش? حتى يرجع الى الشكل الاول</w:t>
      </w:r>
    </w:p>
    <w:p>
      <w:r>
        <w:t>نعم</w:t>
      </w:r>
    </w:p>
    <w:p>
      <w:r>
        <w:t>دال اه يكون محمول في في الاصغر موضوع في الاكبر</w:t>
      </w:r>
    </w:p>
    <w:p>
      <w:r>
        <w:t>الشكل الاول البديهي</w:t>
      </w:r>
    </w:p>
    <w:p>
      <w:r>
        <w:t>ثم تغير تغير المتصلة الى المنفصلة</w:t>
      </w:r>
    </w:p>
    <w:p>
      <w:r>
        <w:t>نعم</w:t>
      </w:r>
    </w:p>
    <w:p>
      <w:r>
        <w:t>الرابع ان يكون المشترك جزءا من المقدم والمتصلة كبرى</w:t>
      </w:r>
    </w:p>
    <w:p>
      <w:r>
        <w:t>نعم</w:t>
      </w:r>
    </w:p>
    <w:p>
      <w:r>
        <w:t>في الماضي كان جزء في الانجز في المقدم يسبق كقولنا دائما اما ان يكون هزا او كل جنبا نعم وكلما كان الدال طاف الف باء ان يكون المشترك جزءا من الم والمتصلة كبرى</w:t>
      </w:r>
    </w:p>
    <w:p>
      <w:r>
        <w:t>المتصلة كقولنا دائما اما ان يكون هذا او كل جند</w:t>
      </w:r>
    </w:p>
    <w:p>
      <w:r>
        <w:t>هذه منفصلة</w:t>
      </w:r>
    </w:p>
    <w:p>
      <w:r>
        <w:t>والكبرى متصل كلما كان الدال طافها الف باء</w:t>
      </w:r>
    </w:p>
    <w:p>
      <w:r>
        <w:t>ينتج ينتج المتصلة بقلب المنفصلة الى المتصلة</w:t>
      </w:r>
    </w:p>
    <w:p>
      <w:r>
        <w:t>نعم</w:t>
      </w:r>
    </w:p>
    <w:p>
      <w:r>
        <w:t>دائما اما ان يكون هزا او كل جمدان نعم</w:t>
      </w:r>
    </w:p>
    <w:p>
      <w:r>
        <w:t>دائما هو يقرب المقدمتين كيف نرجع المنفصلة متصلة? هاي المنفصلة دائما اما ان يكون هذا او كل جمدان</w:t>
      </w:r>
    </w:p>
    <w:p>
      <w:r>
        <w:t>تقول هكذا اذا كان هذا فليس جمدال</w:t>
      </w:r>
    </w:p>
    <w:p>
      <w:r>
        <w:t>لان في مانعة في الحقيقة واضحة لا يجتمع في مانعة الجمع واضحة</w:t>
      </w:r>
    </w:p>
    <w:p>
      <w:r>
        <w:t>آآ لا يجتمعان تبقى مناعة الخلو في احتمال انه لا يجتمعان الخول لا تقول بضرورة الاجتماع</w:t>
      </w:r>
    </w:p>
    <w:p>
      <w:r>
        <w:t>تقول يمكن</w:t>
      </w:r>
    </w:p>
    <w:p>
      <w:r>
        <w:t>فتكون حتما جزئية</w:t>
      </w:r>
    </w:p>
    <w:p>
      <w:r>
        <w:t>نعم</w:t>
      </w:r>
    </w:p>
    <w:p>
      <w:r>
        <w:t>تكون جزئيا</w:t>
      </w:r>
    </w:p>
    <w:p>
      <w:r>
        <w:t>في الحد الاوسط دال</w:t>
      </w:r>
    </w:p>
    <w:p>
      <w:r>
        <w:t>احذفه النتيجة</w:t>
      </w:r>
    </w:p>
    <w:p>
      <w:r>
        <w:t>نعم</w:t>
      </w:r>
    </w:p>
    <w:p>
      <w:r>
        <w:t>واضحة جدا</w:t>
      </w:r>
    </w:p>
    <w:p>
      <w:r>
        <w:t>الرابع ان يكون المشترك جزء من مقدم والمتصلة كبرى كقولنا دائما اما ان يكون هذا او كل جمدان</w:t>
      </w:r>
    </w:p>
    <w:p>
      <w:r>
        <w:t>وكلما كان دال طاف الف باء</w:t>
      </w:r>
    </w:p>
    <w:p>
      <w:r>
        <w:t>نعم</w:t>
      </w:r>
    </w:p>
    <w:p>
      <w:r>
        <w:t>ينتج ينتج المتصلة بقلب المنفصلة الى المتصلة والمنفصلة بقلب المتصلة الى المنفصلة</w:t>
      </w:r>
    </w:p>
    <w:p>
      <w:r>
        <w:t>نعم</w:t>
      </w:r>
    </w:p>
    <w:p>
      <w:r>
        <w:t>حسب ما تريد تريد متصلة يجب ان تقلب المنفصلة المتصلة</w:t>
      </w:r>
    </w:p>
    <w:p>
      <w:r>
        <w:t>تريد نتيجة منفصلة يجب ان تقرأ بالمتصلة الى المنفصلة</w:t>
      </w:r>
    </w:p>
    <w:p>
      <w:r>
        <w:t>كما مرة في القسم الثاني لانه بقلب المقدمة يرجع اليه</w:t>
      </w:r>
    </w:p>
    <w:p>
      <w:r>
        <w:t>يعني يرجع الى القسم الثاني</w:t>
      </w:r>
    </w:p>
    <w:p>
      <w:r>
        <w:t>القسم الثالث من القياسات المؤلفة من المتصلات والمنفصلات</w:t>
      </w:r>
    </w:p>
    <w:p>
      <w:r>
        <w:t>نعم</w:t>
      </w:r>
    </w:p>
    <w:p>
      <w:r>
        <w:t>هذا اخر اخر الخلط بين المتصلات والمنفصلات قال والمشترك في تام وغير تام</w:t>
      </w:r>
    </w:p>
    <w:p>
      <w:r>
        <w:t>يعني هذا المشترك ما يسمى بالحد الاوسط تسامحا</w:t>
      </w:r>
    </w:p>
    <w:p>
      <w:r>
        <w:t>في مقدمة قضية في مقدمة ليس قضية جزء يا اما وضوء او محمول</w:t>
      </w:r>
    </w:p>
    <w:p>
      <w:r>
        <w:t>تام وغير والمشترك في تام وغير تام يكون ذات غير التام</w:t>
      </w:r>
    </w:p>
    <w:p>
      <w:r>
        <w:t>فهي مركبة من جزئين</w:t>
      </w:r>
    </w:p>
    <w:p>
      <w:r>
        <w:t>احدهما غير مشاركة لاحد جزئيات ذات اليتام</w:t>
      </w:r>
    </w:p>
    <w:p>
      <w:r>
        <w:t>والاخر مشارك وهي شرطية</w:t>
      </w:r>
    </w:p>
    <w:p>
      <w:r>
        <w:t>كانت من جنس التي هي جزء منها يعني اذا كانت الصورة متصلة والكبرى متصلة كان التعريف كالقسم الذي نحن فيه</w:t>
      </w:r>
    </w:p>
    <w:p>
      <w:r>
        <w:t>وان كانت من جنس ذات التام كان التأليف كاحد القسمين المقدمين</w:t>
      </w:r>
    </w:p>
    <w:p>
      <w:r>
        <w:t>والاصناف والشروط والنتائج على قياس ما مر</w:t>
      </w:r>
    </w:p>
    <w:p>
      <w:r>
        <w:t>هذه كذلك سهلة</w:t>
      </w:r>
    </w:p>
    <w:p>
      <w:r>
        <w:t>لماذا? لان المشترك في قضية يعني في صغرى او كبرى لا فرق تام قضية في مقدمة اخرى تجوز</w:t>
      </w:r>
    </w:p>
    <w:p>
      <w:r>
        <w:t>اقول هذا هو القسم الثالث من اقسام المؤلفة من المنفصلة والمنفصلة وهو ان تكون الشرك في جزء تام من احدى المقدمات فاحدى المقدمتين تملك الحد الاوسط بتمامه كقضية</w:t>
      </w:r>
    </w:p>
    <w:p>
      <w:r>
        <w:t>نعم</w:t>
      </w:r>
    </w:p>
    <w:p>
      <w:r>
        <w:t>ان تكون الشرك في جزء تام من احدى المقدمتين وغير تام من الاخرى</w:t>
      </w:r>
    </w:p>
    <w:p>
      <w:r>
        <w:t>يعني موظوع او محمول</w:t>
      </w:r>
    </w:p>
    <w:p>
      <w:r>
        <w:t>نعم</w:t>
      </w:r>
    </w:p>
    <w:p>
      <w:r>
        <w:t>اما يعني قضية موضوع وهو انما يتحقق بان تكون احدى الشرطيات ابسط من الاخرى</w:t>
      </w:r>
    </w:p>
    <w:p>
      <w:r>
        <w:t>نعم</w:t>
      </w:r>
    </w:p>
    <w:p>
      <w:r>
        <w:t>ابسط من الاخرى يعني احد لا تكون مركبة</w:t>
      </w:r>
    </w:p>
    <w:p>
      <w:r>
        <w:t>مركبة من منفصلات او متصلات</w:t>
      </w:r>
    </w:p>
    <w:p>
      <w:r>
        <w:t>وتكون المركبة ذات جزئين</w:t>
      </w:r>
    </w:p>
    <w:p>
      <w:r>
        <w:t>احدهما الشرطي تقع به المشبكة</w:t>
      </w:r>
    </w:p>
    <w:p>
      <w:r>
        <w:t>تقع به المشاركة بينه وبين البسيطة</w:t>
      </w:r>
    </w:p>
    <w:p>
      <w:r>
        <w:t>والاخر لا ت مشاركة نعم معقدة المسألة</w:t>
      </w:r>
    </w:p>
    <w:p>
      <w:r>
        <w:t>ولما كانت الشرطية على قسمين متصلة ومنفصلة كانت شرطية هنا اعني جزء المركب</w:t>
      </w:r>
    </w:p>
    <w:p>
      <w:r>
        <w:t>منقسمة اليهما</w:t>
      </w:r>
    </w:p>
    <w:p>
      <w:r>
        <w:t>فان كانت متصلة فالمركب منها ومن الجزء مبائن ان كانت متصلة كان حكمها حكم القسم الذي نحن فيه اعني المركبة متصلة ومنفصلة</w:t>
      </w:r>
    </w:p>
    <w:p>
      <w:r>
        <w:t>وكذا ان كانت منفصلة والمركبة ايضا منفصلة واليه اشار بقوله فان كانت من جنس التي هي جزء منهما هذا التأليف كالقسم الذي نحن فيه يعني متصلة ومنفصلة</w:t>
      </w:r>
    </w:p>
    <w:p>
      <w:r>
        <w:t>وان اختلف الجزء عن الشرطية التي وقعت المشاركة بها والمركب عن الشرطية التي هذه الشرطية جزء منها</w:t>
      </w:r>
    </w:p>
    <w:p>
      <w:r>
        <w:t>بان يكون الجزء متصلا والمركب منفصلة</w:t>
      </w:r>
    </w:p>
    <w:p>
      <w:r>
        <w:t>او بالعكس كانت موافقة لذات التام</w:t>
      </w:r>
    </w:p>
    <w:p>
      <w:r>
        <w:t>اعلن مقدم مقدمة الاخرى البسيطة في الجنس</w:t>
      </w:r>
    </w:p>
    <w:p>
      <w:r>
        <w:t>ويكون التأليف كاحد القسم الاولي</w:t>
      </w:r>
    </w:p>
    <w:p>
      <w:r>
        <w:t>لان الاوسط ان كان تاما من المتصلة فهو كقولنا</w:t>
      </w:r>
    </w:p>
    <w:p>
      <w:r>
        <w:t>كلما كان الف متصلا</w:t>
      </w:r>
    </w:p>
    <w:p>
      <w:r>
        <w:t>يعني اذا وضع الف في الوجود يوضع معه جمدان</w:t>
      </w:r>
    </w:p>
    <w:p>
      <w:r>
        <w:t>ودائما كليا</w:t>
      </w:r>
    </w:p>
    <w:p>
      <w:r>
        <w:t>اما كلما كان جمدال فهذا</w:t>
      </w:r>
    </w:p>
    <w:p>
      <w:r>
        <w:t>يعني دائما اذا فهزا</w:t>
      </w:r>
    </w:p>
    <w:p>
      <w:r>
        <w:t>او جيم طاء</w:t>
      </w:r>
    </w:p>
    <w:p>
      <w:r>
        <w:t>مانعة الخلو</w:t>
      </w:r>
    </w:p>
    <w:p>
      <w:r>
        <w:t>معقدة جدا</w:t>
      </w:r>
    </w:p>
    <w:p>
      <w:r>
        <w:t>كلما كان الف باء جم ودائما اما كلما كان جمدال فهذا او جمطال</w:t>
      </w:r>
    </w:p>
    <w:p>
      <w:r>
        <w:t>من يعطي الخلق? ينتج دائما اما كلما كان الف باء فهزا اوجم طاء</w:t>
      </w:r>
    </w:p>
    <w:p>
      <w:r>
        <w:t>يعني الحد الاوسط يختفي</w:t>
      </w:r>
    </w:p>
    <w:p>
      <w:r>
        <w:t>الدال</w:t>
      </w:r>
    </w:p>
    <w:p>
      <w:r>
        <w:t>لامتناع خلو الواقع عن التأليف والجزء الاخر فيمتنع الخلو عن لازم المقدمتين والجزء الاخر</w:t>
      </w:r>
    </w:p>
    <w:p>
      <w:r>
        <w:t>نعم</w:t>
      </w:r>
    </w:p>
    <w:p>
      <w:r>
        <w:t>يجب ان يكون واحد في الوجود</w:t>
      </w:r>
    </w:p>
    <w:p>
      <w:r>
        <w:t>اذا اذا ركزت على المقدمتين تقول كلما كان الذ فجمد متصلة ودائما اما كلما كان الجمدال فهذا او جيم طاء هذه منفصلة</w:t>
      </w:r>
    </w:p>
    <w:p>
      <w:r>
        <w:t>نعم مانعة الخلو</w:t>
      </w:r>
    </w:p>
    <w:p>
      <w:r>
        <w:t>مانعة الخلو مانع ما معناه? يعني جيم دال ينسجم مع آآ تمدال امداد نعم كلما كان الف هذه متصلة يعني ينسجم مع الف باء لان ملزوم ودائما اما كلما كان جمدا فهذا</w:t>
      </w:r>
    </w:p>
    <w:p>
      <w:r>
        <w:t>هذه كذلك متصلة</w:t>
      </w:r>
    </w:p>
    <w:p>
      <w:r>
        <w:t>او هذه منفصلة</w:t>
      </w:r>
    </w:p>
    <w:p>
      <w:r>
        <w:t>منعت القلوب</w:t>
      </w:r>
    </w:p>
    <w:p>
      <w:r>
        <w:t>يعني مناعة القلوب مركبة من متصلة ومنفصلة</w:t>
      </w:r>
    </w:p>
    <w:p>
      <w:r>
        <w:t>ينتج دائما اما كلما كان الب فهذا او جيم دال يختفي</w:t>
      </w:r>
    </w:p>
    <w:p>
      <w:r>
        <w:t>واضحة جدا هذي</w:t>
      </w:r>
    </w:p>
    <w:p>
      <w:r>
        <w:t>لامتناع خلو الواقع عن مقدميته للتأليف</w:t>
      </w:r>
    </w:p>
    <w:p>
      <w:r>
        <w:t>والجزء الاخر فيمتنع الخلو عن لازم المقدمتين والجزء الاخر</w:t>
      </w:r>
    </w:p>
    <w:p>
      <w:r>
        <w:t>انظر جيم طاء اتى به</w:t>
      </w:r>
    </w:p>
    <w:p>
      <w:r>
        <w:t>تقول كلما المتصلة</w:t>
      </w:r>
    </w:p>
    <w:p>
      <w:r>
        <w:t>مقدما اخرى ودائما اما كلما كان جندال فهزا او جنطال</w:t>
      </w:r>
    </w:p>
    <w:p>
      <w:r>
        <w:t>جيمطا هذا لا يختفي</w:t>
      </w:r>
    </w:p>
    <w:p>
      <w:r>
        <w:t>نعم</w:t>
      </w:r>
    </w:p>
    <w:p>
      <w:r>
        <w:t>نعم</w:t>
      </w:r>
    </w:p>
    <w:p>
      <w:r>
        <w:t>دائما اما كلما كان فهزا</w:t>
      </w:r>
    </w:p>
    <w:p>
      <w:r>
        <w:t>نجم جيم جيم دال حد اوسط يختفي بين عصر المتصلة والمتصلة التي هي جزء</w:t>
      </w:r>
    </w:p>
    <w:p>
      <w:r>
        <w:t>كلما كان باء فجمدال هذه متصلة</w:t>
      </w:r>
    </w:p>
    <w:p>
      <w:r>
        <w:t>جمدال هنا حدها وسط بالنسبة الى المتصلة في الكبرى</w:t>
      </w:r>
    </w:p>
    <w:p>
      <w:r>
        <w:t>ودائما اما كلما كان جمدال فهزا جمدال يختفي</w:t>
      </w:r>
    </w:p>
    <w:p>
      <w:r>
        <w:t>تكون النتيجة هكذا اما كلما كان الفازا</w:t>
      </w:r>
    </w:p>
    <w:p>
      <w:r>
        <w:t>جيم دال يختفي ويجر معها زالما لالف</w:t>
      </w:r>
    </w:p>
    <w:p>
      <w:r>
        <w:t>فتقول دائما اما كلما كان الف باء هزا</w:t>
      </w:r>
    </w:p>
    <w:p>
      <w:r>
        <w:t>او جم طاء جيم طازة بوحدو ما عندو</w:t>
      </w:r>
    </w:p>
    <w:p>
      <w:r>
        <w:t>ما عندو حد اوسط به الاطراف الاخرى مانعة القلوب</w:t>
      </w:r>
    </w:p>
    <w:p>
      <w:r>
        <w:t>ينتج دائما اما كلما كان اللباس فهذا اوجبت لامتناع خلو الواقع عن مقدمة التأليف والجزء الاخر فيمتنع الخلو عن لازم المقدمة لمنعة الخلو مناعة الخلو يمكن ان جيم طالة يمكن ان تحذفها يجب ان تكون في النتيجة لان مانعة الخلو يمكن ان تنسجم مع الطرف الاخر اذا النتيجة يجب ان يكون تقول هكذا دائما كلما كان الف باء فهذا من اين هذا الربط? الربط ببركة الحد الاوسط جمدا شوف جمدا كلما كان الباء فجمدا ودائما اما كان كلما كان جمدا فهذا جمدان احذف حتما يلتقي الف باء مع هذا</w:t>
      </w:r>
    </w:p>
    <w:p>
      <w:r>
        <w:t>لكن لا يلتقي مع جيمطا</w:t>
      </w:r>
    </w:p>
    <w:p>
      <w:r>
        <w:t>ابدا جيم دالين يلتقي مع جيمطا</w:t>
      </w:r>
    </w:p>
    <w:p>
      <w:r>
        <w:t>ما في حد اوسط</w:t>
      </w:r>
    </w:p>
    <w:p>
      <w:r>
        <w:t>فالنتيجة تكون دائما اما كلما كان الف فهذا او جنطا</w:t>
      </w:r>
    </w:p>
    <w:p>
      <w:r>
        <w:t>لمتنع يقولوا الواقع هذا تعليل عن مقدمات التأليف لانها منعت الخلق</w:t>
      </w:r>
    </w:p>
    <w:p>
      <w:r>
        <w:t>ويلجز الاخر فيمتنع الخلوع عن اللازم لمقدمته والجزء الاخر</w:t>
      </w:r>
    </w:p>
    <w:p>
      <w:r>
        <w:t>نعم</w:t>
      </w:r>
    </w:p>
    <w:p>
      <w:r>
        <w:t>وان كان تاما في المنفصلة فهو كقولنا دائما اما الباء او جمدا يعني يضر الامر بين الف باء واجب العناد</w:t>
      </w:r>
    </w:p>
    <w:p>
      <w:r>
        <w:t>وكلما كان اما جمدال او هزا فجنطا</w:t>
      </w:r>
    </w:p>
    <w:p>
      <w:r>
        <w:t>ينتج اما ان يكون قد يكون اذا كان الف باء</w:t>
      </w:r>
    </w:p>
    <w:p>
      <w:r>
        <w:t>فهذا لماذا? لان جمدان هو الحد الاوسط</w:t>
      </w:r>
    </w:p>
    <w:p>
      <w:r>
        <w:t>دائما اما الف باء او جيم دال وكلما كان جمدال او هزا فجيمطا</w:t>
      </w:r>
    </w:p>
    <w:p>
      <w:r>
        <w:t>ينتج اما ان يكون قد يكون هنا اذا كان الف باء فهو هذا او جنطان</w:t>
      </w:r>
    </w:p>
    <w:p>
      <w:r>
        <w:t>نعم الحد الاوسط يختفي الحد الاوسط ما هو? دال عام جيم دال في القضية الاولى وآآ ما عندها علاقة باي احد تبقى في التالي</w:t>
      </w:r>
    </w:p>
    <w:p>
      <w:r>
        <w:t>يعني في النتيجة</w:t>
      </w:r>
    </w:p>
    <w:p>
      <w:r>
        <w:t>تبقى في النتيجة</w:t>
      </w:r>
    </w:p>
    <w:p>
      <w:r>
        <w:t>دقق جيد</w:t>
      </w:r>
    </w:p>
    <w:p>
      <w:r>
        <w:t>دائما اما الف او جم دال</w:t>
      </w:r>
    </w:p>
    <w:p>
      <w:r>
        <w:t>وكلما كان اما جمدال او هذا فجنطال</w:t>
      </w:r>
    </w:p>
    <w:p>
      <w:r>
        <w:t>هنا هذه المقدمة الكبرى تتناغم مع مع اي حد من من الصغرى الصورة ما هي دائما اما الف او جم دا جمدة جمدة نحذفه النتيجة تكون اما ان يكون قد يكون صغرى واضحة جدا ببركة العكس قد يكون اذا كان الف لنجم دل يرفع</w:t>
      </w:r>
    </w:p>
    <w:p>
      <w:r>
        <w:t>نعم</w:t>
      </w:r>
    </w:p>
    <w:p>
      <w:r>
        <w:t>فهزا نعم</w:t>
      </w:r>
    </w:p>
    <w:p>
      <w:r>
        <w:t>او هذا ما عنده حد اوسط يبقى مستقرا لا يتزعزع</w:t>
      </w:r>
    </w:p>
    <w:p>
      <w:r>
        <w:t>اذا عرفت هذا ظهر ان القسم ارجعوا الى احد القسمين مقدمته مقدمين اما الاول اما الاول فالى ما يتركب من المتصلة واما الثاني فالى ما يتمكن من المنفصلتين</w:t>
      </w:r>
    </w:p>
    <w:p>
      <w:r>
        <w:t>واذا كان مرجع هذا القسم الى احد القسمين المتقدمين كانت الشرائط فيهم فيه وفيهما واحد</w:t>
      </w:r>
    </w:p>
    <w:p>
      <w:r>
        <w:t>مثال ما يكون الجزء مساوي للمركب قولنا</w:t>
      </w:r>
    </w:p>
    <w:p>
      <w:r>
        <w:t>دائما اما الف باء او جمب</w:t>
      </w:r>
    </w:p>
    <w:p>
      <w:r>
        <w:t>يعني الدخول اما الف باء او جيم دال</w:t>
      </w:r>
    </w:p>
    <w:p>
      <w:r>
        <w:t>اذا دخل الف باء جيم دا اذا كنا في الحقيقة يرفع قطعا اذا كنا في من يأتي الجمعة يرفع قطعا اذا كنا في مناعة الخلو يرفع احتمال وكلما كان كلما كان كلما كان جمدال فهذا فجيم طاء</w:t>
      </w:r>
    </w:p>
    <w:p>
      <w:r>
        <w:t>نعم هنا الحد الاوسط جيم دال ينتج قد يكون اذا كان جيم طا فاما اب الالف باء او هذا نعم</w:t>
      </w:r>
    </w:p>
    <w:p>
      <w:r>
        <w:t>يعني جيم جيم دال يحذف لان جيم دال حد اوسط</w:t>
      </w:r>
    </w:p>
    <w:p>
      <w:r>
        <w:t>نعم مثال مثال مثال ما يكون الجزء مساوي للمركب قولنا دائما اما الف باء وجيم دال هذه الصورة كلما كان كلما كانت جيم دال فهذا فجيم طاء جيد جيم دال اليخت بالف باء قد يكون اذا كان جيمطا فاما الف باء او هذا هو</w:t>
      </w:r>
    </w:p>
    <w:p>
      <w:r>
        <w:t>القياسات المؤلفة من الحميات والشرطيات يعني هنا شرطية وحملية</w:t>
      </w:r>
    </w:p>
    <w:p>
      <w:r>
        <w:t>سهلة جدا هذه ياتي ان شاء الله بيان اللهم صلي على محمد وآل محمد</w:t>
      </w:r>
    </w:p>
    <w:p>
      <w:r>
        <w:t>اللهم صلي على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