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هذا العنوان القياسات الف من الحميات والشرطيات</w:t>
      </w:r>
    </w:p>
    <w:p>
      <w:r>
        <w:t>الشرطيات يعني اما متصلة او منفصلة</w:t>
      </w:r>
    </w:p>
    <w:p>
      <w:r>
        <w:t>الحملية من بهذه الصياغة الف باء</w:t>
      </w:r>
    </w:p>
    <w:p>
      <w:r>
        <w:t>انتهى الامر</w:t>
      </w:r>
    </w:p>
    <w:p>
      <w:r>
        <w:t>قال واما المؤلفة من الحمليات والشرطيات</w:t>
      </w:r>
    </w:p>
    <w:p>
      <w:r>
        <w:t>فتكون مقدمة شرطية متصلة او منف والمقدمة الثانية تكون حملية</w:t>
      </w:r>
    </w:p>
    <w:p>
      <w:r>
        <w:t>وتكون لا محالة من تام وغير تام فنوعا</w:t>
      </w:r>
    </w:p>
    <w:p>
      <w:r>
        <w:t>يعني قد يكون الحد الاوسط تام او غير تام</w:t>
      </w:r>
    </w:p>
    <w:p>
      <w:r>
        <w:t>يعني يجوز</w:t>
      </w:r>
    </w:p>
    <w:p>
      <w:r>
        <w:t>فنوع الاحد ما من حملية ومتصلة وهي اربعة اصناف</w:t>
      </w:r>
    </w:p>
    <w:p>
      <w:r>
        <w:t>يبين هذه الأصناف حتى يدخل في المتصلة</w:t>
      </w:r>
    </w:p>
    <w:p>
      <w:r>
        <w:t>لأن المتصلة تكون اما صغرى او كبرى</w:t>
      </w:r>
    </w:p>
    <w:p>
      <w:r>
        <w:t>سورة او كبرى</w:t>
      </w:r>
    </w:p>
    <w:p>
      <w:r>
        <w:t>والاشتراك اما في تليهة او في مقدمها</w:t>
      </w:r>
    </w:p>
    <w:p>
      <w:r>
        <w:t>نعم</w:t>
      </w:r>
    </w:p>
    <w:p>
      <w:r>
        <w:t>اثنين في في اثنين اربع والنتائج تكون متصلات تكون متصلات نعم</w:t>
      </w:r>
    </w:p>
    <w:p>
      <w:r>
        <w:t>احد جزئيها الجزء الخالي من الاشتراك بعيني</w:t>
      </w:r>
    </w:p>
    <w:p>
      <w:r>
        <w:t>خالي من الاشتراك يعني الحد الاوسط لا يكون في دائرته</w:t>
      </w:r>
    </w:p>
    <w:p>
      <w:r>
        <w:t>والثاني نتيجة الاخر من الحملية</w:t>
      </w:r>
    </w:p>
    <w:p>
      <w:r>
        <w:t>نعم</w:t>
      </w:r>
    </w:p>
    <w:p>
      <w:r>
        <w:t>تحتاج الى تطبيقات لا ادري لان من حل يأتي بتطبيقات ام لا لم يأتي بتطبيقات مع الاسف</w:t>
      </w:r>
    </w:p>
    <w:p>
      <w:r>
        <w:t>الشديد</w:t>
      </w:r>
    </w:p>
    <w:p>
      <w:r>
        <w:t>اقول القياس المؤلف من الحميات والشرطيات يكون الحد الاوسط جزءا تاما من الحملية</w:t>
      </w:r>
    </w:p>
    <w:p>
      <w:r>
        <w:t>نعم لا معنى ان يكون في الحملية آآ جزءا</w:t>
      </w:r>
    </w:p>
    <w:p>
      <w:r>
        <w:t>وغير تام من الشرطية بالظرورة</w:t>
      </w:r>
    </w:p>
    <w:p>
      <w:r>
        <w:t>نعم</w:t>
      </w:r>
    </w:p>
    <w:p>
      <w:r>
        <w:t>غير تام للشرطية بظرورة لماذا لا يكون الحد الاوسط في الحمل ينقضية وفي الشرطية حملية</w:t>
      </w:r>
    </w:p>
    <w:p>
      <w:r>
        <w:t>وقضية يكون الحجر الاوسط في في الحملية قضية وفي الشرطية قضية لا لا يمكن</w:t>
      </w:r>
    </w:p>
    <w:p>
      <w:r>
        <w:t>نعم لا يمكن هذا لا يمكن</w:t>
      </w:r>
    </w:p>
    <w:p>
      <w:r>
        <w:t>ولهذا يقول ضرورة اذا في الشرطية يكونوا جزءا وهو نوعان باعتباره قسمتي الشرطية الى المتصلة والمنفصلة</w:t>
      </w:r>
    </w:p>
    <w:p>
      <w:r>
        <w:t>النوع الاول ان تكون الشرطية متصلة وهو القسم الرابع من الاقسام اللاقصية الشرطية</w:t>
      </w:r>
    </w:p>
    <w:p>
      <w:r>
        <w:t>واصنافه اربعة لان المتصلة اما صغرى وكبرى وعلى كلا التقديرتين التقديرين وعلى كلا التقديرين فالشرك اما في تالية او في مقدمة صغرى كبرى في التاليف والمقدم المجموع اربعة</w:t>
      </w:r>
    </w:p>
    <w:p>
      <w:r>
        <w:t>ونتيجة كل صنف من هذه الاربعة متصلة ذات جزئين</w:t>
      </w:r>
    </w:p>
    <w:p>
      <w:r>
        <w:t>احدهما الجزء الخالي من الاشتراك والثاني نتيجة التأليف بين الجزء المشارك والحملية</w:t>
      </w:r>
    </w:p>
    <w:p>
      <w:r>
        <w:t>نعم</w:t>
      </w:r>
    </w:p>
    <w:p>
      <w:r>
        <w:t>يعني الحد الاوسط يختفي</w:t>
      </w:r>
    </w:p>
    <w:p>
      <w:r>
        <w:t>فتأتي الشيء اللي ما عنده علاقة بالحد الاوسط</w:t>
      </w:r>
    </w:p>
    <w:p>
      <w:r>
        <w:t>وتأتيه الى الذي فيه الحد الاوسط</w:t>
      </w:r>
    </w:p>
    <w:p>
      <w:r>
        <w:t>في الحملية يكون تاما في الشرط يكون آآ جزءا فتحدث هذا الجزء وتجعل ما هو القضية الحملية في الشرقية</w:t>
      </w:r>
    </w:p>
    <w:p>
      <w:r>
        <w:t>فتأتي المنفصلة سهلة جدا لو اتى بتطبيقات تكون سهلة</w:t>
      </w:r>
    </w:p>
    <w:p>
      <w:r>
        <w:t>ونتيجة كل صنف من هذه الاربعة</w:t>
      </w:r>
    </w:p>
    <w:p>
      <w:r>
        <w:t>من اين جاءت اربعة? عندنا تالي ومقدم قد يتغيران</w:t>
      </w:r>
    </w:p>
    <w:p>
      <w:r>
        <w:t>وعندنا حملية آآ صغرى او كبرى آآ المتصلة تكون صغرى وكبرى المشترك يكون اما في التالي والمقدم سينفذ اربعة</w:t>
      </w:r>
    </w:p>
    <w:p>
      <w:r>
        <w:t>ونتيجة كل صنف من هذه الاربعة متصلة ذات جزئين</w:t>
      </w:r>
    </w:p>
    <w:p>
      <w:r>
        <w:t>اذا النتيجة انها متصلة من ذات جزئين احدهما الجزء الخالي من الاشتراك هذا يبقى عنده علاقة بالاشتراك وين هذا موجود في المتصلة</w:t>
      </w:r>
    </w:p>
    <w:p>
      <w:r>
        <w:t>نعم</w:t>
      </w:r>
    </w:p>
    <w:p>
      <w:r>
        <w:t>لا يكون في الحملية</w:t>
      </w:r>
    </w:p>
    <w:p>
      <w:r>
        <w:t>الحملية الف باء فقط</w:t>
      </w:r>
    </w:p>
    <w:p>
      <w:r>
        <w:t>والثاني نتيجة التأليف بين الجزء المشارك والحملية</w:t>
      </w:r>
    </w:p>
    <w:p>
      <w:r>
        <w:t>اذا تأتي بالخالي ما عنده علاقة بالحد الاوسط</w:t>
      </w:r>
    </w:p>
    <w:p>
      <w:r>
        <w:t>ثم تأتي بالذي انتجه الحد الاوسط</w:t>
      </w:r>
    </w:p>
    <w:p>
      <w:r>
        <w:t>يقول والثاني يعني الجزء الثاني نتيجة التعليم بين الجزء المشارك والحملية</w:t>
      </w:r>
    </w:p>
    <w:p>
      <w:r>
        <w:t>ومقدمها فيما تكون الشرك فيه مع التالي مقدما متصلة وفيما تكون الشركة فيها مع المقدم نتيجة التأليف بين المقدمة المقدمة والحملية</w:t>
      </w:r>
    </w:p>
    <w:p>
      <w:r>
        <w:t>اذا المرة تكون في الحد الاقصى في المقدم وراه فيكم في التالي</w:t>
      </w:r>
    </w:p>
    <w:p>
      <w:r>
        <w:t>الحملة على ثابت</w:t>
      </w:r>
    </w:p>
    <w:p>
      <w:r>
        <w:t>وعندنا جزء ثابت وهو المقدم في المتصلة</w:t>
      </w:r>
    </w:p>
    <w:p>
      <w:r>
        <w:t>نعم سهلة جدا</w:t>
      </w:r>
    </w:p>
    <w:p>
      <w:r>
        <w:t>سهلة جدا مع الحملية لو اتى بأمثلة لكان رائعا</w:t>
      </w:r>
    </w:p>
    <w:p>
      <w:r>
        <w:t>ولك ان تمثل هنا في هذه الصفحة يمثل القياس المركب من حملها ومتصلة يعني الان يأتي بالتطبيقات بعد ما اعطى القاعدة وقال ينتج متصلة اذا كانت احدى المقدمتين متصل يأتي التطبيق</w:t>
      </w:r>
    </w:p>
    <w:p>
      <w:r>
        <w:t>القياس مركب من حملية ومتصلة والاوسط تالي في المو متصلة</w:t>
      </w:r>
    </w:p>
    <w:p>
      <w:r>
        <w:t>هذا هذا الصورة الاولى</w:t>
      </w:r>
    </w:p>
    <w:p>
      <w:r>
        <w:t>حملية حملية عليه كل الف باء مثلا</w:t>
      </w:r>
    </w:p>
    <w:p>
      <w:r>
        <w:t>الشرطية عندها والمقدم والتالي</w:t>
      </w:r>
    </w:p>
    <w:p>
      <w:r>
        <w:t>مرة الحد الاوسط يكون في التالي يكون في المقدم</w:t>
      </w:r>
    </w:p>
    <w:p>
      <w:r>
        <w:t>يقول والاوصى التالي في المتصلة</w:t>
      </w:r>
    </w:p>
    <w:p>
      <w:r>
        <w:t>هنا الصورة التي تكون حتى الصوت يكون تالية</w:t>
      </w:r>
    </w:p>
    <w:p>
      <w:r>
        <w:t>قال واما الصنفان اللذان تقع الشرك في تاليهما فمتصلتها ان كانت موجبة كانت الشرائط في التالي</w:t>
      </w:r>
    </w:p>
    <w:p>
      <w:r>
        <w:t>والحملية كما مر في الحمليات شرائط القياس واجزاء النتائج ما انتجت هناك ويكون الانتاج بينا</w:t>
      </w:r>
    </w:p>
    <w:p>
      <w:r>
        <w:t>العلامة الحلية بامثلة سهلة اقول الصنفان الذي اللذان تقع الشركة في تليهما يعني الحد الاوسط يكون في التالي</w:t>
      </w:r>
    </w:p>
    <w:p>
      <w:r>
        <w:t>وهما ما المتصلة فيه صغرى او كبرى</w:t>
      </w:r>
    </w:p>
    <w:p>
      <w:r>
        <w:t>يعني كم سورة الشركة تكون في التالي والمقدم اثنين في اثنين اربعة</w:t>
      </w:r>
    </w:p>
    <w:p>
      <w:r>
        <w:t>والشرك مع الحملية في التالي</w:t>
      </w:r>
    </w:p>
    <w:p>
      <w:r>
        <w:t>يعني جئنا بحملية والحد الأوسط يكون في التالي</w:t>
      </w:r>
    </w:p>
    <w:p>
      <w:r>
        <w:t>لا تخلو المتصلة اما ان تكون مجبة او سالبة</w:t>
      </w:r>
    </w:p>
    <w:p>
      <w:r>
        <w:t>فان كانت موجبة كان شرط الانتاج فيها اشتمال الحملية</w:t>
      </w:r>
    </w:p>
    <w:p>
      <w:r>
        <w:t>نعم لازم تشتمل الحملية</w:t>
      </w:r>
    </w:p>
    <w:p>
      <w:r>
        <w:t>والا الاندراج لا يكون</w:t>
      </w:r>
    </w:p>
    <w:p>
      <w:r>
        <w:t>والثاني في كل شكل من الاشكال اربعة على شرائط ذلك الشكل</w:t>
      </w:r>
    </w:p>
    <w:p>
      <w:r>
        <w:t>يعني الى انتاج من مقدم جزئيتين لانتاج مين سليبتين</w:t>
      </w:r>
    </w:p>
    <w:p>
      <w:r>
        <w:t>وهذه الامور</w:t>
      </w:r>
    </w:p>
    <w:p>
      <w:r>
        <w:t>مثال ما تكون المتصلة الصغرى كقولنا كلما كان الف باء فجمدا</w:t>
      </w:r>
    </w:p>
    <w:p>
      <w:r>
        <w:t>ما معناه? يعني اذا دخل الف باء في دار الوجود يلازمه اه يكون معه وكل دل هاء هذه قضية حمرية</w:t>
      </w:r>
    </w:p>
    <w:p>
      <w:r>
        <w:t>كبرى</w:t>
      </w:r>
    </w:p>
    <w:p>
      <w:r>
        <w:t>يجب ان يكون هناك الإنتاج</w:t>
      </w:r>
    </w:p>
    <w:p>
      <w:r>
        <w:t>وكل دال هاء الف باء مرتاح</w:t>
      </w:r>
    </w:p>
    <w:p>
      <w:r>
        <w:t>ما عنده علاقة مع اي لهذا يأتي وهو النتيجة كلما كان الف باء لان الف باء ما عنده علاقة بالحد الاوسط يرتاح يبقى تقول كلما كان الف باء فكل فكل شرطية هي متصلة فكل الحد الاوسط يختفي فجيم يلتصق معها فتقول كلما كان الفكل جيم هاء</w:t>
      </w:r>
    </w:p>
    <w:p>
      <w:r>
        <w:t>سهلة جدا</w:t>
      </w:r>
    </w:p>
    <w:p>
      <w:r>
        <w:t>نعم</w:t>
      </w:r>
    </w:p>
    <w:p>
      <w:r>
        <w:t>يعني اذا دخل الف با يدخل معه جيبها</w:t>
      </w:r>
    </w:p>
    <w:p>
      <w:r>
        <w:t>بجميع سريانه الصدقي</w:t>
      </w:r>
    </w:p>
    <w:p>
      <w:r>
        <w:t>لانه يصدق على تقدير الف باء</w:t>
      </w:r>
    </w:p>
    <w:p>
      <w:r>
        <w:t>انظر تقدير الف باء يعني اذا وجد دخل دار الوجود متقدمة مقدمة القياس المستلزمة للنتيجة فتكون صادقة على ذلك التقدير</w:t>
      </w:r>
    </w:p>
    <w:p>
      <w:r>
        <w:t>فجزء هذه النتيجة وهو كل على قياس ما مر في الحملات</w:t>
      </w:r>
    </w:p>
    <w:p>
      <w:r>
        <w:t>ما مر في الحملات</w:t>
      </w:r>
    </w:p>
    <w:p>
      <w:r>
        <w:t>نعم</w:t>
      </w:r>
    </w:p>
    <w:p>
      <w:r>
        <w:t>كلما كان الفكل جمدان وكل دال هاء</w:t>
      </w:r>
    </w:p>
    <w:p>
      <w:r>
        <w:t>نعم</w:t>
      </w:r>
    </w:p>
    <w:p>
      <w:r>
        <w:t>هذا اه قياس من الشكل الشكل الأول يشبه الشكل الأول</w:t>
      </w:r>
    </w:p>
    <w:p>
      <w:r>
        <w:t>نعم</w:t>
      </w:r>
    </w:p>
    <w:p>
      <w:r>
        <w:t>فدال مندرج تحتها وجيب مندرج تحتها دال</w:t>
      </w:r>
    </w:p>
    <w:p>
      <w:r>
        <w:t>فجيم يندرج تحتها اه جيم يندرج تحتها دال ودال يندرج يندرج تحتها</w:t>
      </w:r>
    </w:p>
    <w:p>
      <w:r>
        <w:t>فالجيم يندرج تحتها فيكون في النتيجة</w:t>
      </w:r>
    </w:p>
    <w:p>
      <w:r>
        <w:t>مع من? مع الف باء لماذا الف باء? الف باء مرتاح</w:t>
      </w:r>
    </w:p>
    <w:p>
      <w:r>
        <w:t>ما عنده علاقة بالحد الاوسط</w:t>
      </w:r>
    </w:p>
    <w:p>
      <w:r>
        <w:t>فتكون النتيجة كلما كان الذة فكل يربط بين الجيم وهاء فقط</w:t>
      </w:r>
    </w:p>
    <w:p>
      <w:r>
        <w:t>نعم لانه يصدق على تقدير الف لام مقدمة القياس مقدمة القياس للنتيجة فتكون النتيجة صادقة على ذلك التقدير</w:t>
      </w:r>
    </w:p>
    <w:p>
      <w:r>
        <w:t>فجزء هذه النتيجة هو الذي هو الجيم ها وهو على قياس ما مر في الحملات</w:t>
      </w:r>
    </w:p>
    <w:p>
      <w:r>
        <w:t>ما مر في الحملات يعني الاندراج</w:t>
      </w:r>
    </w:p>
    <w:p>
      <w:r>
        <w:t>الاندراج</w:t>
      </w:r>
    </w:p>
    <w:p>
      <w:r>
        <w:t>كان من باب الشك الاول يعني يشبه الشيك الأول فتكون النتيجة واضحة جدا</w:t>
      </w:r>
    </w:p>
    <w:p>
      <w:r>
        <w:t>نعم</w:t>
      </w:r>
    </w:p>
    <w:p>
      <w:r>
        <w:t>هذه بالنسبة الى المتصلة</w:t>
      </w:r>
    </w:p>
    <w:p>
      <w:r>
        <w:t>نأتي اليه المنفصلة</w:t>
      </w:r>
    </w:p>
    <w:p>
      <w:r>
        <w:t>مثال ما تكون المتصلة كبرى</w:t>
      </w:r>
    </w:p>
    <w:p>
      <w:r>
        <w:t>اه كبرى قولنا كل جيم باء حملية</w:t>
      </w:r>
    </w:p>
    <w:p>
      <w:r>
        <w:t>ما معنى? اندراج باء تحت اندراج جيم تحت باء يعني الجيم كله داخل تحت باء</w:t>
      </w:r>
    </w:p>
    <w:p>
      <w:r>
        <w:t>باء اوسع</w:t>
      </w:r>
    </w:p>
    <w:p>
      <w:r>
        <w:t>هذا هو الإندراج</w:t>
      </w:r>
    </w:p>
    <w:p>
      <w:r>
        <w:t>جيد هذه واضحة جدا يعني كل من صدق عليه عنوان جيم صدق عليه عنوان هذا هو الإندراج وكلما كان هذا هذه شرطية منفصلة حنا ما عندنا اندراج عندنا دخول وخروج داخل هزا بالف يخرج</w:t>
      </w:r>
    </w:p>
    <w:p>
      <w:r>
        <w:t>نعم في الحقيقة</w:t>
      </w:r>
    </w:p>
    <w:p>
      <w:r>
        <w:t>دخل هزا بالف يخرج في اه مناعة الجمع</w:t>
      </w:r>
    </w:p>
    <w:p>
      <w:r>
        <w:t>دخل هزا يحتمل لباء</w:t>
      </w:r>
    </w:p>
    <w:p>
      <w:r>
        <w:t>ان يدخل ام يخرج انه قد يجتمعان</w:t>
      </w:r>
    </w:p>
    <w:p>
      <w:r>
        <w:t>ينتج انظر ينتج</w:t>
      </w:r>
    </w:p>
    <w:p>
      <w:r>
        <w:t>دقق جيدا انت في القياس</w:t>
      </w:r>
    </w:p>
    <w:p>
      <w:r>
        <w:t>ما هو العنصر الحر? العنصر الحر الذي ما عنده علاقة بالحد الاوسط</w:t>
      </w:r>
    </w:p>
    <w:p>
      <w:r>
        <w:t>تقول هذا هذا سأجيبه</w:t>
      </w:r>
    </w:p>
    <w:p>
      <w:r>
        <w:t>ينتج كلما كان هزا فكل جيم الف</w:t>
      </w:r>
    </w:p>
    <w:p>
      <w:r>
        <w:t>نعم</w:t>
      </w:r>
    </w:p>
    <w:p>
      <w:r>
        <w:t>المتصلة</w:t>
      </w:r>
    </w:p>
    <w:p>
      <w:r>
        <w:t>انا قلت منفصلة لا متصلة</w:t>
      </w:r>
    </w:p>
    <w:p>
      <w:r>
        <w:t>مثالهما تكون متصلة كبرى</w:t>
      </w:r>
    </w:p>
    <w:p>
      <w:r>
        <w:t>مثلنا بالمتصلة والان نمثل المتصلة الكبرى</w:t>
      </w:r>
    </w:p>
    <w:p>
      <w:r>
        <w:t>كل جيم باء حملية واضح وكل ما كان هذا فكل بالف لا ليست آآ ليست منفصلة</w:t>
      </w:r>
    </w:p>
    <w:p>
      <w:r>
        <w:t>نعم</w:t>
      </w:r>
    </w:p>
    <w:p>
      <w:r>
        <w:t>هذه الاضاءة القوية تش الأعصاب نعم حتى تقرأ الخطأ نعيد مثاله ما تكون المتصلة كبرى كقولنا كل جين با صغرى حملية سهلة جدا كل ما صادق عليه جيم يصدق عليه باء فباء على بتمامه</w:t>
      </w:r>
    </w:p>
    <w:p>
      <w:r>
        <w:t>نعم</w:t>
      </w:r>
    </w:p>
    <w:p>
      <w:r>
        <w:t>المتصلة كبرى اه كلما كان هذا فكل باء الف</w:t>
      </w:r>
    </w:p>
    <w:p>
      <w:r>
        <w:t>ما معنى? يعني اذا دخل هذا دار الوجود يجر معه ماذا? من باب الاستلزام</w:t>
      </w:r>
    </w:p>
    <w:p>
      <w:r>
        <w:t>يجر معه باء الف</w:t>
      </w:r>
    </w:p>
    <w:p>
      <w:r>
        <w:t>نعم</w:t>
      </w:r>
    </w:p>
    <w:p>
      <w:r>
        <w:t>النتيجة ما هي? هازا ما عنده علاقة بالحد الأوسط هو المقدم</w:t>
      </w:r>
    </w:p>
    <w:p>
      <w:r>
        <w:t>خليه مقدم</w:t>
      </w:r>
    </w:p>
    <w:p>
      <w:r>
        <w:t>كلما كان هذا فكل كل هذا هذا هو هذا القياس</w:t>
      </w:r>
    </w:p>
    <w:p>
      <w:r>
        <w:t>كأنه قياس حملي</w:t>
      </w:r>
    </w:p>
    <w:p>
      <w:r>
        <w:t>جيم باء وباء الف</w:t>
      </w:r>
    </w:p>
    <w:p>
      <w:r>
        <w:t>باء يختفي جيم الف كلما كان هزا فكل جيم الف</w:t>
      </w:r>
    </w:p>
    <w:p>
      <w:r>
        <w:t>نعم</w:t>
      </w:r>
    </w:p>
    <w:p>
      <w:r>
        <w:t>تخيل انت الان اه تخيل انت الان اه اعطيك مثال خلينا نمثل امثلة تتضح الامور جيدا</w:t>
      </w:r>
    </w:p>
    <w:p>
      <w:r>
        <w:t>عندك انت تجي طلبة هندسة</w:t>
      </w:r>
    </w:p>
    <w:p>
      <w:r>
        <w:t>في يعني مركب</w:t>
      </w:r>
    </w:p>
    <w:p>
      <w:r>
        <w:t>الجامعة مركبة متل ما يعني فيها او مثلا جماعة الكوفة</w:t>
      </w:r>
    </w:p>
    <w:p>
      <w:r>
        <w:t>فيها كلية الهندسة كلية القانون كلية على المجمع</w:t>
      </w:r>
    </w:p>
    <w:p>
      <w:r>
        <w:t>المجمع الجامعي</w:t>
      </w:r>
    </w:p>
    <w:p>
      <w:r>
        <w:t>ما عندنا فقط جامعة الهندسة يعني مثل جامعة الكوفة</w:t>
      </w:r>
    </w:p>
    <w:p>
      <w:r>
        <w:t>محوطة واحدة فيها داخل الجامعات</w:t>
      </w:r>
    </w:p>
    <w:p>
      <w:r>
        <w:t>مثل هارفارد</w:t>
      </w:r>
    </w:p>
    <w:p>
      <w:r>
        <w:t>هذه الجامعة كلها تنطوي على ماذا? تنطوي على طلاب الهندسة</w:t>
      </w:r>
    </w:p>
    <w:p>
      <w:r>
        <w:t>كل طلاب الهندسة في هذه الجامعة</w:t>
      </w:r>
    </w:p>
    <w:p>
      <w:r>
        <w:t>جيم كل جيم باء كل جيم بحسب آآ كله يعني كل طلاب الهندسة في هذا في هذا المركب</w:t>
      </w:r>
    </w:p>
    <w:p>
      <w:r>
        <w:t>المركب هو باء</w:t>
      </w:r>
    </w:p>
    <w:p>
      <w:r>
        <w:t>يعني المركب ينطوي على جامعة الهندسة وجامعة القانون وجامعة الفلسفة مثلا</w:t>
      </w:r>
    </w:p>
    <w:p>
      <w:r>
        <w:t>وكل ما كان هذا يعني كل ما كان هذا خلينا من هذا هذا ما يكون</w:t>
      </w:r>
    </w:p>
    <w:p>
      <w:r>
        <w:t>لنفرض مثلا آآ المتفوقون</w:t>
      </w:r>
    </w:p>
    <w:p>
      <w:r>
        <w:t>قال بل متفوقون نعم</w:t>
      </w:r>
    </w:p>
    <w:p>
      <w:r>
        <w:t>يقول فكلما كان هذا فكان آآ باء الف</w:t>
      </w:r>
    </w:p>
    <w:p>
      <w:r>
        <w:t>يعني الف هذا يعني ينتمي الى آآ اه كل باء الف يعني باء هذا ينتمي الى الوزارة مثلا</w:t>
      </w:r>
    </w:p>
    <w:p>
      <w:r>
        <w:t>وزارة التعليم العالي</w:t>
      </w:r>
    </w:p>
    <w:p>
      <w:r>
        <w:t>لا تقول كلما كان هذا كلما كان هذا ميهم</w:t>
      </w:r>
    </w:p>
    <w:p>
      <w:r>
        <w:t>المتفوقون</w:t>
      </w:r>
    </w:p>
    <w:p>
      <w:r>
        <w:t>النخ اعطي اي عنوان كلما كان هذا عن المتفوقون فكل جيم الف جيم يعني الطلبة المهندسون ينتمون الى الوزارة واذا انتموا الوزارة تأتيهم ماذا? المنح</w:t>
      </w:r>
    </w:p>
    <w:p>
      <w:r>
        <w:t>تطبيقات جدا سهلة والمنطق يعطيك تطبيقات العرفية والاجتماعية</w:t>
      </w:r>
    </w:p>
    <w:p>
      <w:r>
        <w:t>هذي انت بذكائك آآ تفهمها نعم</w:t>
      </w:r>
    </w:p>
    <w:p>
      <w:r>
        <w:t>تفهمها</w:t>
      </w:r>
    </w:p>
    <w:p>
      <w:r>
        <w:t>او تمثل بالفيفا والبارصا</w:t>
      </w:r>
    </w:p>
    <w:p>
      <w:r>
        <w:t>نعم</w:t>
      </w:r>
    </w:p>
    <w:p>
      <w:r>
        <w:t>وميسي مثلا لكن ميتين امثلة</w:t>
      </w:r>
    </w:p>
    <w:p>
      <w:r>
        <w:t>ميسي جيم ينتمي الى البرسا</w:t>
      </w:r>
    </w:p>
    <w:p>
      <w:r>
        <w:t>نعم</w:t>
      </w:r>
    </w:p>
    <w:p>
      <w:r>
        <w:t>وكلما كان هازم يعني كلما كانت الفيفا مثلا</w:t>
      </w:r>
    </w:p>
    <w:p>
      <w:r>
        <w:t>فكان هذا باء يعني البارصا تنتمي الى الف الف هي مثلا الفا</w:t>
      </w:r>
    </w:p>
    <w:p>
      <w:r>
        <w:t>يعني كلما كان هزيل يعني اللاعبون المتفوقون النتيجة ماذا? كلما كان اللاعب اللاعب المتوافقون ينتمون الى المتفوقون</w:t>
      </w:r>
    </w:p>
    <w:p>
      <w:r>
        <w:t>كل ما كان المتفوقون ينتمون الى ماذا? الى جيم الف جيم الفعلي</w:t>
      </w:r>
    </w:p>
    <w:p>
      <w:r>
        <w:t>اللاعبون اللي ينتمون الى الفيفا</w:t>
      </w:r>
    </w:p>
    <w:p>
      <w:r>
        <w:t>نعم هذا هو</w:t>
      </w:r>
    </w:p>
    <w:p>
      <w:r>
        <w:t>لك ان تمثل بامثلة متعددة</w:t>
      </w:r>
    </w:p>
    <w:p>
      <w:r>
        <w:t>لانه تعليل لانه على تقدير هذا</w:t>
      </w:r>
    </w:p>
    <w:p>
      <w:r>
        <w:t>تقدير هزا آآ مثلت لك انا في الكونفس الجامعي المتفوقون النخبة نعم في كرة القدم مثلا اللاعبون اصحاب كرة الكرة الذهبية من ينال الكرة الذهبية حسب علمي بكرة القدم آآ فيه فيه البارصا عندك ميسي عندك رونالدو آآ رونالدينو وبعض آآ بعض آآ اللاعبين الممتازين</w:t>
      </w:r>
    </w:p>
    <w:p>
      <w:r>
        <w:t>فانت شوف هذا ينتمي الى البارصا وفي عنوان هو لمن فاز بالكرة الذهبية</w:t>
      </w:r>
    </w:p>
    <w:p>
      <w:r>
        <w:t>ينتمي الى الفيفا</w:t>
      </w:r>
    </w:p>
    <w:p>
      <w:r>
        <w:t>فهذا اللاعب ينتمي الى الفيفا</w:t>
      </w:r>
    </w:p>
    <w:p>
      <w:r>
        <w:t>واضح جدا</w:t>
      </w:r>
    </w:p>
    <w:p>
      <w:r>
        <w:t>قياس هذه القياس قياسها</w:t>
      </w:r>
    </w:p>
    <w:p>
      <w:r>
        <w:t>كل حياتنا الاجتماعية في هذه الاقيسا ما فيه آآ شيء هكذا خلق الله تعالى هذه المفردات الوجودية خاضعة لهذا الضياء السرمدي هذا ضياء الصرمدي</w:t>
      </w:r>
    </w:p>
    <w:p>
      <w:r>
        <w:t>وانا في تصوري كلما تعمق الطالب في صناعة المنطق يعني علم المنطق يبصر المنطق في في حياة الناس</w:t>
      </w:r>
    </w:p>
    <w:p>
      <w:r>
        <w:t>لا يبصر علم المنطق</w:t>
      </w:r>
    </w:p>
    <w:p>
      <w:r>
        <w:t>علم المنطق عنده هو</w:t>
      </w:r>
    </w:p>
    <w:p>
      <w:r>
        <w:t>علم المنطق هو دراسة هذه المعايير الكلية التي تخضع لها العمليات اه اه الذهنية والعمليات الذهنية تنتج قضايا والقضايا تحكي واقعية الناس واقعية الخلق</w:t>
      </w:r>
    </w:p>
    <w:p>
      <w:r>
        <w:t>اذا اذا لم تكن واقعية الخلق خاضعة للمعايير الالهية</w:t>
      </w:r>
    </w:p>
    <w:p>
      <w:r>
        <w:t>لا يمكن ان يكون الفكر كاشفا عنها</w:t>
      </w:r>
    </w:p>
    <w:p>
      <w:r>
        <w:t>نعم اذا المنطق في آآ في الوجود الا انه في الوجود في الوجود يتجلى بمخلوقات موجودات كيانات ولا يتجلى في شكل قوانين لا شك في قوانين يعني انت الان عندك قانون المرور المنطقي بامتياز</w:t>
      </w:r>
    </w:p>
    <w:p>
      <w:r>
        <w:t>انت في المرور ترى القانون ام ترى السيارات؟ ترى السيارات</w:t>
      </w:r>
    </w:p>
    <w:p>
      <w:r>
        <w:t>السيارات تدور</w:t>
      </w:r>
    </w:p>
    <w:p>
      <w:r>
        <w:t>لا ترى القانون المنطقي، لكن وهو يتحرك اذا اراد ان يكون سليما ويصل الى غايته كاستاذ في الجامعة او عامل في المصنع او في الادارة او او الدكان</w:t>
      </w:r>
    </w:p>
    <w:p>
      <w:r>
        <w:t>يبيع يحترم نفسه ويحترم القانون</w:t>
      </w:r>
    </w:p>
    <w:p>
      <w:r>
        <w:t>لا يؤذي غيره ولا نفسه</w:t>
      </w:r>
    </w:p>
    <w:p>
      <w:r>
        <w:t>يحترم القانون</w:t>
      </w:r>
    </w:p>
    <w:p>
      <w:r>
        <w:t>هذا هذه السيارة وهي تتحرك انت ترى السيارة</w:t>
      </w:r>
    </w:p>
    <w:p>
      <w:r>
        <w:t>اما المعيار المنطقي كيف ترى وهي تراعي القانون</w:t>
      </w:r>
    </w:p>
    <w:p>
      <w:r>
        <w:t>انت لا ترى القانون</w:t>
      </w:r>
    </w:p>
    <w:p>
      <w:r>
        <w:t>وهذا الذي على الورق القانون على الورق الذي يتعلمه عند المهندس مهندس سياقة</w:t>
      </w:r>
    </w:p>
    <w:p>
      <w:r>
        <w:t>هذه صياغة صياغة ورقية فقط</w:t>
      </w:r>
    </w:p>
    <w:p>
      <w:r>
        <w:t>مثل ما نحن صيغ المنطق في الكتاب</w:t>
      </w:r>
    </w:p>
    <w:p>
      <w:r>
        <w:t>هذاك علما علما علم قوانين المرور</w:t>
      </w:r>
    </w:p>
    <w:p>
      <w:r>
        <w:t>اما قوانين المرور التكوينية فاعلة على السيارات التي في الطريق</w:t>
      </w:r>
    </w:p>
    <w:p>
      <w:r>
        <w:t>نفس الشيء نفس الشيء</w:t>
      </w:r>
    </w:p>
    <w:p>
      <w:r>
        <w:t>لا فرق بين قوانين المرور والسيارات وهذا الكراس المدون عند مهندس السياقة يتعلموا من يريد ان ياخذ رخصة في السياقة والمنطق هذا الذي نعم يمثل ضياء الهي يخضع له الانسان شاء ما بعد لانه امور الزامية طبعا يخضع له اذا اراد ان يصل الى الحقيقة</w:t>
      </w:r>
    </w:p>
    <w:p>
      <w:r>
        <w:t>القانون الزامات</w:t>
      </w:r>
    </w:p>
    <w:p>
      <w:r>
        <w:t>نعم الزامات يلزمك</w:t>
      </w:r>
    </w:p>
    <w:p>
      <w:r>
        <w:t>يعني اذا اردت ان تصل الحقيقة يجب ان تلتزم بهذه المعايير</w:t>
      </w:r>
    </w:p>
    <w:p>
      <w:r>
        <w:t>قد لا تلتزم كما ان السائق قد لا يلتزم</w:t>
      </w:r>
    </w:p>
    <w:p>
      <w:r>
        <w:t>ثم يأتي الشرطي ويغرمه</w:t>
      </w:r>
    </w:p>
    <w:p>
      <w:r>
        <w:t>الزامات</w:t>
      </w:r>
    </w:p>
    <w:p>
      <w:r>
        <w:t>دراسة تلك الإلزمات في الفكر هذا يسمى الصناعة المنطقية</w:t>
      </w:r>
    </w:p>
    <w:p>
      <w:r>
        <w:t>علما منطق</w:t>
      </w:r>
    </w:p>
    <w:p>
      <w:r>
        <w:t>نبوب باب التعريف</w:t>
      </w:r>
    </w:p>
    <w:p>
      <w:r>
        <w:t>باب الق سبب المغالطة</w:t>
      </w:r>
    </w:p>
    <w:p>
      <w:r>
        <w:t>نعم</w:t>
      </w:r>
    </w:p>
    <w:p>
      <w:r>
        <w:t>اه مثال ما تكون المتصلة كبرى او لون كل جيم باء</w:t>
      </w:r>
    </w:p>
    <w:p>
      <w:r>
        <w:t>يعني كل مصاديق جيم تندرج تحت باء</w:t>
      </w:r>
    </w:p>
    <w:p>
      <w:r>
        <w:t>وكلما كان هزا</w:t>
      </w:r>
    </w:p>
    <w:p>
      <w:r>
        <w:t>هزا هزا لا يهمك عنوانه طبقه على ما تشاء</w:t>
      </w:r>
    </w:p>
    <w:p>
      <w:r>
        <w:t>نعم هذا مستقل</w:t>
      </w:r>
    </w:p>
    <w:p>
      <w:r>
        <w:t>وكل ما كان هزا يعني هزا يستلزم بالضرورة ماذا? اه باء الف</w:t>
      </w:r>
    </w:p>
    <w:p>
      <w:r>
        <w:t>نعم</w:t>
      </w:r>
    </w:p>
    <w:p>
      <w:r>
        <w:t>فكلما كان هزا اذا بنيت على هذا يلزمه عند غياب الحد الاوسط الذي هو باء جيم الف</w:t>
      </w:r>
    </w:p>
    <w:p>
      <w:r>
        <w:t>جيم الف لان باء حد اوسط يختفي</w:t>
      </w:r>
    </w:p>
    <w:p>
      <w:r>
        <w:t>نعم</w:t>
      </w:r>
    </w:p>
    <w:p>
      <w:r>
        <w:t>وبعبارة اخرى للتبيين اكثر هزا مقدم</w:t>
      </w:r>
    </w:p>
    <w:p>
      <w:r>
        <w:t>المتصلة</w:t>
      </w:r>
    </w:p>
    <w:p>
      <w:r>
        <w:t>عنده اللازم</w:t>
      </w:r>
    </w:p>
    <w:p>
      <w:r>
        <w:t>هذا اللازم مهما كان هذا اللازم</w:t>
      </w:r>
    </w:p>
    <w:p>
      <w:r>
        <w:t>اذا سانخ شيئا اخر حتما هو تابع للمقدم</w:t>
      </w:r>
    </w:p>
    <w:p>
      <w:r>
        <w:t>لازم للمقدم</w:t>
      </w:r>
    </w:p>
    <w:p>
      <w:r>
        <w:t>لازم بواسطة</w:t>
      </w:r>
    </w:p>
    <w:p>
      <w:r>
        <w:t>هذا هو</w:t>
      </w:r>
    </w:p>
    <w:p>
      <w:r>
        <w:t>نعم هذا هو</w:t>
      </w:r>
    </w:p>
    <w:p>
      <w:r>
        <w:t>لازم بواسطة</w:t>
      </w:r>
    </w:p>
    <w:p>
      <w:r>
        <w:t>فاذا كانت الفيفا هي المؤسس المؤسسة التي تتحكم في الفرق</w:t>
      </w:r>
    </w:p>
    <w:p>
      <w:r>
        <w:t>كرة القدم وكان هناك لاعب ينتمي الى فريق كميسي ينتمي الى البارسا</w:t>
      </w:r>
    </w:p>
    <w:p>
      <w:r>
        <w:t>والفيفا عندها لازم هو تعطي جائزة وهي الكرة الذهبية بشروط خاصة نعم فالفيفا عندها لازم ما هو الكرة الذهبية</w:t>
      </w:r>
    </w:p>
    <w:p>
      <w:r>
        <w:t>بشروطها</w:t>
      </w:r>
    </w:p>
    <w:p>
      <w:r>
        <w:t>ميسي ينتمي الى الفريق</w:t>
      </w:r>
    </w:p>
    <w:p>
      <w:r>
        <w:t>الفريق ينتمي قانونيا للفيفا</w:t>
      </w:r>
    </w:p>
    <w:p>
      <w:r>
        <w:t>ميسي تتمت فيه الشروط شروط الكرة الذهبية</w:t>
      </w:r>
    </w:p>
    <w:p>
      <w:r>
        <w:t>باعتباره مندرج تحت الفريق</w:t>
      </w:r>
    </w:p>
    <w:p>
      <w:r>
        <w:t>والفريق تابع الفيفا</w:t>
      </w:r>
    </w:p>
    <w:p>
      <w:r>
        <w:t>وتمت الشروط</w:t>
      </w:r>
    </w:p>
    <w:p>
      <w:r>
        <w:t>ميسي ينال الكرة</w:t>
      </w:r>
    </w:p>
    <w:p>
      <w:r>
        <w:t>الذهبية</w:t>
      </w:r>
    </w:p>
    <w:p>
      <w:r>
        <w:t>كل التصرفات الخارجية تخضع لهذه القوانين</w:t>
      </w:r>
    </w:p>
    <w:p>
      <w:r>
        <w:t>لكن نحن ندرسها في افق الدين كقوانين كلية</w:t>
      </w:r>
    </w:p>
    <w:p>
      <w:r>
        <w:t>ما عندها علاقة بالممارسات</w:t>
      </w:r>
    </w:p>
    <w:p>
      <w:r>
        <w:t>يمكن لك تمثل بأمثلة اه متعددة نعم متعددة</w:t>
      </w:r>
    </w:p>
    <w:p>
      <w:r>
        <w:t>نعم اذا اردت تمثل الاعراف الحوزاوية مثل بالاعراف الحوزاوية</w:t>
      </w:r>
    </w:p>
    <w:p>
      <w:r>
        <w:t>الحوزة مثل الفيفا</w:t>
      </w:r>
    </w:p>
    <w:p>
      <w:r>
        <w:t>مع مع المسامحة طبعا</w:t>
      </w:r>
    </w:p>
    <w:p>
      <w:r>
        <w:t>الحوزة معايير خاصة للاجتهاد عندها مجتهدون</w:t>
      </w:r>
    </w:p>
    <w:p>
      <w:r>
        <w:t>معايير خاصة للاجتهاد</w:t>
      </w:r>
    </w:p>
    <w:p>
      <w:r>
        <w:t>هذا الطالب انتمى الى مدرسة تنتمي الى الحوزة</w:t>
      </w:r>
    </w:p>
    <w:p>
      <w:r>
        <w:t>تحققت معايير الاجتهاد فيه</w:t>
      </w:r>
    </w:p>
    <w:p>
      <w:r>
        <w:t>اذا من تعطيه يعطيه ليس مدرسة وهي الحوزة ككيان</w:t>
      </w:r>
    </w:p>
    <w:p>
      <w:r>
        <w:t>فتقول هذا مجتهد</w:t>
      </w:r>
    </w:p>
    <w:p>
      <w:r>
        <w:t>نفس ستة التطبيق نفس التطبيق</w:t>
      </w:r>
    </w:p>
    <w:p>
      <w:r>
        <w:t>انا ما عندي فقط هذه القوة لاعطاء كل مثال تطبيقي بهذه الامثلة الايدج اجتماعية</w:t>
      </w:r>
    </w:p>
    <w:p>
      <w:r>
        <w:t>نعم لانه على تقديري هزا يعني اذا واضعت هزا وهو المقدم في المتصلة الكبرى يصدق كل جيم</w:t>
      </w:r>
    </w:p>
    <w:p>
      <w:r>
        <w:t>يصدق كل يأتي لصدقه في نفس الامر</w:t>
      </w:r>
    </w:p>
    <w:p>
      <w:r>
        <w:t>لأنه صادق في نفس الأمر وكل ما الف والتالي ويلزم من صدقهما صدق النتيجة وهذه النتيجة بينة بينة صح واضحة جدا نقض ما قيل في عدم انتاج المركب من حملها ومتصلة هذا نقاش معرفي يأتي ان شاء نعم</w:t>
      </w:r>
    </w:p>
    <w:p>
      <w:r>
        <w:t>واللهم صلي على محمد وال محمد</w:t>
      </w:r>
    </w:p>
    <w:p>
      <w:r>
        <w:t>اللهم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