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به تعالى نستعين والصلاة والسلام على محمد واله الطاهرين</w:t>
      </w:r>
    </w:p>
    <w:p>
      <w:r>
        <w:t>اللهم صل على محمد وال محمد</w:t>
      </w:r>
    </w:p>
    <w:p>
      <w:r>
        <w:t>اللهم ارزقنا التوفيق والاخلاص</w:t>
      </w:r>
    </w:p>
    <w:p>
      <w:r>
        <w:t>وصلنا معكم الى هذه الفقر نقظ ما قيل في عدم انتاج المركب من حملية ومتصلة</w:t>
      </w:r>
    </w:p>
    <w:p>
      <w:r>
        <w:t>قال المتن هنا النص وقد طعن فيما اذا كانت متصلة ل ليست اتفاقية يعني المقدم يولد التالي في دائرة العلية والمعنوية بمثل ما يمر يعني متصلة وحملية وهو احتمال لماذا? وهو احتمال ان لا يبقى صدق الحملة على تقدير مقدمة مقدم المتصلة اذا كانت محالا صدق الحملية اذا كانت محالا يعني الحملية او المتصلة وحين اذ لا يجامع التالي تلي المتصلة يعني اللازم على الصدق والجواب واضح جواب ينتمي الى فلسفة المنطق وليس الى المنطق</w:t>
      </w:r>
    </w:p>
    <w:p>
      <w:r>
        <w:t>وجوابه ان اجتماع المقدمة ليس شرطا في انعقاد القياس</w:t>
      </w:r>
    </w:p>
    <w:p>
      <w:r>
        <w:t>هذه فلسفة المنطق</w:t>
      </w:r>
    </w:p>
    <w:p>
      <w:r>
        <w:t>لا تمت الى المنطق بصلة</w:t>
      </w:r>
    </w:p>
    <w:p>
      <w:r>
        <w:t>هذه ما وراء المنطق</w:t>
      </w:r>
    </w:p>
    <w:p>
      <w:r>
        <w:t>نعم عندنا قياس الخلف</w:t>
      </w:r>
    </w:p>
    <w:p>
      <w:r>
        <w:t>قياس الخلف ما معناه? انت تدعي مدعى سين</w:t>
      </w:r>
    </w:p>
    <w:p>
      <w:r>
        <w:t>وانا اريد ابطل هذا السن اثبت نقيض السن</w:t>
      </w:r>
    </w:p>
    <w:p>
      <w:r>
        <w:t>لان اجتماع النقيضين لا تتسع للاثنين</w:t>
      </w:r>
    </w:p>
    <w:p>
      <w:r>
        <w:t>تدعي السين انا ابطله بلا سين اذا ثبت لا سين</w:t>
      </w:r>
    </w:p>
    <w:p>
      <w:r>
        <w:t>سين يتبخر لاجتماع النقيضين</w:t>
      </w:r>
    </w:p>
    <w:p>
      <w:r>
        <w:t>مرة اعجز على اثبات لاسين ابحث عن لازم يكون دائما ملازما لها لا ينفك</w:t>
      </w:r>
    </w:p>
    <w:p>
      <w:r>
        <w:t>واثبته فاثبت لا سين سين تبطل</w:t>
      </w:r>
    </w:p>
    <w:p>
      <w:r>
        <w:t>هذا هو قياس قياس مبني على اجتماع النقيضين قضية صادقة نبني على قضية مقابلها كاذبة او قضية كاذبة نبني على قضية صادقة</w:t>
      </w:r>
    </w:p>
    <w:p>
      <w:r>
        <w:t>ليس من الضروري في انعقاد القياس ان تكون الم سابقتين</w:t>
      </w:r>
    </w:p>
    <w:p>
      <w:r>
        <w:t>المهم هو الإلزام او الإستلزام بين في العملية القياسية</w:t>
      </w:r>
    </w:p>
    <w:p>
      <w:r>
        <w:t>ثم يأتي بمصاديق يقول ولو كان لمن عقد قياس من مقدمة صادقة ومقدم نعم لو كان الامر كذلك لما انعقد قياس الخلف ولا الزام نعم الزامي قد تقول حينما يلزمك بالتناقض نعم في السجال الفكري</w:t>
      </w:r>
    </w:p>
    <w:p>
      <w:r>
        <w:t>نعم</w:t>
      </w:r>
    </w:p>
    <w:p>
      <w:r>
        <w:t>لأن الإلزام يأتيك بالنقيص</w:t>
      </w:r>
    </w:p>
    <w:p>
      <w:r>
        <w:t>نعم</w:t>
      </w:r>
    </w:p>
    <w:p>
      <w:r>
        <w:t>اذا ليس من شروط القياس ان تكون المقدمات صادقة</w:t>
      </w:r>
    </w:p>
    <w:p>
      <w:r>
        <w:t>المهم هو الإلزام</w:t>
      </w:r>
    </w:p>
    <w:p>
      <w:r>
        <w:t>نعم</w:t>
      </w:r>
    </w:p>
    <w:p>
      <w:r>
        <w:t>اقول ذهب جماعة من المتأخرين الى ان القياس ان القياس المركب من الحمل والمتصل لا ينتج يعني عندك نتا كلو باء اذا كان آآ جيم اذا كان آآ الف ميم باء هذا هو القياس الحملي والقياس الاتصال</w:t>
      </w:r>
    </w:p>
    <w:p>
      <w:r>
        <w:t>نعم</w:t>
      </w:r>
    </w:p>
    <w:p>
      <w:r>
        <w:t>لا ينتج نعم</w:t>
      </w:r>
    </w:p>
    <w:p>
      <w:r>
        <w:t>لاننا اذا قلنا انظر المستشكل او الذي ذهب الى هذا الإتجاه يأتي بقياس</w:t>
      </w:r>
    </w:p>
    <w:p>
      <w:r>
        <w:t>كلما كان الف باء فكل جمدان يعني فيه تلازم خارجي او استلزام خارجي بين الف باء جندي</w:t>
      </w:r>
    </w:p>
    <w:p>
      <w:r>
        <w:t>وكل دار لها قضية حمل اذا عندنا صغرى وكبرى الحد الاوسط ما هو الدال? فتقول كلما كان الف باء فجيمها</w:t>
      </w:r>
    </w:p>
    <w:p>
      <w:r>
        <w:t>نعم</w:t>
      </w:r>
    </w:p>
    <w:p>
      <w:r>
        <w:t>فقد حكمنا في الصغرى باستلزام الف باء جمدا</w:t>
      </w:r>
    </w:p>
    <w:p>
      <w:r>
        <w:t>نعم? كطلوع الشمس لوجود النهار</w:t>
      </w:r>
    </w:p>
    <w:p>
      <w:r>
        <w:t>وحكمنا في الكبرى التي هي حملية</w:t>
      </w:r>
    </w:p>
    <w:p>
      <w:r>
        <w:t>حملية في القياس</w:t>
      </w:r>
    </w:p>
    <w:p>
      <w:r>
        <w:t>يعني كله دا لها</w:t>
      </w:r>
    </w:p>
    <w:p>
      <w:r>
        <w:t>يعني كل من صادق عليه عنوان دا يندرج تحت عنوانه</w:t>
      </w:r>
    </w:p>
    <w:p>
      <w:r>
        <w:t>وحكمنا في الكبرى بصدق كل دال هاء في نفس الأمر</w:t>
      </w:r>
    </w:p>
    <w:p>
      <w:r>
        <w:t>يعني القضية صادقة مطابقة للواقع</w:t>
      </w:r>
    </w:p>
    <w:p>
      <w:r>
        <w:t>ولا يلزم من صدق القضية في نفس الأمر</w:t>
      </w:r>
    </w:p>
    <w:p>
      <w:r>
        <w:t>صدقه على كل تقدير</w:t>
      </w:r>
    </w:p>
    <w:p>
      <w:r>
        <w:t>نعم</w:t>
      </w:r>
    </w:p>
    <w:p>
      <w:r>
        <w:t>لماذا? لجواز لجواز ان يكون تقدير الف باء محالان</w:t>
      </w:r>
    </w:p>
    <w:p>
      <w:r>
        <w:t>الف باء يعني المقدم</w:t>
      </w:r>
    </w:p>
    <w:p>
      <w:r>
        <w:t>المقدم المحال</w:t>
      </w:r>
    </w:p>
    <w:p>
      <w:r>
        <w:t>نعم فلا يمكن ان ينتجوا النتيجة ما هي? اه كلما كان الف باء فكل دال هاء</w:t>
      </w:r>
    </w:p>
    <w:p>
      <w:r>
        <w:t>نعم</w:t>
      </w:r>
    </w:p>
    <w:p>
      <w:r>
        <w:t>فلا يصدق معه الصادق في نفس الامر على سبيل الوجوب</w:t>
      </w:r>
    </w:p>
    <w:p>
      <w:r>
        <w:t>بل على سبيل الاحتمال والامكان</w:t>
      </w:r>
    </w:p>
    <w:p>
      <w:r>
        <w:t>فحين اذ لا يعلم مجامعة التالي والحملية على الصدق يعني لا يمكن ان ان نفتي اختفاء الحد الاوسط الذي هو دال جيم يعانقها في النتيجة</w:t>
      </w:r>
    </w:p>
    <w:p>
      <w:r>
        <w:t>النتيجة ما هي? كلما كان باء جيم هاء</w:t>
      </w:r>
    </w:p>
    <w:p>
      <w:r>
        <w:t>اما في نفس الامر والجواز كذب التالي</w:t>
      </w:r>
    </w:p>
    <w:p>
      <w:r>
        <w:t>نعم</w:t>
      </w:r>
    </w:p>
    <w:p>
      <w:r>
        <w:t>لان الشرطية وخصوصا المتصلة تصدق مع كذب طرفيها</w:t>
      </w:r>
    </w:p>
    <w:p>
      <w:r>
        <w:t>لو كان فيهما الهة الا الله لفسدتا الهة متعددة كاذبة لفسدت يعني نظام الوجود ونظام الاسباب والمسببات نرى عدم الفطور والتناغم التام القضية في المقدم كاذبة القضية في التالي كاذبة معنى القضية صادقة</w:t>
      </w:r>
    </w:p>
    <w:p>
      <w:r>
        <w:t>دليل على التوحيد في التدبير</w:t>
      </w:r>
    </w:p>
    <w:p>
      <w:r>
        <w:t>نعم</w:t>
      </w:r>
    </w:p>
    <w:p>
      <w:r>
        <w:t>اما في نفس الامر فلجواز كذب التالي واما على تقدير المقدم فلو الجواز بالحملية</w:t>
      </w:r>
    </w:p>
    <w:p>
      <w:r>
        <w:t>وان اخذ احدهما صادقا على تقدير على التقدير والاخر صادقا في نفس الامر</w:t>
      </w:r>
    </w:p>
    <w:p>
      <w:r>
        <w:t>لم يتحدا فلا انتاج</w:t>
      </w:r>
    </w:p>
    <w:p>
      <w:r>
        <w:t>على التقدير يعني على الاحتمال</w:t>
      </w:r>
    </w:p>
    <w:p>
      <w:r>
        <w:t>نعم</w:t>
      </w:r>
    </w:p>
    <w:p>
      <w:r>
        <w:t>فاجاب المصنف رحمه الله بان المشترط في القياس اه كون المقدمتين بحيث الملف نعم اذا كان زيد حمارا قضية شرطية متصلة اذا كان زيد حم فواشنطن عاصمة امريكا</w:t>
      </w:r>
    </w:p>
    <w:p>
      <w:r>
        <w:t>المهم هو استلزام</w:t>
      </w:r>
    </w:p>
    <w:p>
      <w:r>
        <w:t>هنا الاستلزام ما فيه استلزام</w:t>
      </w:r>
    </w:p>
    <w:p>
      <w:r>
        <w:t>استلزام يعني لو بنينا على حمارية زيت يستلزم العاصمة عاصمة امريكا واشنطن</w:t>
      </w:r>
    </w:p>
    <w:p>
      <w:r>
        <w:t>نعم هذه تنتمي الى فلسفة المنطق والان في الغرب فصلوا فلسفة المنطق عن المنطق</w:t>
      </w:r>
    </w:p>
    <w:p>
      <w:r>
        <w:t>فاجاب المصنف رحمه الله بان المشترط في القياس كون المقدمتين بحيث لو سلمنا سلم سلمنا نعم لو كان زيد ناهقا لكان حمارا</w:t>
      </w:r>
    </w:p>
    <w:p>
      <w:r>
        <w:t>نعم</w:t>
      </w:r>
    </w:p>
    <w:p>
      <w:r>
        <w:t>تقولي هذا استلزام</w:t>
      </w:r>
    </w:p>
    <w:p>
      <w:r>
        <w:t>لو سلمنا للزمت النتيجة لو سلمنا</w:t>
      </w:r>
    </w:p>
    <w:p>
      <w:r>
        <w:t>لزمت النتيجة</w:t>
      </w:r>
    </w:p>
    <w:p>
      <w:r>
        <w:t>ولا يشتاط في في القياس سيد وقل مقدمة بالفعل</w:t>
      </w:r>
    </w:p>
    <w:p>
      <w:r>
        <w:t>بالفعل يعني في نفس الامر</w:t>
      </w:r>
    </w:p>
    <w:p>
      <w:r>
        <w:t>لانه لو اشترط اشترط ذلك لم يتم القياس الخلفي ولا الالزامي</w:t>
      </w:r>
    </w:p>
    <w:p>
      <w:r>
        <w:t>القياس الخلفي الروح من القضية آآ الملاقي نعم</w:t>
      </w:r>
    </w:p>
    <w:p>
      <w:r>
        <w:t>لكذب احدى مقدمتيه نعم لانه يبني على النقيض</w:t>
      </w:r>
    </w:p>
    <w:p>
      <w:r>
        <w:t>لكن لما كانت مقدمته بحيث لو سلمنا لازمت النتيجة كان قياسا</w:t>
      </w:r>
    </w:p>
    <w:p>
      <w:r>
        <w:t>هذا اشارة الى الصورنة</w:t>
      </w:r>
    </w:p>
    <w:p>
      <w:r>
        <w:t>الذي ركز عليه المنطق الحديث</w:t>
      </w:r>
    </w:p>
    <w:p>
      <w:r>
        <w:t>ونحن نقول ها هنا لو صدقت المقدمتان اعني الحملية والشرطية لازمت النتيجة فكان قياسا منتجا بهذا الاعتبار</w:t>
      </w:r>
    </w:p>
    <w:p>
      <w:r>
        <w:t>صورنا نعم لا يقال ان القياس الخلفي لو سلمت مقدما تا لزمت الناجية</w:t>
      </w:r>
    </w:p>
    <w:p>
      <w:r>
        <w:t>النتيجة فكان قياسا بهذا الاعتبار اما ها هنا فلو سلمت القضية الحملية والشرطية معا لم يعلم الانتاج</w:t>
      </w:r>
    </w:p>
    <w:p>
      <w:r>
        <w:t>لماذا? لان تسليمها غير كاف ما لم يتسلم مقدمة ثالثة وهي ان العملية صادقة او مسلمة على تقدير السقف المقدم</w:t>
      </w:r>
    </w:p>
    <w:p>
      <w:r>
        <w:t>فمع خلو المقدمة عن هذه القضية لا يجب الانتاج</w:t>
      </w:r>
    </w:p>
    <w:p>
      <w:r>
        <w:t>فافترق البيان يجيب العلامة الحل نقول المقدمة الشرطية هنا وضعنا المقدم فيها على انه صادق في نفس الامر</w:t>
      </w:r>
    </w:p>
    <w:p>
      <w:r>
        <w:t>هنا المقدم مشروط انه يكون مطابق للواقع</w:t>
      </w:r>
    </w:p>
    <w:p>
      <w:r>
        <w:t>وان كان محالا فيصدق معه التالي كذلك</w:t>
      </w:r>
    </w:p>
    <w:p>
      <w:r>
        <w:t>وان كان محالا</w:t>
      </w:r>
    </w:p>
    <w:p>
      <w:r>
        <w:t>احنا فرضنا انه صادق على انه صادق اذا كان زيد حمارا فهو اه حيوان</w:t>
      </w:r>
    </w:p>
    <w:p>
      <w:r>
        <w:t>فرضنا انه فرضنا ان زيت حمار</w:t>
      </w:r>
    </w:p>
    <w:p>
      <w:r>
        <w:t>تقول لي شيخنا الواقع ليس هكذا</w:t>
      </w:r>
    </w:p>
    <w:p>
      <w:r>
        <w:t>قلنا فرضا</w:t>
      </w:r>
    </w:p>
    <w:p>
      <w:r>
        <w:t>فالاستلزام يكون قطعيا</w:t>
      </w:r>
    </w:p>
    <w:p>
      <w:r>
        <w:t>وان كان محالا</w:t>
      </w:r>
    </w:p>
    <w:p>
      <w:r>
        <w:t>معه التالي كذلك وحينئذ يكون قد اخذنا القضايا الثلاثة التي هي المقدم والتاني جميعا على انها صادقة في نفس في نفس الامر</w:t>
      </w:r>
    </w:p>
    <w:p>
      <w:r>
        <w:t>فتصدق النتيجة كذلك</w:t>
      </w:r>
    </w:p>
    <w:p>
      <w:r>
        <w:t>هذا البيان الذي بينه المحقق التونسي هو الذي وصل اليه الملتقى الحديث ما تخلص من المعاني هو لا يقول لك كل انسان حيوان وكل حيوان حساس وهذه الالفاظ والمعاني تخلص منها جاء فقط بالصورنة</w:t>
      </w:r>
    </w:p>
    <w:p>
      <w:r>
        <w:t>آآ الصورنة</w:t>
      </w:r>
    </w:p>
    <w:p>
      <w:r>
        <w:t>يصبرنا ما معناه اذا كان الف باء تقول الف باء خلاص انتهى الامر هذا هو المنطق المنطق هكذا المنطق قائم على المعايير العقلية ومن المعايير العقلية</w:t>
      </w:r>
    </w:p>
    <w:p>
      <w:r>
        <w:t>ثم ان تطبق كما تشاء قل اذا كانت الشجرة آآ حيوانا فهي حساسة</w:t>
      </w:r>
    </w:p>
    <w:p>
      <w:r>
        <w:t>صادقة</w:t>
      </w:r>
    </w:p>
    <w:p>
      <w:r>
        <w:t>لك ان تبنيت ان الشجرة آآ حيوان</w:t>
      </w:r>
    </w:p>
    <w:p>
      <w:r>
        <w:t>تقول لي شيخنا الشجرة في نفس العمر ليس حيوان</w:t>
      </w:r>
    </w:p>
    <w:p>
      <w:r>
        <w:t>ما يهم</w:t>
      </w:r>
    </w:p>
    <w:p>
      <w:r>
        <w:t>صورة انا هنا</w:t>
      </w:r>
    </w:p>
    <w:p>
      <w:r>
        <w:t>قلت انت اذا بنيت على ان الشجرة حساسة فتكن حيوان</w:t>
      </w:r>
    </w:p>
    <w:p>
      <w:r>
        <w:t>اذا هنا الثورة ما هي? الاساس وليس المعاني</w:t>
      </w:r>
    </w:p>
    <w:p>
      <w:r>
        <w:t>نعم</w:t>
      </w:r>
    </w:p>
    <w:p>
      <w:r>
        <w:t>قال وان كانت سالبة كانت في التعليم مقابل ما كانت هناك</w:t>
      </w:r>
    </w:p>
    <w:p>
      <w:r>
        <w:t>ليصير برد السالبة الى لازمتها الموجبة كما يجب ان يكون هناك</w:t>
      </w:r>
    </w:p>
    <w:p>
      <w:r>
        <w:t>يعني وان كانت سالبة كانت شرائط في التعليم مقابل ما كانت هناك</w:t>
      </w:r>
    </w:p>
    <w:p>
      <w:r>
        <w:t>يعني المحقق التونسي رحمة الله عليه</w:t>
      </w:r>
    </w:p>
    <w:p>
      <w:r>
        <w:t>يتحدث مع ذهنيه ومن خياره</w:t>
      </w:r>
    </w:p>
    <w:p>
      <w:r>
        <w:t>لا يتحدث مع الاخرين</w:t>
      </w:r>
    </w:p>
    <w:p>
      <w:r>
        <w:t>وان كان سالبة كانت شرائط في التالي مقابل ما كانت هناك</w:t>
      </w:r>
    </w:p>
    <w:p>
      <w:r>
        <w:t>اي هناك</w:t>
      </w:r>
    </w:p>
    <w:p>
      <w:r>
        <w:t>ستين جملة انت كتبتها هنا</w:t>
      </w:r>
    </w:p>
    <w:p>
      <w:r>
        <w:t>اقول هذا هو القسم الثاني وهو ان تكون المتصلة صنفين الصنفين هنا بدار يبين ها المسألة يعني حملة متصلة وحملية فاصلة</w:t>
      </w:r>
    </w:p>
    <w:p>
      <w:r>
        <w:t>عندنا صنفان عندنا المتصلة والمنفصلة طعم كل شرطية بالحملية حملية متصلة حملة منفصلة يأتي الصنفان هذا هو القسم الثاني وهو ان تكون المتصلة في الصنفين الذين تقع الشرك معهما فيهما في التالي سالبة</w:t>
      </w:r>
    </w:p>
    <w:p>
      <w:r>
        <w:t>ويشترط فيه ان تكون الحبلية مع نقيض تالي متصلة مشتملة في كل شكل على شريط ذلك الشكل طبعا</w:t>
      </w:r>
    </w:p>
    <w:p>
      <w:r>
        <w:t>شرائط الشكل هذه ضرورية والى لا ينعقد القياس يكون العقم</w:t>
      </w:r>
    </w:p>
    <w:p>
      <w:r>
        <w:t>لان نرد السالبة المتصلة الى الموجبة الموافقة لها في الكم</w:t>
      </w:r>
    </w:p>
    <w:p>
      <w:r>
        <w:t>نعم</w:t>
      </w:r>
    </w:p>
    <w:p>
      <w:r>
        <w:t>والمقدم المناقض لها في التالي</w:t>
      </w:r>
    </w:p>
    <w:p>
      <w:r>
        <w:t>وحينئذ يرجع هذا القسم الى ما تكون المتصلة موجبة</w:t>
      </w:r>
    </w:p>
    <w:p>
      <w:r>
        <w:t>مثاله بالمثال مثلا</w:t>
      </w:r>
    </w:p>
    <w:p>
      <w:r>
        <w:t>لان هذه كلها عبارات في الخيال لا تظبط</w:t>
      </w:r>
    </w:p>
    <w:p>
      <w:r>
        <w:t>مثاله ليس البتة كليا</w:t>
      </w:r>
    </w:p>
    <w:p>
      <w:r>
        <w:t>صيغة كلية</w:t>
      </w:r>
    </w:p>
    <w:p>
      <w:r>
        <w:t>يعني المطلق ليس البتة لاحظت اللغة اللغة الطبيعية غير فاعلة في المنطق ولهذا تخلى عنها المنطق السوري الحديث ليس البتة اذا كان الف باء فليس كل جم دال يعني من قال? من قال? انه النفي النفي التام يعني النفي الملازمة التامة بين الف باء وجيم دال لا قد تكون في بعض الموارد</w:t>
      </w:r>
    </w:p>
    <w:p>
      <w:r>
        <w:t>هذا هو السلب الكلي</w:t>
      </w:r>
    </w:p>
    <w:p>
      <w:r>
        <w:t>ليس البتة اذا كان الف باء فليس كل جمدا</w:t>
      </w:r>
    </w:p>
    <w:p>
      <w:r>
        <w:t>لا</w:t>
      </w:r>
    </w:p>
    <w:p>
      <w:r>
        <w:t>قد يكون تلازم جزئي في مقطع من المقطع اذا ليس البتة ما معنى? يعني الشي في بعض الموارد في تلازم بين الف باء وجاء</w:t>
      </w:r>
    </w:p>
    <w:p>
      <w:r>
        <w:t>لماذا? لان السلب الكلي ماذا يقع في مقابله? الايجابي الجزئي</w:t>
      </w:r>
    </w:p>
    <w:p>
      <w:r>
        <w:t>اذا انت سلبت عدم الالتزام يعني يأتي الالتزام</w:t>
      </w:r>
    </w:p>
    <w:p>
      <w:r>
        <w:t>وكل دال هذه سهلة يعني كل من صادق عليه عنوان الدال فهو يعني هاء ينطوي على كل مصادق الدال</w:t>
      </w:r>
    </w:p>
    <w:p>
      <w:r>
        <w:t>ينتج الحد الأوسط هنا الدال</w:t>
      </w:r>
    </w:p>
    <w:p>
      <w:r>
        <w:t>احذفه ليس البتة اذا كان الف باء فليس كل جندل</w:t>
      </w:r>
    </w:p>
    <w:p>
      <w:r>
        <w:t>نعم لان نرد السليب الى قولنا كلما كان الف باء فكل جيم دال</w:t>
      </w:r>
    </w:p>
    <w:p>
      <w:r>
        <w:t>عن اذا انت اللحظة هنا اه سرب الكلية يعني تنفي الانقطاع من الف باء وجيم دال في الالتزام</w:t>
      </w:r>
    </w:p>
    <w:p>
      <w:r>
        <w:t>يجي واحد يقول ما في علاقة بين المقدم ما في ما في علاقة هو يقول له لا</w:t>
      </w:r>
    </w:p>
    <w:p>
      <w:r>
        <w:t>ليس البتاء اذا كان اليبا فليس كل جيم</w:t>
      </w:r>
    </w:p>
    <w:p>
      <w:r>
        <w:t>لا</w:t>
      </w:r>
    </w:p>
    <w:p>
      <w:r>
        <w:t>قد يصدق الالتزام وقد الالتزام هذا الالتزام</w:t>
      </w:r>
    </w:p>
    <w:p>
      <w:r>
        <w:t>قد يصدق كليا وقد يصدق جزء لاننا نرد السالبة الى قولنا كلما كان الف باء فكل جيم دال</w:t>
      </w:r>
    </w:p>
    <w:p>
      <w:r>
        <w:t>لماذا كلي? لما تقدما? في البند الستين</w:t>
      </w:r>
    </w:p>
    <w:p>
      <w:r>
        <w:t>نعم</w:t>
      </w:r>
    </w:p>
    <w:p>
      <w:r>
        <w:t>بند ستين</w:t>
      </w:r>
    </w:p>
    <w:p>
      <w:r>
        <w:t>اه اه بعيد حنينا منه في تلازم المتصلات يعني ما تحكيه هذه القضية ليس البتة اذا كان الف باء فليس كل جيم دال تحت استلزام واقعي</w:t>
      </w:r>
    </w:p>
    <w:p>
      <w:r>
        <w:t>الى رجعناه الى الموجبة</w:t>
      </w:r>
    </w:p>
    <w:p>
      <w:r>
        <w:t>كلما كان فكل جيم دال يعني في استلزام كلي</w:t>
      </w:r>
    </w:p>
    <w:p>
      <w:r>
        <w:t>في تلازم المتصلات يعني ما تحكيه السالبة هو عين ما تحكيه الموجبة</w:t>
      </w:r>
    </w:p>
    <w:p>
      <w:r>
        <w:t>في تلازم المتصلات</w:t>
      </w:r>
    </w:p>
    <w:p>
      <w:r>
        <w:t>ان كل متصلتين اذا توافقتا في المقدم والكيف وتخالفتا في الكيف وتناقضتا في التالي تلازمتا وتعاكستا هادي عمل تحتها خط اعملها الآن عندنا ليس البتة اذا كان الف باء فليس كل جيم دال ما هي القضية التي تلازمها? يعني تحكي ما احكيها</w:t>
      </w:r>
    </w:p>
    <w:p>
      <w:r>
        <w:t>نعم هي كلما كان</w:t>
      </w:r>
    </w:p>
    <w:p>
      <w:r>
        <w:t>هذا توافق في في الكم</w:t>
      </w:r>
    </w:p>
    <w:p>
      <w:r>
        <w:t>نعم</w:t>
      </w:r>
    </w:p>
    <w:p>
      <w:r>
        <w:t>توافق توافق في المقدم والكم</w:t>
      </w:r>
    </w:p>
    <w:p>
      <w:r>
        <w:t>المقدم الف باء والموجبا كلما كان الف باء</w:t>
      </w:r>
    </w:p>
    <w:p>
      <w:r>
        <w:t>وتخالفتا في الكيف تلك سالبة هادي موجبة وتناقضتا في التالي</w:t>
      </w:r>
    </w:p>
    <w:p>
      <w:r>
        <w:t>الاصلية ليس كل جمدان الرد الايجابي نعم</w:t>
      </w:r>
    </w:p>
    <w:p>
      <w:r>
        <w:t>تلازمتا تلازمتا بمعنى ما تحكيه الاولى تحكيه الثانية</w:t>
      </w:r>
    </w:p>
    <w:p>
      <w:r>
        <w:t>وتعاكستا وتعاكستا وينتج حينئذ كلما كان الف باء ف نعم كلما كان فكل جيمها رجعها الى السالبة التي تلازمها الكلية تبقى ليس البتة اذا كان اليبا فليس كل جيمها وهو المطلوب</w:t>
      </w:r>
    </w:p>
    <w:p>
      <w:r>
        <w:t>وهو المطلوب الذي قيدناه</w:t>
      </w:r>
    </w:p>
    <w:p>
      <w:r>
        <w:t>نعم فتنتج نعم تنتج هذا النتيجة</w:t>
      </w:r>
    </w:p>
    <w:p>
      <w:r>
        <w:t>سهلة جدا ليست صعبة</w:t>
      </w:r>
    </w:p>
    <w:p>
      <w:r>
        <w:t>اذا اردت ان اردت ان افلسفها بدون هذه الارجاعات يعني بدون الرد الى القضية التي تلازمها اقول هكذا</w:t>
      </w:r>
    </w:p>
    <w:p>
      <w:r>
        <w:t>فيه فيه نفي مطلق لعدم الاستلزام بين الف وجب دال يعني بين اه قضية وقضية</w:t>
      </w:r>
    </w:p>
    <w:p>
      <w:r>
        <w:t>القضية هي المقدم والقضية هي التالي</w:t>
      </w:r>
    </w:p>
    <w:p>
      <w:r>
        <w:t>نفي استلزاما مطلق له يعني فيه استلزام هذا الاستلزام وفق لي آآ تلازم المتصلات يكون كليا</w:t>
      </w:r>
    </w:p>
    <w:p>
      <w:r>
        <w:t>نعم</w:t>
      </w:r>
    </w:p>
    <w:p>
      <w:r>
        <w:t>فتقول آآ ليس البتة اذا كان الف باء فليس كل جيم هاء</w:t>
      </w:r>
    </w:p>
    <w:p>
      <w:r>
        <w:t>نعم</w:t>
      </w:r>
    </w:p>
    <w:p>
      <w:r>
        <w:t>ماذا هو? سهلة جدا</w:t>
      </w:r>
    </w:p>
    <w:p>
      <w:r>
        <w:t>تحدث قال الحد الاوسط</w:t>
      </w:r>
    </w:p>
    <w:p>
      <w:r>
        <w:t>وآآ ترب بين جيم واه فتكون النتيجة ليس البتة اذا كان الف باء فليس كل جيم هاء</w:t>
      </w:r>
    </w:p>
    <w:p>
      <w:r>
        <w:t>او تقول كل ما كان الف باء فكل جيم جيم هاء نعم</w:t>
      </w:r>
    </w:p>
    <w:p>
      <w:r>
        <w:t>على هذا اه على هذا على قاعدة شيخ ابي علي يعني الشيخ الرئيس ابن سينا وحينئذ يكون المنتج في كل شك شكل اربعة في كل شكل اربعة امثال ما في الحميات نعم</w:t>
      </w:r>
    </w:p>
    <w:p>
      <w:r>
        <w:t>كل شكل اربع يعني في كل الأشكال الأربع</w:t>
      </w:r>
    </w:p>
    <w:p>
      <w:r>
        <w:t>امثالنا في الحميات نعم الحميات عندنا آآ الظروف حسب الأشكال</w:t>
      </w:r>
    </w:p>
    <w:p>
      <w:r>
        <w:t>لجواز ان تكون المتصل متصلة سالبة كليا وجزئية</w:t>
      </w:r>
    </w:p>
    <w:p>
      <w:r>
        <w:t>لكن بالشر المذكور والمتأخرون لما طعنوا في استلزام المتصلتين المذكورتين اشترطوا ايجابا متصلا مذكورا</w:t>
      </w:r>
    </w:p>
    <w:p>
      <w:r>
        <w:t>المتأخرون لا يؤمنون بهذا الاستلزام</w:t>
      </w:r>
    </w:p>
    <w:p>
      <w:r>
        <w:t>يعني اذا كانت عندك شرطية هذه الشرط تنفي عدم الاستلزام الواقعي</w:t>
      </w:r>
    </w:p>
    <w:p>
      <w:r>
        <w:t>بين المقدم والتالي</w:t>
      </w:r>
    </w:p>
    <w:p>
      <w:r>
        <w:t>تنفي عدم استلزام يعني تفتي بالاستلزام</w:t>
      </w:r>
    </w:p>
    <w:p>
      <w:r>
        <w:t>اذا هذا الاستلزام حسب حسب التلازم المتصلات يكون كليا</w:t>
      </w:r>
    </w:p>
    <w:p>
      <w:r>
        <w:t>ممكن المتأخرون يقولون لا الإستلزام الكلي غير مضمون</w:t>
      </w:r>
    </w:p>
    <w:p>
      <w:r>
        <w:t>المضمون هو الإستلزام الجزئي</w:t>
      </w:r>
    </w:p>
    <w:p>
      <w:r>
        <w:t>الإستلزام الجزئي</w:t>
      </w:r>
    </w:p>
    <w:p>
      <w:r>
        <w:t>المهم واضح جدا اه الدليل لا يحتاج الى بيان فقط هذه القاعدة ان تحفظها</w:t>
      </w:r>
    </w:p>
    <w:p>
      <w:r>
        <w:t>تلازم المتصلات</w:t>
      </w:r>
    </w:p>
    <w:p>
      <w:r>
        <w:t>ومر علينا ان كل متصلتين اذا توافقتا في المقدم</w:t>
      </w:r>
    </w:p>
    <w:p>
      <w:r>
        <w:t>يعني المقدم واحد</w:t>
      </w:r>
    </w:p>
    <w:p>
      <w:r>
        <w:t>هنا في المثال الف باء</w:t>
      </w:r>
    </w:p>
    <w:p>
      <w:r>
        <w:t>والكم يعني تلك كلية وتلك كلية</w:t>
      </w:r>
    </w:p>
    <w:p>
      <w:r>
        <w:t>وتخالفت في الكيف يعني تلك ايجابية وتلك سلبية</w:t>
      </w:r>
    </w:p>
    <w:p>
      <w:r>
        <w:t>وتناقضت في التالي</w:t>
      </w:r>
    </w:p>
    <w:p>
      <w:r>
        <w:t>الاولى التالي مسلوب</w:t>
      </w:r>
    </w:p>
    <w:p>
      <w:r>
        <w:t>الثانية التالي موجب</w:t>
      </w:r>
    </w:p>
    <w:p>
      <w:r>
        <w:t>تلازمتا تلازمت باي يعني يحكيان دائرة واحدة من نفس الأمر</w:t>
      </w:r>
    </w:p>
    <w:p>
      <w:r>
        <w:t>من الواقع الخارجي وتعاكست تعاكست يعني هذه تؤدي وظيفة تلك يمكن ان تضعها في القياس في في مكانها وينتج حينئذ كلما كان الف باء فكل جيم هاء</w:t>
      </w:r>
    </w:p>
    <w:p>
      <w:r>
        <w:t>نعم ويلزمها ليس البتة اذا كان الف باء فليس كل جماع</w:t>
      </w:r>
    </w:p>
    <w:p>
      <w:r>
        <w:t>سهلة جدا القضية</w:t>
      </w:r>
    </w:p>
    <w:p>
      <w:r>
        <w:t>نعم</w:t>
      </w:r>
    </w:p>
    <w:p>
      <w:r>
        <w:t>مع الاسف الشديد في الحوزة العلمية ما في اجتهاد في المنطق</w:t>
      </w:r>
    </w:p>
    <w:p>
      <w:r>
        <w:t>الان الايرانيون تحركوا كثيرا في هذا المجال</w:t>
      </w:r>
    </w:p>
    <w:p>
      <w:r>
        <w:t>خصوصا مع احتكاك احتكاكهم بالمنطق الحديث</w:t>
      </w:r>
    </w:p>
    <w:p>
      <w:r>
        <w:t>فبدأوا ينفتحون على المنطقة الحديث ودخل في الحوزة ودخل في الجامعات دراسات مقارنة بين المنطق القديم والمنطق الجديد درست في غاية الجمال وفي غاية العمق</w:t>
      </w:r>
    </w:p>
    <w:p>
      <w:r>
        <w:t>لكن العالم العربي العالم العربي الجامعي يعرف فقط المنطق الحديث</w:t>
      </w:r>
    </w:p>
    <w:p>
      <w:r>
        <w:t>يجهل المنطق القديم</w:t>
      </w:r>
    </w:p>
    <w:p>
      <w:r>
        <w:t>الحوزة تعرف القديم وتجهل المنطق الحديث</w:t>
      </w:r>
    </w:p>
    <w:p>
      <w:r>
        <w:t>الا ان هذا القديم بقي في على قدمه</w:t>
      </w:r>
    </w:p>
    <w:p>
      <w:r>
        <w:t>لم يتعمق في مطالبه</w:t>
      </w:r>
    </w:p>
    <w:p>
      <w:r>
        <w:t>نعم</w:t>
      </w:r>
    </w:p>
    <w:p>
      <w:r>
        <w:t>لو فصلنا فلسفة المنطق على علم المنطق تكون بركة كبيرة في البحوث</w:t>
      </w:r>
    </w:p>
    <w:p>
      <w:r>
        <w:t>القياس المركب من حملية ومتصلة والاوسط في مقدمة المتصلة</w:t>
      </w:r>
    </w:p>
    <w:p>
      <w:r>
        <w:t>هنا الحد الاوسط يقع في المقدم وليس في التالي</w:t>
      </w:r>
    </w:p>
    <w:p>
      <w:r>
        <w:t>والحملية حملية</w:t>
      </w:r>
    </w:p>
    <w:p>
      <w:r>
        <w:t>ما عندها لا مقدم وتالي</w:t>
      </w:r>
    </w:p>
    <w:p>
      <w:r>
        <w:t>من باب كل الف باء</w:t>
      </w:r>
    </w:p>
    <w:p>
      <w:r>
        <w:t>واما الصنفان الباقيان فيشترط فيهما كون المتصلة</w:t>
      </w:r>
    </w:p>
    <w:p>
      <w:r>
        <w:t>صادقة المقدم</w:t>
      </w:r>
    </w:p>
    <w:p>
      <w:r>
        <w:t>نعم لان الصادق لا يولد الكذب</w:t>
      </w:r>
    </w:p>
    <w:p>
      <w:r>
        <w:t>اذا صادق المقدم التالي يكون صادقا بالضرورة</w:t>
      </w:r>
    </w:p>
    <w:p>
      <w:r>
        <w:t>ويجب ان تكون الحملة مع احدى مقدمتين متصلة نعم يعني تكون آآ مع احدى مقدمات يعني عندها شركة مع احد مقدمته المتصلة والا الحد الاوسط ينتفي</w:t>
      </w:r>
    </w:p>
    <w:p>
      <w:r>
        <w:t>او النتيجة منتجة للاخر</w:t>
      </w:r>
    </w:p>
    <w:p>
      <w:r>
        <w:t>على هيئة احد الظروف الحملية المنتجة</w:t>
      </w:r>
    </w:p>
    <w:p>
      <w:r>
        <w:t>او النتيجة منتجة للاخر يعني تاخذ النتيجة</w:t>
      </w:r>
    </w:p>
    <w:p>
      <w:r>
        <w:t>وتضعها مع مقدمة من مقدمتين تولد المقدمة آآ الثانية فيصح الانتاج</w:t>
      </w:r>
    </w:p>
    <w:p>
      <w:r>
        <w:t>نعم</w:t>
      </w:r>
    </w:p>
    <w:p>
      <w:r>
        <w:t>اقول الصنفان الباقيان هما اللذان تكون الشرك فيه مع مقدم المتصلة يعني الحد الاوسط في مقدم المتصل</w:t>
      </w:r>
    </w:p>
    <w:p>
      <w:r>
        <w:t>نعم</w:t>
      </w:r>
    </w:p>
    <w:p>
      <w:r>
        <w:t>سواء كانت المتصلة صغرى او كبرى لا يهم</w:t>
      </w:r>
    </w:p>
    <w:p>
      <w:r>
        <w:t>يشترط فيهما امران</w:t>
      </w:r>
    </w:p>
    <w:p>
      <w:r>
        <w:t>احدهما صدق مقدم المتصلة حتى يأتي التالي الصادق</w:t>
      </w:r>
    </w:p>
    <w:p>
      <w:r>
        <w:t>الثاني احد الامرين وهو اما انتاج الحملة مع مقدم المتصلة مقدم النتيجة او انتاج الحملة مع مقدم النتيجة مقدم المتصلة على هيئة احد الظروف والاشكال في الحملات</w:t>
      </w:r>
    </w:p>
    <w:p>
      <w:r>
        <w:t>ثم لم يبين الامثلة لانه آآ واضحة جدا ثم يأتي قال فان كانت الحملة مع متقدم النتيجة يأتي بالتطبيقات</w:t>
      </w:r>
    </w:p>
    <w:p>
      <w:r>
        <w:t>في البند الذي يأتي على حسب تحقيق بيدار ميتين وسبعة وثلاثين يأتي ان شاء الله</w:t>
      </w:r>
    </w:p>
    <w:p>
      <w:r>
        <w:t>هناك نبينه اللهم صل على محمد وال محمد</w:t>
      </w:r>
    </w:p>
    <w:p>
      <w:r>
        <w:t>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