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قال فان كانت مع مقدم النتيجة منتجة للمقدمة المتصلة</w:t>
      </w:r>
    </w:p>
    <w:p>
      <w:r>
        <w:t>المعلوم مو لها</w:t>
      </w:r>
    </w:p>
    <w:p>
      <w:r>
        <w:t>نعم جميل هذه حيلة منطقية</w:t>
      </w:r>
    </w:p>
    <w:p>
      <w:r>
        <w:t>حيلة منطقية</w:t>
      </w:r>
    </w:p>
    <w:p>
      <w:r>
        <w:t>هذه الكنوز لو قاربناها بالصورنة المنطق الحديثة صدقوني الطالب العزيز يفهم المنطقة الحديث بقوة نعم هذا المنطق القديم لا نقول انه آآ نسخ لا انا قرأت المحققين من الغرب آآ متخصصين في المنطق الحديث والمنطق القديم قالوا لا المنطق القديم يجب ان نعم ظروري جدا لان الذخيرة معرفية واسعة جدا واشتغل عليها العلماء والاجداد حيث انه انسان يتجاوزها لانه لا يبقى فيها فقط لان المنطق القديم يمثل دائرة من المنطق الحديث</w:t>
      </w:r>
    </w:p>
    <w:p>
      <w:r>
        <w:t>المنطق الحديث اربع دوائر</w:t>
      </w:r>
    </w:p>
    <w:p>
      <w:r>
        <w:t>فالمنطق القديم دائرة من هذه الدوائر</w:t>
      </w:r>
    </w:p>
    <w:p>
      <w:r>
        <w:t>جيد</w:t>
      </w:r>
    </w:p>
    <w:p>
      <w:r>
        <w:t>الان عندنا حملية وعندنا متصلة</w:t>
      </w:r>
    </w:p>
    <w:p>
      <w:r>
        <w:t>والحد الاوسط يقع في المقدم</w:t>
      </w:r>
    </w:p>
    <w:p>
      <w:r>
        <w:t>يعني اذا قلنا آآ اذا كان الف كان باء الف هو الحد الوسط</w:t>
      </w:r>
    </w:p>
    <w:p>
      <w:r>
        <w:t>ثم عندك حملية بأي شكل كان</w:t>
      </w:r>
    </w:p>
    <w:p>
      <w:r>
        <w:t>تشترك مع المتصلة في المقدم</w:t>
      </w:r>
    </w:p>
    <w:p>
      <w:r>
        <w:t>لأن المقدم الحد الأوسط هناك</w:t>
      </w:r>
    </w:p>
    <w:p>
      <w:r>
        <w:t>نعم</w:t>
      </w:r>
    </w:p>
    <w:p>
      <w:r>
        <w:t>آآ فاذا كانت الحملية مع مقدم النتيجة</w:t>
      </w:r>
    </w:p>
    <w:p>
      <w:r>
        <w:t>الحملية مع مقدم النتيجة</w:t>
      </w:r>
    </w:p>
    <w:p>
      <w:r>
        <w:t>لان النتيجة ما هي? عندك المقدم</w:t>
      </w:r>
    </w:p>
    <w:p>
      <w:r>
        <w:t>لان النتيجة تكون متصلة عندها مقدم هذا المقدم حتما يكون هو التالي نعم هو التالي اذا جعلنا آآ المتصلة صغرى هو التالي لان المقدم حد اوسط يختفي فالتالي يتعانق مع اه جزء من الحملية سواء كنا كان المحمول او الموضوع حسب الحد الاوسط العين</w:t>
      </w:r>
    </w:p>
    <w:p>
      <w:r>
        <w:t>نعم اذا كان الحوس الحجر الاوسط هو الموضوع والمحمول اه هو الاكبر فيكون المقدم هو التالي</w:t>
      </w:r>
    </w:p>
    <w:p>
      <w:r>
        <w:t>المهم المقدم يختفي لأنه حد الأوسط</w:t>
      </w:r>
    </w:p>
    <w:p>
      <w:r>
        <w:t>فإذا كانت الحملية مع مقدم النتيجة</w:t>
      </w:r>
    </w:p>
    <w:p>
      <w:r>
        <w:t>يعني الحملية نطعم لها نطعم نطعم مع مقدم النتيجة منتجة لمقدم المتصلة</w:t>
      </w:r>
    </w:p>
    <w:p>
      <w:r>
        <w:t>يعني تعطينا المقدم المتصل يعني تعطينا الحد الاوسط</w:t>
      </w:r>
    </w:p>
    <w:p>
      <w:r>
        <w:t>المعلو استلزامه للتالي</w:t>
      </w:r>
    </w:p>
    <w:p>
      <w:r>
        <w:t>اذا انتجت المقدم اللي هو الحد الاوسط والحد الاوسط صاد يولد الا الصادق يعطي التالي صدقا بالضرورة لاستلزامه تليها علم من ذلك استلزام مقدم النتيجة لتالي تلك المتصلة بعينه يعني نعلم بان مقدم النتيجة صادق يولد التالي النتيجة</w:t>
      </w:r>
    </w:p>
    <w:p>
      <w:r>
        <w:t>لانه لان وضع المقدمتين مستلزم لوضع النتيجة استلزاما كليا</w:t>
      </w:r>
    </w:p>
    <w:p>
      <w:r>
        <w:t>نعم هذه قاعدة</w:t>
      </w:r>
    </w:p>
    <w:p>
      <w:r>
        <w:t>فوضع مقدم النتيجة المستلزم مع الحملية لمن? لمقدم الشرطية الموضوع مطلقا لمقدم المتصلة الشرطية المتصلة يستلزم ما يستلزمه مقدم المتصل بعينه وبالتالي ثاني المتصلة وعلى هذا تكون النتائج كلية</w:t>
      </w:r>
    </w:p>
    <w:p>
      <w:r>
        <w:t>يعني انت وتتأمل في هذه الصياغات المنطقية الصياغات المعنوية وليس اللفظية تجد مبدأ التناقض يتحرك</w:t>
      </w:r>
    </w:p>
    <w:p>
      <w:r>
        <w:t>واذا تحرك مبدأ التناقض مبدأ الهوية معه</w:t>
      </w:r>
    </w:p>
    <w:p>
      <w:r>
        <w:t>لان مبدأ التناقض يحافظ على الهوية</w:t>
      </w:r>
    </w:p>
    <w:p>
      <w:r>
        <w:t>ويعني الهوية الهوية اي هوية? الهوية الذات الالهية او المخلوقة متى تسري في الكون سريان التناغمي? اذا تناغمت مع تعيناتها وهويتها</w:t>
      </w:r>
    </w:p>
    <w:p>
      <w:r>
        <w:t>بمجرد ان تعطيها تعين ليس من طبيعتها</w:t>
      </w:r>
    </w:p>
    <w:p>
      <w:r>
        <w:t>فهذه الهوية تخرب</w:t>
      </w:r>
    </w:p>
    <w:p>
      <w:r>
        <w:t>في العلم ممكن نحمل عليها تعينا محمولا ووصفا يخربها مبنى التناقض يقول لا</w:t>
      </w:r>
    </w:p>
    <w:p>
      <w:r>
        <w:t>تأتي القواعد المنطقية تقول</w:t>
      </w:r>
    </w:p>
    <w:p>
      <w:r>
        <w:t>نعم</w:t>
      </w:r>
    </w:p>
    <w:p>
      <w:r>
        <w:t>دقق الان في الشرح تفهم المسألة</w:t>
      </w:r>
    </w:p>
    <w:p>
      <w:r>
        <w:t>نعم</w:t>
      </w:r>
    </w:p>
    <w:p>
      <w:r>
        <w:t>اقول اذا كانت الحملة مع مقدم النتيجة</w:t>
      </w:r>
    </w:p>
    <w:p>
      <w:r>
        <w:t>يعني حصلنا على نتيجة ناخذ المقدم</w:t>
      </w:r>
    </w:p>
    <w:p>
      <w:r>
        <w:t>ونعمل قياس ماذا ننتج? ننتج مقدم المتصلة</w:t>
      </w:r>
    </w:p>
    <w:p>
      <w:r>
        <w:t>مقدم المتصلة هو الحد الأوسط</w:t>
      </w:r>
    </w:p>
    <w:p>
      <w:r>
        <w:t>صادق يولد التالي</w:t>
      </w:r>
    </w:p>
    <w:p>
      <w:r>
        <w:t>اذا مقدم والنتيجة صادقة جدا</w:t>
      </w:r>
    </w:p>
    <w:p>
      <w:r>
        <w:t>نعم</w:t>
      </w:r>
    </w:p>
    <w:p>
      <w:r>
        <w:t>اذا كانت الحملية مع مقدم النتيجة لان النتيجة لازم تكون متصلة كذلك</w:t>
      </w:r>
    </w:p>
    <w:p>
      <w:r>
        <w:t>عند مقدمه التالي</w:t>
      </w:r>
    </w:p>
    <w:p>
      <w:r>
        <w:t>المعلوم استلزامه لتليها</w:t>
      </w:r>
    </w:p>
    <w:p>
      <w:r>
        <w:t>لماذا? لان المتصلة في القياس المقدم الذي هو حد الاوسط صادق يولد التالي قطعا يولده صادقا</w:t>
      </w:r>
    </w:p>
    <w:p>
      <w:r>
        <w:t>نعم</w:t>
      </w:r>
    </w:p>
    <w:p>
      <w:r>
        <w:t>المعلوم استلزامه لتاريها علم استلزام مقدم النتيجة للتالي المذكور</w:t>
      </w:r>
    </w:p>
    <w:p>
      <w:r>
        <w:t>مثلا اذا صدق كل جيم باء كل جيم باء وكلما كان هنا عمل المتصلة كبرى معليش كل اجنبة حملية وكلما كان بعض بألف فزا انظر احد الاوسط في مقدم المتصلة الكبرى</w:t>
      </w:r>
    </w:p>
    <w:p>
      <w:r>
        <w:t>هناك نعم وباء لي سابق حتما يولد الثالث هذا نعم ينتج كل ما كان الف كلما كان جيم الف لماذا? لان الحد الاوسط يختفي باء كلما كان جيم الف فهو لانه كلما كان كل جيم الف فكل نعم</w:t>
      </w:r>
    </w:p>
    <w:p>
      <w:r>
        <w:t>لان الحد الاوسط وكل جيم اليف</w:t>
      </w:r>
    </w:p>
    <w:p>
      <w:r>
        <w:t>نعم</w:t>
      </w:r>
    </w:p>
    <w:p>
      <w:r>
        <w:t>واضحة جدا</w:t>
      </w:r>
    </w:p>
    <w:p>
      <w:r>
        <w:t>اذا هذه حيلة منطقية حيلة منطقية بمعنى تنظير منطقي لاثبات النتيجة</w:t>
      </w:r>
    </w:p>
    <w:p>
      <w:r>
        <w:t>اما استلزامه لكل جيم باء</w:t>
      </w:r>
    </w:p>
    <w:p>
      <w:r>
        <w:t>لان آآ يقول كلما كان الجيم الف فكل جيم با وكل جيم الف</w:t>
      </w:r>
    </w:p>
    <w:p>
      <w:r>
        <w:t>آآ اما استلزامه لكل جين فلثبوته في نفس الامر</w:t>
      </w:r>
    </w:p>
    <w:p>
      <w:r>
        <w:t>كبر القياس ما هي? كل جيم باء اه هذه الحملة</w:t>
      </w:r>
    </w:p>
    <w:p>
      <w:r>
        <w:t>وكلما كان اه بعض الف هذا ينتج كل ما كان كل جيم لنبا يختفي فهذا</w:t>
      </w:r>
    </w:p>
    <w:p>
      <w:r>
        <w:t>يعني فيه تلازم منطقي كلي بين جيم الف وهذا</w:t>
      </w:r>
    </w:p>
    <w:p>
      <w:r>
        <w:t>لماذا? لانه كلما كان كل جيم الف نعم فكل جيم من اين? من اين هذه? آآ لان آآ كلية وكل ما كان بعض الف هاء فهزا نعم فكل ما كانت جيم الف فكانت جيم</w:t>
      </w:r>
    </w:p>
    <w:p>
      <w:r>
        <w:t>لماذا? لان جيم يجر باء</w:t>
      </w:r>
    </w:p>
    <w:p>
      <w:r>
        <w:t>انظر في الحملية عندك كل ما هو معناها؟ جيم مندرج بتمامه تحت باء</w:t>
      </w:r>
    </w:p>
    <w:p>
      <w:r>
        <w:t>يعني حيث كان باج في داخله</w:t>
      </w:r>
    </w:p>
    <w:p>
      <w:r>
        <w:t>لانه ينطوي عليك حملية حملية كلية يعني تجي من دائرة داخلة في دائرة كبيرة يا باء</w:t>
      </w:r>
    </w:p>
    <w:p>
      <w:r>
        <w:t>نعم</w:t>
      </w:r>
    </w:p>
    <w:p>
      <w:r>
        <w:t>فاذا كان الانتاج نعيد القياس كل جيم باء حملية</w:t>
      </w:r>
    </w:p>
    <w:p>
      <w:r>
        <w:t>معناها جيم داخل في تمام باء</w:t>
      </w:r>
    </w:p>
    <w:p>
      <w:r>
        <w:t>وباء اوسع</w:t>
      </w:r>
    </w:p>
    <w:p>
      <w:r>
        <w:t>وكلما كان باء الف هذا يعني باء الذي يندرج على على جيم</w:t>
      </w:r>
    </w:p>
    <w:p>
      <w:r>
        <w:t>ينطوي على جيم</w:t>
      </w:r>
    </w:p>
    <w:p>
      <w:r>
        <w:t>ينطوي على جيم الف آآ فكلما كان وكلما كان بعض باء الف بعض الف باء بعض باء يعني يصدق على جيم لان الف باء دائرة كبيرة تنطوي على جيم فجيم بعضها اذا قلت كأنك قلت جيب وكلما كان بعض فهذا كأنك قلت كذا وكلما كان جيم الف فهذا ينتج كلما كان جيم الف لغياب الحد الأوسط</w:t>
      </w:r>
    </w:p>
    <w:p>
      <w:r>
        <w:t>فهذا هذه سهلة جدا</w:t>
      </w:r>
    </w:p>
    <w:p>
      <w:r>
        <w:t>صغرى كبرى حد الاوسط تحذفه النتيجة سهلة</w:t>
      </w:r>
    </w:p>
    <w:p>
      <w:r>
        <w:t>كلما كان جيم الف هذا لانه كلما كلما كان كل جيم الف</w:t>
      </w:r>
    </w:p>
    <w:p>
      <w:r>
        <w:t>فكل جيم باء</w:t>
      </w:r>
    </w:p>
    <w:p>
      <w:r>
        <w:t>نعم</w:t>
      </w:r>
    </w:p>
    <w:p>
      <w:r>
        <w:t>لماذا? لانه جيم اذا اندرج آآ تحت الف وجيم مندرج تحت باء نعم يكون</w:t>
      </w:r>
    </w:p>
    <w:p>
      <w:r>
        <w:t>يكون في النتيجة</w:t>
      </w:r>
    </w:p>
    <w:p>
      <w:r>
        <w:t>فكلما كانت جيم الف فكل جيم</w:t>
      </w:r>
    </w:p>
    <w:p>
      <w:r>
        <w:t>نعم</w:t>
      </w:r>
    </w:p>
    <w:p>
      <w:r>
        <w:t>وكل جيم الف نعم</w:t>
      </w:r>
    </w:p>
    <w:p>
      <w:r>
        <w:t>اما انا الى اه اه التدقيق</w:t>
      </w:r>
    </w:p>
    <w:p>
      <w:r>
        <w:t>وام استلزامه لكل جيم باء من اين? فلثبوته الامر</w:t>
      </w:r>
    </w:p>
    <w:p>
      <w:r>
        <w:t>في واقع الامر في اه لانه في الكلية في في الحملية</w:t>
      </w:r>
    </w:p>
    <w:p>
      <w:r>
        <w:t>في الحملية فيصدق على هذا التقدير</w:t>
      </w:r>
    </w:p>
    <w:p>
      <w:r>
        <w:t>واما استلزامه لكل فظاهر</w:t>
      </w:r>
    </w:p>
    <w:p>
      <w:r>
        <w:t>جيم الف هذا اه ببركة اه الحد او صطبة</w:t>
      </w:r>
    </w:p>
    <w:p>
      <w:r>
        <w:t>عندك نتا الصغرى ما هي كل جيم باء حملية وكل ما كان بعض الف فهو زاء كلما كان كل جيم الف لان جيم يدخل تحتها باء فيدخل تحتها الف</w:t>
      </w:r>
    </w:p>
    <w:p>
      <w:r>
        <w:t>فيستلزمه هذا هذه سهلة</w:t>
      </w:r>
    </w:p>
    <w:p>
      <w:r>
        <w:t>المشكل هنا كلما كان كل جيم الف يعني اذا انطوى الجيم تحت الف</w:t>
      </w:r>
    </w:p>
    <w:p>
      <w:r>
        <w:t>فكل جيم باء</w:t>
      </w:r>
    </w:p>
    <w:p>
      <w:r>
        <w:t>لماذا? لان بعض باء مندرج تحت يعني انت اذا امنت جيم الف فقد امنت جيم تحت باء لان باء تحت الف</w:t>
      </w:r>
    </w:p>
    <w:p>
      <w:r>
        <w:t>المندرج تحت المندرج مندرج</w:t>
      </w:r>
    </w:p>
    <w:p>
      <w:r>
        <w:t>جيم مندرج تحته باء</w:t>
      </w:r>
    </w:p>
    <w:p>
      <w:r>
        <w:t>نعم</w:t>
      </w:r>
    </w:p>
    <w:p>
      <w:r>
        <w:t>هذا الباء بعضهم مندرج تحتها الف</w:t>
      </w:r>
    </w:p>
    <w:p>
      <w:r>
        <w:t>فتقول كلما كانت جيم الف فكل جيم باء</w:t>
      </w:r>
    </w:p>
    <w:p>
      <w:r>
        <w:t>نعم</w:t>
      </w:r>
    </w:p>
    <w:p>
      <w:r>
        <w:t>لان باء في بعضه مندرج تحت الف</w:t>
      </w:r>
    </w:p>
    <w:p>
      <w:r>
        <w:t>وكل جيم الف كل جيم الف هذه واضحة جدا</w:t>
      </w:r>
    </w:p>
    <w:p>
      <w:r>
        <w:t>ناتجة من القياس</w:t>
      </w:r>
    </w:p>
    <w:p>
      <w:r>
        <w:t>الاوسط يختفي جيم الف يدخل</w:t>
      </w:r>
    </w:p>
    <w:p>
      <w:r>
        <w:t>اذا اذا بنينا على كل جيم الف نؤمن جيم با وجيم الف</w:t>
      </w:r>
    </w:p>
    <w:p>
      <w:r>
        <w:t>نعم</w:t>
      </w:r>
    </w:p>
    <w:p>
      <w:r>
        <w:t>اما استلزابه لكل جين باء فلثبوته في نفس الامر</w:t>
      </w:r>
    </w:p>
    <w:p>
      <w:r>
        <w:t>نعم</w:t>
      </w:r>
    </w:p>
    <w:p>
      <w:r>
        <w:t>في نفس الامر يعني انت الان باء مندرجة بالبعض تحت الف</w:t>
      </w:r>
    </w:p>
    <w:p>
      <w:r>
        <w:t>وجيم مندرج تحتها باء</w:t>
      </w:r>
    </w:p>
    <w:p>
      <w:r>
        <w:t>فجيم مندرج تحتها آآ الف واضحة جدا</w:t>
      </w:r>
    </w:p>
    <w:p>
      <w:r>
        <w:t>واما استلزامه لكل جيم فظاهر حسب الحد الاوسط</w:t>
      </w:r>
    </w:p>
    <w:p>
      <w:r>
        <w:t>يختفي باء يتلاقى جيم مع الف حسب حد الاوسط</w:t>
      </w:r>
    </w:p>
    <w:p>
      <w:r>
        <w:t>يكتب هنا فظاهر حسب الحد الاوسط في القياس</w:t>
      </w:r>
    </w:p>
    <w:p>
      <w:r>
        <w:t>القياس ما هو? كل جيم باء وكل ما كان بعض باء الف</w:t>
      </w:r>
    </w:p>
    <w:p>
      <w:r>
        <w:t>بل هو الحد الأوسط</w:t>
      </w:r>
    </w:p>
    <w:p>
      <w:r>
        <w:t>يلاقي بين جيم والف</w:t>
      </w:r>
    </w:p>
    <w:p>
      <w:r>
        <w:t>واذا صدق كل جيم باء وكل جيم اليف</w:t>
      </w:r>
    </w:p>
    <w:p>
      <w:r>
        <w:t>كل جيم باء هذه اين? في الحملية</w:t>
      </w:r>
    </w:p>
    <w:p>
      <w:r>
        <w:t>يعني في الصغرى</w:t>
      </w:r>
    </w:p>
    <w:p>
      <w:r>
        <w:t>وكل جيم اليف ببركة الحد الاوسط باء</w:t>
      </w:r>
    </w:p>
    <w:p>
      <w:r>
        <w:t>فبعض باء الف من الثالث من الشكل الثالث</w:t>
      </w:r>
    </w:p>
    <w:p>
      <w:r>
        <w:t>نعم ينتج كلما كانت جيم الف فبعض بآليف</w:t>
      </w:r>
    </w:p>
    <w:p>
      <w:r>
        <w:t>وكلما كان بعض الف هذا</w:t>
      </w:r>
    </w:p>
    <w:p>
      <w:r>
        <w:t>ينتج كلما كان جيم الف هذا</w:t>
      </w:r>
    </w:p>
    <w:p>
      <w:r>
        <w:t>هذه هي النتيجة التي رأيناها في ما مضى كل جيمبا وكلما كان بعض بعض باء الف هذا ينتج كلما كان جيم الف هذا</w:t>
      </w:r>
    </w:p>
    <w:p>
      <w:r>
        <w:t>ما يحتاج لها هذا الدوران خليني انا نقرب لك النتيجة فهمي انا انظر ارجع الى اقول على من حلي اقول اذا كانت الحملية الحملية يأتي الى آآ مثلا اذا صدق</w:t>
      </w:r>
    </w:p>
    <w:p>
      <w:r>
        <w:t>كل جيم بحملية ما معناها? يعني جيم مندرج تحتها باء</w:t>
      </w:r>
    </w:p>
    <w:p>
      <w:r>
        <w:t>مندرج يعني جيم يأخذ احكام به</w:t>
      </w:r>
    </w:p>
    <w:p>
      <w:r>
        <w:t>وكلما كان بعض الف آآ بعض بعض باء الف نعم فهذا يعني عندنا دائرة من آآ آآ باء داخلة تحت الف</w:t>
      </w:r>
    </w:p>
    <w:p>
      <w:r>
        <w:t>تولد بالاستلزام هذا</w:t>
      </w:r>
    </w:p>
    <w:p>
      <w:r>
        <w:t>هذا البعض من هو جي من يعني كلما كان كل جيم الف لان باء يختفي</w:t>
      </w:r>
    </w:p>
    <w:p>
      <w:r>
        <w:t>لماذا كل? لان الجيم داخل كلبة آآ داخل تحت باء يعني بكله داخل تحت باء</w:t>
      </w:r>
    </w:p>
    <w:p>
      <w:r>
        <w:t>ولهذا ما نقول بعض جيم كل جيم مثلا انسان وحيوان</w:t>
      </w:r>
    </w:p>
    <w:p>
      <w:r>
        <w:t>الإنسان داخل تتم تمام الحيوان</w:t>
      </w:r>
    </w:p>
    <w:p>
      <w:r>
        <w:t>فإذا اعطيت انت وصف للحيوان الحساس</w:t>
      </w:r>
    </w:p>
    <w:p>
      <w:r>
        <w:t>فتقول بعض الحيوان حساس</w:t>
      </w:r>
    </w:p>
    <w:p>
      <w:r>
        <w:t>من هو الإنسان؟ فتقول كل انسان حساس</w:t>
      </w:r>
    </w:p>
    <w:p>
      <w:r>
        <w:t>كلما كانت جيم الف فهو حسد</w:t>
      </w:r>
    </w:p>
    <w:p>
      <w:r>
        <w:t>نعم</w:t>
      </w:r>
    </w:p>
    <w:p>
      <w:r>
        <w:t>آآ خلينا مثلا نمثل بهذا المثال السطحي الهزيل</w:t>
      </w:r>
    </w:p>
    <w:p>
      <w:r>
        <w:t>انسان حيوان صادق انسان يندرج بتمامه تحت عنوان الحيوان لان جنسه</w:t>
      </w:r>
    </w:p>
    <w:p>
      <w:r>
        <w:t>نعم</w:t>
      </w:r>
    </w:p>
    <w:p>
      <w:r>
        <w:t>وكلما كان بعض آآ بعض الحيوان آآ كلما كان بعض الحيوان آآ حساس فتخرج لك نتا استلزام</w:t>
      </w:r>
    </w:p>
    <w:p>
      <w:r>
        <w:t>استلزام حساس مثلا يتحرك بالارادة</w:t>
      </w:r>
    </w:p>
    <w:p>
      <w:r>
        <w:t>يتحرك بالارادة</w:t>
      </w:r>
    </w:p>
    <w:p>
      <w:r>
        <w:t>اذا عندك انت كلو عندو الحيوان بوصف الحساسة يستلزم ماذا؟ الحركة بالإرادة</w:t>
      </w:r>
    </w:p>
    <w:p>
      <w:r>
        <w:t>اذا الإنسان بكله لأنه حيوان وحساس يتحرك بالإرادة</w:t>
      </w:r>
    </w:p>
    <w:p>
      <w:r>
        <w:t>النتيجة ما هي؟ كل كان كل جيم الف يعني كلما كان كل الانسان آآ كل الانسان آآ حساس فيتحرك بالارادة</w:t>
      </w:r>
    </w:p>
    <w:p>
      <w:r>
        <w:t>سهلة جدا ما يحتاج الى آآ هذه الاليات</w:t>
      </w:r>
    </w:p>
    <w:p>
      <w:r>
        <w:t>مع هذا ما عليهش</w:t>
      </w:r>
    </w:p>
    <w:p>
      <w:r>
        <w:t>نعيد التطبيق اما استلزامه استلزامه يعني القياس لكل جنبة في النتيجة ما هي? قلنا كلما كان كل جيم الف فكل جيم باء وكل جيم الف</w:t>
      </w:r>
    </w:p>
    <w:p>
      <w:r>
        <w:t>نعم واما استلزامه لكل جيم لكل جيم فلثبوته في نفس الامر</w:t>
      </w:r>
    </w:p>
    <w:p>
      <w:r>
        <w:t>اي في الحملية</w:t>
      </w:r>
    </w:p>
    <w:p>
      <w:r>
        <w:t>الحملية</w:t>
      </w:r>
    </w:p>
    <w:p>
      <w:r>
        <w:t>الحبلية تقول كل جيم باء</w:t>
      </w:r>
    </w:p>
    <w:p>
      <w:r>
        <w:t>نعم</w:t>
      </w:r>
    </w:p>
    <w:p>
      <w:r>
        <w:t>فيصدق على ذا التقدير</w:t>
      </w:r>
    </w:p>
    <w:p>
      <w:r>
        <w:t>واما استلزامه لكل جيم الفظار</w:t>
      </w:r>
    </w:p>
    <w:p>
      <w:r>
        <w:t>لان الجيم هو ذلك بعظ آآ بعظ آآ بعظ باء</w:t>
      </w:r>
    </w:p>
    <w:p>
      <w:r>
        <w:t>جيم هو بعظ باء</w:t>
      </w:r>
    </w:p>
    <w:p>
      <w:r>
        <w:t>آآ وهذا البعظ باء هو الف جيم الف</w:t>
      </w:r>
    </w:p>
    <w:p>
      <w:r>
        <w:t>هذا هو واضحة جدا</w:t>
      </w:r>
    </w:p>
    <w:p>
      <w:r>
        <w:t>واذا صدق كل جيم وكل جيم الف صدق كل جيم اي في الحملية وكل جيم الف</w:t>
      </w:r>
    </w:p>
    <w:p>
      <w:r>
        <w:t>اي في في النتيجة</w:t>
      </w:r>
    </w:p>
    <w:p>
      <w:r>
        <w:t>كل جيم باء وكل جيم الف</w:t>
      </w:r>
    </w:p>
    <w:p>
      <w:r>
        <w:t>فبعض باء الف من الشكر الثالث</w:t>
      </w:r>
    </w:p>
    <w:p>
      <w:r>
        <w:t>لماذا الشكل الثالث? الشكل الثالث الحد الاوسط في الموضوع</w:t>
      </w:r>
    </w:p>
    <w:p>
      <w:r>
        <w:t>هنا شوف كل جيم باء جيم موظوع وكل جيم الف</w:t>
      </w:r>
    </w:p>
    <w:p>
      <w:r>
        <w:t>جيم موظوع بالاوسط</w:t>
      </w:r>
    </w:p>
    <w:p>
      <w:r>
        <w:t>صادق عليه الشكل الثالث</w:t>
      </w:r>
    </w:p>
    <w:p>
      <w:r>
        <w:t>الشكل الثالث ينتج جزئية</w:t>
      </w:r>
    </w:p>
    <w:p>
      <w:r>
        <w:t>اذا كل جيم باء وكل جيم الف اشترك في الموضوع الذي وحده الاوسط</w:t>
      </w:r>
    </w:p>
    <w:p>
      <w:r>
        <w:t>النتيجة تكون جزئية</w:t>
      </w:r>
    </w:p>
    <w:p>
      <w:r>
        <w:t>يعني بعض باليف</w:t>
      </w:r>
    </w:p>
    <w:p>
      <w:r>
        <w:t>نعم</w:t>
      </w:r>
    </w:p>
    <w:p>
      <w:r>
        <w:t>ينتج كل ما كان اليف بعض اليف وكلما كانت بعض باء الف فهذه ينتج كلما كانت جيم الف هذا</w:t>
      </w:r>
    </w:p>
    <w:p>
      <w:r>
        <w:t>تطويل الى انه تطويل عبقري</w:t>
      </w:r>
    </w:p>
    <w:p>
      <w:r>
        <w:t>لان صدق الحملة ومقدم النتيجة على تقدير مقدم النتيجة صدق مقدما متصلا</w:t>
      </w:r>
    </w:p>
    <w:p>
      <w:r>
        <w:t>لأنه حد الأوسط وصدق مقدم المتصل يستلزم الصدق التالي</w:t>
      </w:r>
    </w:p>
    <w:p>
      <w:r>
        <w:t>المتصلة ايضا ومستلزم المستلزم للشيء مستلزم لذلك الشيء</w:t>
      </w:r>
    </w:p>
    <w:p>
      <w:r>
        <w:t>فكان مقدم النتيجة نعم مقدم والنتيجة اه اه جيم الف مستلزم للتالي المتصلة</w:t>
      </w:r>
    </w:p>
    <w:p>
      <w:r>
        <w:t>ما هو? هزه اعني تاني نتيجة وهو المطلوب</w:t>
      </w:r>
    </w:p>
    <w:p>
      <w:r>
        <w:t>وعلى هذا البحث تكون النتائج كلها</w:t>
      </w:r>
    </w:p>
    <w:p>
      <w:r>
        <w:t>نعم القياس معقد بالا يتضح وهذه عبقرية مع الاسف الشديد في العلوم علوم العقيدة والفلسفة والاصول وو لا نجد لا نجد هذه التدقيقات الاستدلالية</w:t>
      </w:r>
    </w:p>
    <w:p>
      <w:r>
        <w:t>دائما يروحون الى الشكل الاول البسيط او الشكل الثاني</w:t>
      </w:r>
    </w:p>
    <w:p>
      <w:r>
        <w:t>حتى الشكل الثالث تجده نادرا</w:t>
      </w:r>
    </w:p>
    <w:p>
      <w:r>
        <w:t>نعم هذه التدقيقات في غاية الجمال</w:t>
      </w:r>
    </w:p>
    <w:p>
      <w:r>
        <w:t>انا في تصوري هذه التدقيقات آآ اذا طبقناه على التكنولوجية او على آآ الحالات الاجتماعية تفيد كثيرا</w:t>
      </w:r>
    </w:p>
    <w:p>
      <w:r>
        <w:t>نعم</w:t>
      </w:r>
    </w:p>
    <w:p>
      <w:r>
        <w:t>قال وان كانت الحملية مع مقدم المتصلة منتجة لمقدم النتيجة</w:t>
      </w:r>
    </w:p>
    <w:p>
      <w:r>
        <w:t>اذا كانت الحملة مع مقدم المتصلة</w:t>
      </w:r>
    </w:p>
    <w:p>
      <w:r>
        <w:t>منتجة لمقدم النتيجة لم يستلزم مقدم النتيجة مع الحملية مقدم المتصلة استلزاما كليا</w:t>
      </w:r>
    </w:p>
    <w:p>
      <w:r>
        <w:t>بل استلزام الجزئين يعني يولد جزئيا</w:t>
      </w:r>
    </w:p>
    <w:p>
      <w:r>
        <w:t>نعم</w:t>
      </w:r>
    </w:p>
    <w:p>
      <w:r>
        <w:t>يولد جزئيا</w:t>
      </w:r>
    </w:p>
    <w:p>
      <w:r>
        <w:t>لماذا? لان وضع النتيجة ما احدى مقدمته القياس لا يستلزم وضع المقدمة الاخرى كليا</w:t>
      </w:r>
    </w:p>
    <w:p>
      <w:r>
        <w:t>فان الموجب الكلي لا تنعكس كنفسها هذا هو السبب</w:t>
      </w:r>
    </w:p>
    <w:p>
      <w:r>
        <w:t>الموجبة الكلية آآ تنعكس جزئيا</w:t>
      </w:r>
    </w:p>
    <w:p>
      <w:r>
        <w:t>لماذا? لل احتمال ان يكون المحمول عام</w:t>
      </w:r>
    </w:p>
    <w:p>
      <w:r>
        <w:t>تقول كل انسان حيوان لا يمكن ان تقول كل حيوان انسان</w:t>
      </w:r>
    </w:p>
    <w:p>
      <w:r>
        <w:t>للسر ما هو? قد يكون المحمول اعمنا من من الموضوع</w:t>
      </w:r>
    </w:p>
    <w:p>
      <w:r>
        <w:t>فاذا عكست تقول الحيوانات</w:t>
      </w:r>
    </w:p>
    <w:p>
      <w:r>
        <w:t>والذي يفرض هذه القاعدة قاعدة العكس في الكلية الموجبة هو مبدأ الهوية</w:t>
      </w:r>
    </w:p>
    <w:p>
      <w:r>
        <w:t>كل انسان حيوان بعض الحيوان انسان</w:t>
      </w:r>
    </w:p>
    <w:p>
      <w:r>
        <w:t>هذا البعض الحيوان هو الإنسان كأنك قلت الإنسان هو انسان</w:t>
      </w:r>
    </w:p>
    <w:p>
      <w:r>
        <w:t>اذا جئت بكل الحيوان انسان هنا الهوية تختل</w:t>
      </w:r>
    </w:p>
    <w:p>
      <w:r>
        <w:t>كل الإنسان فيه الأسد تأتي هوية الأسد مع الإنسان</w:t>
      </w:r>
    </w:p>
    <w:p>
      <w:r>
        <w:t>اسد انسان</w:t>
      </w:r>
    </w:p>
    <w:p>
      <w:r>
        <w:t>النمر انسان</w:t>
      </w:r>
    </w:p>
    <w:p>
      <w:r>
        <w:t>خربطة كبيرة جدا</w:t>
      </w:r>
    </w:p>
    <w:p>
      <w:r>
        <w:t>نعم</w:t>
      </w:r>
    </w:p>
    <w:p>
      <w:r>
        <w:t>الا اذا قلت لا شيخنا هنا الحيوان الانساني اذا قلت انا كل انسان حيوان نعكس هكذا وكل حيوان انسان والمقصود هو الحيوان الانساني</w:t>
      </w:r>
    </w:p>
    <w:p>
      <w:r>
        <w:t>هذه التدقيقات الفل سفية فيصير الحيوان مبدأ الحوية حمل اولي انسان الحمل الاولي انسان حيوان الحمل الاولي انسان ناطق حمل اولي حيوان ناطق حمل اولي وهذا هو مبنانا نعم فاذا في بعض احوال وضع المقدم مقدم النتيجة يجب ثبوت مقدم المتصلة المعلوم اه المعلوم استلزامه لتاريهة وفي ذلك البعض دون ما عداه</w:t>
      </w:r>
    </w:p>
    <w:p>
      <w:r>
        <w:t>يحصل العلم باستلزام مقدما النتيجة</w:t>
      </w:r>
    </w:p>
    <w:p>
      <w:r>
        <w:t>لذلك التالي بعينه يعني جزئية</w:t>
      </w:r>
    </w:p>
    <w:p>
      <w:r>
        <w:t>وعلى هذا الوجه لا تكون النتائج هنا العلم الحني العلم الحني رحمة الله يفصل بالامثلة تتضح الامور تبع معي</w:t>
      </w:r>
    </w:p>
    <w:p>
      <w:r>
        <w:t>اقول اذا كانت الحملة مع مقدم المتصلة حملية ومقدم المتصلة</w:t>
      </w:r>
    </w:p>
    <w:p>
      <w:r>
        <w:t>ما معناه? يعني التالي يختفي</w:t>
      </w:r>
    </w:p>
    <w:p>
      <w:r>
        <w:t>منتجة لمقدم النتيجة</w:t>
      </w:r>
    </w:p>
    <w:p>
      <w:r>
        <w:t>نعم</w:t>
      </w:r>
    </w:p>
    <w:p>
      <w:r>
        <w:t>لازمة النتيجة جزئية</w:t>
      </w:r>
    </w:p>
    <w:p>
      <w:r>
        <w:t>مثلا اذا صدق كليا</w:t>
      </w:r>
    </w:p>
    <w:p>
      <w:r>
        <w:t>جيم مندرج تحت باب ثمبي</w:t>
      </w:r>
    </w:p>
    <w:p>
      <w:r>
        <w:t>وكل وكل ما كان لا شيء من الف باء</w:t>
      </w:r>
    </w:p>
    <w:p>
      <w:r>
        <w:t>يعني في انف بين الف بينونة عزلة</w:t>
      </w:r>
    </w:p>
    <w:p>
      <w:r>
        <w:t>نعم</w:t>
      </w:r>
    </w:p>
    <w:p>
      <w:r>
        <w:t>هذا اللي كلما كان لا شيء من فهذا</w:t>
      </w:r>
    </w:p>
    <w:p>
      <w:r>
        <w:t>يعني اذا انتفت اه هنا في المنطقة السورني الجديد الحديث</w:t>
      </w:r>
    </w:p>
    <w:p>
      <w:r>
        <w:t>التحقيقات التعقيدات اللغوية تنتفي</w:t>
      </w:r>
    </w:p>
    <w:p>
      <w:r>
        <w:t>اللغة الطبيعية تنتفي</w:t>
      </w:r>
    </w:p>
    <w:p>
      <w:r>
        <w:t>اذا جئت بالصياغة واضحة جدا</w:t>
      </w:r>
    </w:p>
    <w:p>
      <w:r>
        <w:t>الذهن سريعا يستوعبها</w:t>
      </w:r>
    </w:p>
    <w:p>
      <w:r>
        <w:t>انظر كلما كان لا شيء من الف</w:t>
      </w:r>
    </w:p>
    <w:p>
      <w:r>
        <w:t>فهذا هذا لا شيء</w:t>
      </w:r>
    </w:p>
    <w:p>
      <w:r>
        <w:t>سلب استلزام ام لا سلب سلب للمقدم</w:t>
      </w:r>
    </w:p>
    <w:p>
      <w:r>
        <w:t>خلينا نبنيها على آآ سلب الاستلزام</w:t>
      </w:r>
    </w:p>
    <w:p>
      <w:r>
        <w:t>يا علي ما في علاقة استلزامية بين الف وهزا</w:t>
      </w:r>
    </w:p>
    <w:p>
      <w:r>
        <w:t>اينما يكون الف باء لا يكون هزا</w:t>
      </w:r>
    </w:p>
    <w:p>
      <w:r>
        <w:t>بنحو الكلية</w:t>
      </w:r>
    </w:p>
    <w:p>
      <w:r>
        <w:t>لا تجد مصداقا في استلزام بين الف وباء وهاء</w:t>
      </w:r>
    </w:p>
    <w:p>
      <w:r>
        <w:t>ينتج عندك نتا كلو جيم باء</w:t>
      </w:r>
    </w:p>
    <w:p>
      <w:r>
        <w:t>عملية صغرى</w:t>
      </w:r>
    </w:p>
    <w:p>
      <w:r>
        <w:t>كبرى اتصالية</w:t>
      </w:r>
    </w:p>
    <w:p>
      <w:r>
        <w:t>كلما كان لا شيء من الف باء فهذا ينتج</w:t>
      </w:r>
    </w:p>
    <w:p>
      <w:r>
        <w:t>قد يكون اذا كان لا شيء من جيم الف هذه النتيجة</w:t>
      </w:r>
    </w:p>
    <w:p>
      <w:r>
        <w:t>قد يكون اذا كان لا شيء من جيم الف فهذا لان الحد الاوسط هو باء</w:t>
      </w:r>
    </w:p>
    <w:p>
      <w:r>
        <w:t>نعم قد يكون اذا كان لا شيء من جيم الفها هذا</w:t>
      </w:r>
    </w:p>
    <w:p>
      <w:r>
        <w:t>جيد</w:t>
      </w:r>
    </w:p>
    <w:p>
      <w:r>
        <w:t>خلينا من لانه يصدق</w:t>
      </w:r>
    </w:p>
    <w:p>
      <w:r>
        <w:t>نقاربها لوحدنا ثم نعرج على حديث العلامة الحني</w:t>
      </w:r>
    </w:p>
    <w:p>
      <w:r>
        <w:t>عندنا حملية كل جيب دائرة كبيرة في داخلها دائرة صغيرة</w:t>
      </w:r>
    </w:p>
    <w:p>
      <w:r>
        <w:t>كل انسان حيوان مثلا</w:t>
      </w:r>
    </w:p>
    <w:p>
      <w:r>
        <w:t>وكلما كان لا شيء من الف باء</w:t>
      </w:r>
    </w:p>
    <w:p>
      <w:r>
        <w:t>فهذا هنا هذه الاشياء مشوشة</w:t>
      </w:r>
    </w:p>
    <w:p>
      <w:r>
        <w:t>نفي للا الاستلزام او نفي للمقدم</w:t>
      </w:r>
    </w:p>
    <w:p>
      <w:r>
        <w:t>نفي للاستلزام ام نفي المقدم</w:t>
      </w:r>
    </w:p>
    <w:p>
      <w:r>
        <w:t>لاحظت اللغة الطبيعية كم مظللة? نعم</w:t>
      </w:r>
    </w:p>
    <w:p>
      <w:r>
        <w:t>هنا الان لا الشيء هذا يعمل علامات</w:t>
      </w:r>
    </w:p>
    <w:p>
      <w:r>
        <w:t>علامات نقص</w:t>
      </w:r>
    </w:p>
    <w:p>
      <w:r>
        <w:t>هنا نسج للاستلزام ام نفي للمقدم ما تعرف</w:t>
      </w:r>
    </w:p>
    <w:p>
      <w:r>
        <w:t>وكلما كان لا شيء من ال با فهذا يعني ما في علاقة اه بين رفع الف باء فهذا</w:t>
      </w:r>
    </w:p>
    <w:p>
      <w:r>
        <w:t>نعم</w:t>
      </w:r>
    </w:p>
    <w:p>
      <w:r>
        <w:t>ينتج قد يكون اذا كان لا شيء من جيم الف فهذا</w:t>
      </w:r>
    </w:p>
    <w:p>
      <w:r>
        <w:t>جيد</w:t>
      </w:r>
    </w:p>
    <w:p>
      <w:r>
        <w:t>اه دقق معي جيدا</w:t>
      </w:r>
    </w:p>
    <w:p>
      <w:r>
        <w:t>اندراج جيم تحت باء مطلقا</w:t>
      </w:r>
    </w:p>
    <w:p>
      <w:r>
        <w:t>واندراج اه وفإنفصال الف باء</w:t>
      </w:r>
    </w:p>
    <w:p>
      <w:r>
        <w:t>اه اه اتصال الف مطلقا عن باء</w:t>
      </w:r>
    </w:p>
    <w:p>
      <w:r>
        <w:t>الف منفصل عن باء</w:t>
      </w:r>
    </w:p>
    <w:p>
      <w:r>
        <w:t>انظر كلما كان لا شيء من الف باء فهذا</w:t>
      </w:r>
    </w:p>
    <w:p>
      <w:r>
        <w:t>قد يكون اذا كان لا شيء من جيم الف</w:t>
      </w:r>
    </w:p>
    <w:p>
      <w:r>
        <w:t>لان بحد اوسط يختفي</w:t>
      </w:r>
    </w:p>
    <w:p>
      <w:r>
        <w:t>نعم</w:t>
      </w:r>
    </w:p>
    <w:p>
      <w:r>
        <w:t>يعني عندنا عندنا هكذا</w:t>
      </w:r>
    </w:p>
    <w:p>
      <w:r>
        <w:t>عندنا جيم مندرج تحت باء</w:t>
      </w:r>
    </w:p>
    <w:p>
      <w:r>
        <w:t>وعندنا الف منتفعا مطلقا عن باء</w:t>
      </w:r>
    </w:p>
    <w:p>
      <w:r>
        <w:t>هل جيم يتقاطع مع الف لا</w:t>
      </w:r>
    </w:p>
    <w:p>
      <w:r>
        <w:t>ان كل من خرج عن ما يخرج عن جيم لان الجيم كلية كل جيم يعني جيم مندرج تحت باء مطلقا</w:t>
      </w:r>
    </w:p>
    <w:p>
      <w:r>
        <w:t>اذا كل من يمت بصلة الى الف لا يمت بص اه اه الى جيم</w:t>
      </w:r>
    </w:p>
    <w:p>
      <w:r>
        <w:t>اذا رفع الف باء رفع الف باء رفع الف باء</w:t>
      </w:r>
    </w:p>
    <w:p>
      <w:r>
        <w:t>فيؤدي الى رفع هذا</w:t>
      </w:r>
    </w:p>
    <w:p>
      <w:r>
        <w:t>جيم عنده علاقة مع باء</w:t>
      </w:r>
    </w:p>
    <w:p>
      <w:r>
        <w:t>والذي رفع هو ماذا? الف باء يعني علاقة آآ الف مع باء</w:t>
      </w:r>
    </w:p>
    <w:p>
      <w:r>
        <w:t>يعني الف يمكن ان يكون مذق قطعة من باء</w:t>
      </w:r>
    </w:p>
    <w:p>
      <w:r>
        <w:t>قطعة منبع</w:t>
      </w:r>
    </w:p>
    <w:p>
      <w:r>
        <w:t>نعم</w:t>
      </w:r>
    </w:p>
    <w:p>
      <w:r>
        <w:t>ينتج قد يكون اذا كان لا شيء من جيم الف فهذا نعم</w:t>
      </w:r>
    </w:p>
    <w:p>
      <w:r>
        <w:t>قد لماذا? لانه آآ الف يتقاطع في في قطعة من في قطعة من منبع نعم لا شيء من الف باء يعني الف منفصل عن باء جيم داخل في باء باء يختفي في النتيجة جيم يتحد معالف بالنافية نعم ولهذا قال قد يكون اذا كان لا شيء جيم الف فهذا</w:t>
      </w:r>
    </w:p>
    <w:p>
      <w:r>
        <w:t>ليش الجزئية? ليش الجزئية? لانه اذا انفصل الف باء الف عن باء</w:t>
      </w:r>
    </w:p>
    <w:p>
      <w:r>
        <w:t>وبالتالي هذا الانفصال يولد هز</w:t>
      </w:r>
    </w:p>
    <w:p>
      <w:r>
        <w:t>جيب التي تنتمي الى باء وبالتالي تنفصل عن الف قد تولد قد اذا رفع يتحقق هذه يعني اذا رفعت جيم الف يتحقق هذه يعني ما فيه ملازم اه تكوينية بين جيم الف وهزا</w:t>
      </w:r>
    </w:p>
    <w:p>
      <w:r>
        <w:t>نعم</w:t>
      </w:r>
    </w:p>
    <w:p>
      <w:r>
        <w:t>يعني الجزئية مؤمنة الكلية لا</w:t>
      </w:r>
    </w:p>
    <w:p>
      <w:r>
        <w:t>لانه يقول لانه يصدق كلما كان لا شيء من الف باء</w:t>
      </w:r>
    </w:p>
    <w:p>
      <w:r>
        <w:t>فكل جنب</w:t>
      </w:r>
    </w:p>
    <w:p>
      <w:r>
        <w:t>كل لا شيء من الف باء فكل جيم باء</w:t>
      </w:r>
    </w:p>
    <w:p>
      <w:r>
        <w:t>نعم</w:t>
      </w:r>
    </w:p>
    <w:p>
      <w:r>
        <w:t>يعني لا شيء الف با هنا الحد الحد الاوسط</w:t>
      </w:r>
    </w:p>
    <w:p>
      <w:r>
        <w:t>فكل جيم باء</w:t>
      </w:r>
    </w:p>
    <w:p>
      <w:r>
        <w:t>نعم</w:t>
      </w:r>
    </w:p>
    <w:p>
      <w:r>
        <w:t>لان جيم مندرج تحت في سور القياس الحمرية ولا شيء من ال الباء</w:t>
      </w:r>
    </w:p>
    <w:p>
      <w:r>
        <w:t>نعم</w:t>
      </w:r>
    </w:p>
    <w:p>
      <w:r>
        <w:t>لان الف باء في في مرفوع فلا شيء من جيم الف</w:t>
      </w:r>
    </w:p>
    <w:p>
      <w:r>
        <w:t>نعم لان جيم منتمي الى الف ينتج كل ما كان لا شيء من ابي الف به</w:t>
      </w:r>
    </w:p>
    <w:p>
      <w:r>
        <w:t>فكل صحيح ولا شيء من ال دا صحيح</w:t>
      </w:r>
    </w:p>
    <w:p>
      <w:r>
        <w:t>اما صدق كل جباء فلصدقه في نص الأمر على مستوى الحملية</w:t>
      </w:r>
    </w:p>
    <w:p>
      <w:r>
        <w:t>واما صدق لا شيء من الف فظاهرون</w:t>
      </w:r>
    </w:p>
    <w:p>
      <w:r>
        <w:t>نعم لأنه في مقدم مقدم المتصلة الكبرى</w:t>
      </w:r>
    </w:p>
    <w:p>
      <w:r>
        <w:t>ان شاء الله في الحصة لننتهى الوقت الحصة الاتية نعيد التطبيق من كلمة اقول ونزيد البيان</w:t>
      </w:r>
    </w:p>
    <w:p>
      <w:r>
        <w:t>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