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اقول اذا كانت الحملة مع مقدم المتصلة منتجة لمقدمي النتيجة اللازمة النتيجة جزئية</w:t>
      </w:r>
    </w:p>
    <w:p>
      <w:r>
        <w:t>هذا ما مر في نستمر ما فيشي مثلا اذا صدق كل هذه صغرى القياس حملية معناه جيم داخن في دائرة باء بكامله هذا هو كل جيم لنا كلية كل مصادق جيم تندرج تحت باب</w:t>
      </w:r>
    </w:p>
    <w:p>
      <w:r>
        <w:t>ما هنا العنوان المحمول</w:t>
      </w:r>
    </w:p>
    <w:p>
      <w:r>
        <w:t>ثم الكبرى متصلة</w:t>
      </w:r>
    </w:p>
    <w:p>
      <w:r>
        <w:t>وكلما كان لا شيء من الف باء فهذا</w:t>
      </w:r>
    </w:p>
    <w:p>
      <w:r>
        <w:t>لا شيء هنا آآ خليها نفي للاستلزام</w:t>
      </w:r>
    </w:p>
    <w:p>
      <w:r>
        <w:t>ليس نفي للم لا معنى لي هذا الكلام</w:t>
      </w:r>
    </w:p>
    <w:p>
      <w:r>
        <w:t>لا شيء من الف باء</w:t>
      </w:r>
    </w:p>
    <w:p>
      <w:r>
        <w:t>هذا يعني ما فيه</w:t>
      </w:r>
    </w:p>
    <w:p>
      <w:r>
        <w:t>تلازم تكويني بين الف باء</w:t>
      </w:r>
    </w:p>
    <w:p>
      <w:r>
        <w:t>وبين هذا</w:t>
      </w:r>
    </w:p>
    <w:p>
      <w:r>
        <w:t>لماذا ينتج جزئية? قد يكون اذا كان لا شيء من جيم الف هذا</w:t>
      </w:r>
    </w:p>
    <w:p>
      <w:r>
        <w:t>طبعا الحد الاوسط يختفي</w:t>
      </w:r>
    </w:p>
    <w:p>
      <w:r>
        <w:t>الحد الاوسط يختفي</w:t>
      </w:r>
    </w:p>
    <w:p>
      <w:r>
        <w:t>عندنا جيم مندرج تحت باء</w:t>
      </w:r>
    </w:p>
    <w:p>
      <w:r>
        <w:t>والف مندرج تحت ب يعني جيم داخل تحت باء والف داخل تحتها باء</w:t>
      </w:r>
    </w:p>
    <w:p>
      <w:r>
        <w:t>هنا يحتمل احتمالين</w:t>
      </w:r>
    </w:p>
    <w:p>
      <w:r>
        <w:t>جيم يساوي الف كما هي</w:t>
      </w:r>
    </w:p>
    <w:p>
      <w:r>
        <w:t>هي هي الدائرة</w:t>
      </w:r>
    </w:p>
    <w:p>
      <w:r>
        <w:t>يحتمل ان يكون داخل يعني باك دائرة كبيرة فيه دائرة هي جيم وفيه دائرة الف بيننا بين جيم والف</w:t>
      </w:r>
    </w:p>
    <w:p>
      <w:r>
        <w:t>مثلا الانسان داخل في الحيوان</w:t>
      </w:r>
    </w:p>
    <w:p>
      <w:r>
        <w:t>كل مصاديق الانسان حيوان</w:t>
      </w:r>
    </w:p>
    <w:p>
      <w:r>
        <w:t>وكل مصاديق الاسد حيوان</w:t>
      </w:r>
    </w:p>
    <w:p>
      <w:r>
        <w:t>والتباين بين الإنسان والحيوان في ضمن التباين بين الإنسان والأسد في ضمن الحيوان معقولة هذا اذن احتمال التماهي يعني الف يساوي جيم احتمال التباين احتمال التقاطع فأنت تبني على ماذا على التقاطع? عن الجزئية يعني بعض الف يكون جيم بعض آآ الف لا يكون جيم</w:t>
      </w:r>
    </w:p>
    <w:p>
      <w:r>
        <w:t>فينسجم جيم مع الف مقطعين مقطعين يعني جزئية</w:t>
      </w:r>
    </w:p>
    <w:p>
      <w:r>
        <w:t>هذا هو فلسفة هذا القياس ينتج قد يكون</w:t>
      </w:r>
    </w:p>
    <w:p>
      <w:r>
        <w:t>قد يكونوا اذا كان لا شيء من جيم الف هذا</w:t>
      </w:r>
    </w:p>
    <w:p>
      <w:r>
        <w:t>هذا جيم الف يعني تلك الدائرة التي تقاطع فيها آآ جيم مع الف يعني لا تستلزم هذا من ماذا? من باء</w:t>
      </w:r>
    </w:p>
    <w:p>
      <w:r>
        <w:t>باب هو السبب</w:t>
      </w:r>
    </w:p>
    <w:p>
      <w:r>
        <w:t>السبب</w:t>
      </w:r>
    </w:p>
    <w:p>
      <w:r>
        <w:t>لانه يصدق كل ما كان لا شيء من الف باء نعم</w:t>
      </w:r>
    </w:p>
    <w:p>
      <w:r>
        <w:t>لا شيء من الف باء فكل جيم باء</w:t>
      </w:r>
    </w:p>
    <w:p>
      <w:r>
        <w:t>نعم</w:t>
      </w:r>
    </w:p>
    <w:p>
      <w:r>
        <w:t>لا شيء من ال باء فكل جيم باء كل جيم باء لان جيم تحتابة ولا شيء من الف باء</w:t>
      </w:r>
    </w:p>
    <w:p>
      <w:r>
        <w:t>ولا شيء من الف باء</w:t>
      </w:r>
    </w:p>
    <w:p>
      <w:r>
        <w:t>اه ولا شيء من الف باء فلا شيء من من جيم جيم الف لان با يختفي</w:t>
      </w:r>
    </w:p>
    <w:p>
      <w:r>
        <w:t>نعم</w:t>
      </w:r>
    </w:p>
    <w:p>
      <w:r>
        <w:t>لا شيء من الف باء فكل جيم باء</w:t>
      </w:r>
    </w:p>
    <w:p>
      <w:r>
        <w:t>نعم</w:t>
      </w:r>
    </w:p>
    <w:p>
      <w:r>
        <w:t>ولا شيء من الف باء ولا فلا شيء من جيم</w:t>
      </w:r>
    </w:p>
    <w:p>
      <w:r>
        <w:t>الفا فالنتيجة</w:t>
      </w:r>
    </w:p>
    <w:p>
      <w:r>
        <w:t>هذه يصدق لا شيء من الف الباء</w:t>
      </w:r>
    </w:p>
    <w:p>
      <w:r>
        <w:t>نعم</w:t>
      </w:r>
    </w:p>
    <w:p>
      <w:r>
        <w:t>الف باء لا تولدوا التالي هذا</w:t>
      </w:r>
    </w:p>
    <w:p>
      <w:r>
        <w:t>فكل ديما صادقة لان هذه اه جيم مندرج تحت باء</w:t>
      </w:r>
    </w:p>
    <w:p>
      <w:r>
        <w:t>ولا شيء من الف باء</w:t>
      </w:r>
    </w:p>
    <w:p>
      <w:r>
        <w:t>لا شيء من الف باء</w:t>
      </w:r>
    </w:p>
    <w:p>
      <w:r>
        <w:t>اه وكلما كان لا شيء من ال باء</w:t>
      </w:r>
    </w:p>
    <w:p>
      <w:r>
        <w:t>نعم</w:t>
      </w:r>
    </w:p>
    <w:p>
      <w:r>
        <w:t>لا شيء من الف باء</w:t>
      </w:r>
    </w:p>
    <w:p>
      <w:r>
        <w:t>يعني الف با مرفوع لا شيء من الف باء مرفوع فكل جيم باء حقيقي صادق في نفس الامر ولا شيء من الف ما مرفوع فلا شيء من جيم الف</w:t>
      </w:r>
    </w:p>
    <w:p>
      <w:r>
        <w:t>لا شيء من جيم الف</w:t>
      </w:r>
    </w:p>
    <w:p>
      <w:r>
        <w:t>نعم فلا شيء من جيم الف لان جيم يجره باء نعم الحد الاوسط ينتج كلما كان لا شيء من الف باء</w:t>
      </w:r>
    </w:p>
    <w:p>
      <w:r>
        <w:t>يعني اذا رفع المقدم فكل جيم باء لان هذه صادقة في دائرة الحملية</w:t>
      </w:r>
    </w:p>
    <w:p>
      <w:r>
        <w:t>ولا شيء من الف باء ولا شيء الاسباب وفقا للحد الاوسط</w:t>
      </w:r>
    </w:p>
    <w:p>
      <w:r>
        <w:t>نعم</w:t>
      </w:r>
    </w:p>
    <w:p>
      <w:r>
        <w:t>يعني اه لا شيء من الف باء لانه في اه ما عنده علاقة بالحجر الاوسط</w:t>
      </w:r>
    </w:p>
    <w:p>
      <w:r>
        <w:t>لان الكبرى في القياس فكلما كان لا شيء من يعني مرفوع</w:t>
      </w:r>
    </w:p>
    <w:p>
      <w:r>
        <w:t>نعم</w:t>
      </w:r>
    </w:p>
    <w:p>
      <w:r>
        <w:t>اما صدق كل جيم باء فلصدقه في نفس الامر</w:t>
      </w:r>
    </w:p>
    <w:p>
      <w:r>
        <w:t>في القضية الحملية</w:t>
      </w:r>
    </w:p>
    <w:p>
      <w:r>
        <w:t>بنينا على صدقها</w:t>
      </w:r>
    </w:p>
    <w:p>
      <w:r>
        <w:t>واما الصدق لا شيء من الف فظاهر</w:t>
      </w:r>
    </w:p>
    <w:p>
      <w:r>
        <w:t>لان هو المقدم مرفوع</w:t>
      </w:r>
    </w:p>
    <w:p>
      <w:r>
        <w:t>نعم</w:t>
      </w:r>
    </w:p>
    <w:p>
      <w:r>
        <w:t>فيرفع ما يجمع بينهما الحد الاوسط باء</w:t>
      </w:r>
    </w:p>
    <w:p>
      <w:r>
        <w:t>ما هو? آآ جيم الف فتقول فلا شيء من جيم الف</w:t>
      </w:r>
    </w:p>
    <w:p>
      <w:r>
        <w:t>واضحة جدا</w:t>
      </w:r>
    </w:p>
    <w:p>
      <w:r>
        <w:t>وكلما صدق كل جيم باء في نفس الأمر</w:t>
      </w:r>
    </w:p>
    <w:p>
      <w:r>
        <w:t>وهذه هي الحملية</w:t>
      </w:r>
    </w:p>
    <w:p>
      <w:r>
        <w:t>يعني يندرج تحت باء</w:t>
      </w:r>
    </w:p>
    <w:p>
      <w:r>
        <w:t>ولا شيء من الف رفع المقدم لان الكبرى القياس تقول وكلما كان لا شيء من الف باء يعني انت رفعت المقدم نعم فلا شيء من جنب نعم فلا شيء من جيم الف لانه آآ انا احيانا انطق اختها في النطق فأنتم صححوني وكلما صدق كل من اين? من الحبلية</w:t>
      </w:r>
    </w:p>
    <w:p>
      <w:r>
        <w:t>الحملية صادقة</w:t>
      </w:r>
    </w:p>
    <w:p>
      <w:r>
        <w:t>ولا شيء من الف باء من اين من رفع المقدم</w:t>
      </w:r>
    </w:p>
    <w:p>
      <w:r>
        <w:t>فلا شيء من جيم الف من اين? من الحد الاوسط</w:t>
      </w:r>
    </w:p>
    <w:p>
      <w:r>
        <w:t>لان الحد الاوسط هو الذي جمع بين جيم والف</w:t>
      </w:r>
    </w:p>
    <w:p>
      <w:r>
        <w:t>الحد الاوسط ما هو? باء يختفي في النتيجة</w:t>
      </w:r>
    </w:p>
    <w:p>
      <w:r>
        <w:t>ينتج ما هو? كلما كان لا شيء من من الف باء</w:t>
      </w:r>
    </w:p>
    <w:p>
      <w:r>
        <w:t>يعني كلما رفع المقدم فلا شيء من جيم الف رفع التالي في النتيجة</w:t>
      </w:r>
    </w:p>
    <w:p>
      <w:r>
        <w:t>وينعكس لا شيء ينعكس آآ لا شيء كلما كان لا شيء من ال ب فلا شيء من جيم الف وينعكس قد يكون اذا كان لا شيء من جيم الف فلا شيء من بالنسبة نعم تنعكس جزئية لا شيء من اجل ذا فلا شيء من جيم الف وينعكس قد يكون اذا كان لا شيء من جيم الف فلا شيء من باء</w:t>
      </w:r>
    </w:p>
    <w:p>
      <w:r>
        <w:t>لماذا? لان الجيم الف قد يكون عام</w:t>
      </w:r>
    </w:p>
    <w:p>
      <w:r>
        <w:t>قد يكون عام ونظمه الى الكبرى سينتج المطلوب</w:t>
      </w:r>
    </w:p>
    <w:p>
      <w:r>
        <w:t>لا شيء من جيم الف ولا شيء من الف باء</w:t>
      </w:r>
    </w:p>
    <w:p>
      <w:r>
        <w:t>الكبرى ما هي? وكلما كان لا شيء من الذ فهذا احذف الف باء</w:t>
      </w:r>
    </w:p>
    <w:p>
      <w:r>
        <w:t>نعم تأتيك النتيجة</w:t>
      </w:r>
    </w:p>
    <w:p>
      <w:r>
        <w:t>نعم</w:t>
      </w:r>
    </w:p>
    <w:p>
      <w:r>
        <w:t>نعم</w:t>
      </w:r>
    </w:p>
    <w:p>
      <w:r>
        <w:t>النتيجة ما هي? اه لانها اه صغرى تقول قادها هي موجودة</w:t>
      </w:r>
    </w:p>
    <w:p>
      <w:r>
        <w:t>قد يكون اذا كان لا شيء من جيم الف فهذا</w:t>
      </w:r>
    </w:p>
    <w:p>
      <w:r>
        <w:t>نعم سينتج المطلوب اكتب هكذا</w:t>
      </w:r>
    </w:p>
    <w:p>
      <w:r>
        <w:t>قد يكون اذا كان لا شيء من جيم الف فهذا لان الباء حد الاوسط يختفي</w:t>
      </w:r>
    </w:p>
    <w:p>
      <w:r>
        <w:t>او الف باء يختفي</w:t>
      </w:r>
    </w:p>
    <w:p>
      <w:r>
        <w:t>نعم فينتج المطلوب</w:t>
      </w:r>
    </w:p>
    <w:p>
      <w:r>
        <w:t>فها هنا مقدم المتصلة مع الحملية</w:t>
      </w:r>
    </w:p>
    <w:p>
      <w:r>
        <w:t>نعم المتصلة في الكبرى ما هو آآ لا شيء من الف باء يعني الف لا شيء من الف باء</w:t>
      </w:r>
    </w:p>
    <w:p>
      <w:r>
        <w:t>مع الحمل ينتج مقدم النتيجة</w:t>
      </w:r>
    </w:p>
    <w:p>
      <w:r>
        <w:t>مقدم النتيجة ما هو? لا شيء من جيم الف</w:t>
      </w:r>
    </w:p>
    <w:p>
      <w:r>
        <w:t>كليا موجبا كليا موجبا وينع موجبا فمن ثم كانت النتيجة جزئية لان الموجب الكلي لا تنعكس كلية تنعكس جزء لان الموجبة الكلية لا تنعكس كليا</w:t>
      </w:r>
    </w:p>
    <w:p>
      <w:r>
        <w:t>انظر هنا آآ نعيد التطبيق حتى نفهم العكس</w:t>
      </w:r>
    </w:p>
    <w:p>
      <w:r>
        <w:t>وكلما صدق كل واضح هادي في بنينا على صدقه ولا شيء من الف رفع المقدم</w:t>
      </w:r>
    </w:p>
    <w:p>
      <w:r>
        <w:t>نعم</w:t>
      </w:r>
    </w:p>
    <w:p>
      <w:r>
        <w:t>اذا انظر ولا شيء من من الف باء يعني رفع المقدم وليس رفع تلزام</w:t>
      </w:r>
    </w:p>
    <w:p>
      <w:r>
        <w:t>نعم فالقضية تكون موجبة</w:t>
      </w:r>
    </w:p>
    <w:p>
      <w:r>
        <w:t>فلا شيء من جيم الف لغياب الاوسط بقى ينتج كل ما كان لا شيء من الف باء</w:t>
      </w:r>
    </w:p>
    <w:p>
      <w:r>
        <w:t>يعني كلما رفع الف باء فيرفع جيم الف فلا شيء من جيم الف</w:t>
      </w:r>
    </w:p>
    <w:p>
      <w:r>
        <w:t>يعني هذه موجبة كلية</w:t>
      </w:r>
    </w:p>
    <w:p>
      <w:r>
        <w:t>ينعكس موجبة جزئية</w:t>
      </w:r>
    </w:p>
    <w:p>
      <w:r>
        <w:t>لان كل انسان حيوان ينعكس بعض الحيوان انسان</w:t>
      </w:r>
    </w:p>
    <w:p>
      <w:r>
        <w:t>قد يكون اذا كان لا شيء من جيم الف يعني اذا رفع جزئي جيم الف فيرفع بتبعي الف باء ونظمه الى الكبرى</w:t>
      </w:r>
    </w:p>
    <w:p>
      <w:r>
        <w:t>الكبرى ما هي? وكلما كان لا شيء من الذ فهذا فيأتي من الشكل الاول</w:t>
      </w:r>
    </w:p>
    <w:p>
      <w:r>
        <w:t>يحدث تأتي النتيجة لا شيء من جيم الف بهزا نعم</w:t>
      </w:r>
    </w:p>
    <w:p>
      <w:r>
        <w:t>ونظمه الى الكمرة سينتج المطلوب</w:t>
      </w:r>
    </w:p>
    <w:p>
      <w:r>
        <w:t>فها هنا مقدم المتصلة مقدم المتصلة لا شيء من الف باء</w:t>
      </w:r>
    </w:p>
    <w:p>
      <w:r>
        <w:t>مع الحملية كل جيم باء ينتج مقدم النتيجة</w:t>
      </w:r>
    </w:p>
    <w:p>
      <w:r>
        <w:t>مقدم النتي لا لا شيء منا اه لا شيء من جيم الف كلية موجبة وينعكس جزئيا موجبا لان الكلية تنعكس جزئية</w:t>
      </w:r>
    </w:p>
    <w:p>
      <w:r>
        <w:t>فمن ثم كانت النتيجة جزئية لان تعليم لان الموجب الكلي لا تنعكس كليا</w:t>
      </w:r>
    </w:p>
    <w:p>
      <w:r>
        <w:t>اذا لا شيء ليس هو نفي للاستلزام وانما هو نفي للمقدم</w:t>
      </w:r>
    </w:p>
    <w:p>
      <w:r>
        <w:t>ولهذا اللغة الطبيعية مظللة</w:t>
      </w:r>
    </w:p>
    <w:p>
      <w:r>
        <w:t>نعم</w:t>
      </w:r>
    </w:p>
    <w:p>
      <w:r>
        <w:t>اذا بنينا على آآ رفع الاستلزام يعني لا شيء هو النفي الاستلزام</w:t>
      </w:r>
    </w:p>
    <w:p>
      <w:r>
        <w:t>استلزام المقدم للتعليق قضية سالبة</w:t>
      </w:r>
    </w:p>
    <w:p>
      <w:r>
        <w:t>كلية سالبة او سالبة كلية</w:t>
      </w:r>
    </w:p>
    <w:p>
      <w:r>
        <w:t>اذا قلنا لا لا شيء هنا رفع للمقدم</w:t>
      </w:r>
    </w:p>
    <w:p>
      <w:r>
        <w:t>رفع المقدم فقط</w:t>
      </w:r>
    </w:p>
    <w:p>
      <w:r>
        <w:t>نعم</w:t>
      </w:r>
    </w:p>
    <w:p>
      <w:r>
        <w:t>فتكون القضية كلية تنعكس موجبات نعم</w:t>
      </w:r>
    </w:p>
    <w:p>
      <w:r>
        <w:t>قالوا وقس الاتفاقية على اللزوم</w:t>
      </w:r>
    </w:p>
    <w:p>
      <w:r>
        <w:t>الاتفاقية التي ليس بين المقدم والتالي آآ لزوم تكويني</w:t>
      </w:r>
    </w:p>
    <w:p>
      <w:r>
        <w:t>وعليك تفصيل الظروف فانها تزيد على ظروف العملية</w:t>
      </w:r>
    </w:p>
    <w:p>
      <w:r>
        <w:t>اقول حكم الاتفاقية في ذلك حكم اللجومية فقط فقط يبقى الربط بين المقدم والتالي ليس في دائرة العلية وهل معلولية وليس في دائرة التضايوف</w:t>
      </w:r>
    </w:p>
    <w:p>
      <w:r>
        <w:t>خارج العلية والمعلولية وخارج التظايف</w:t>
      </w:r>
    </w:p>
    <w:p>
      <w:r>
        <w:t>نعم</w:t>
      </w:r>
    </w:p>
    <w:p>
      <w:r>
        <w:t>فحكم الاتفاقية في ذلك حكم اللزوم لا فرق</w:t>
      </w:r>
    </w:p>
    <w:p>
      <w:r>
        <w:t>لان المسألة صورية وليست علاقة بالمادة</w:t>
      </w:r>
    </w:p>
    <w:p>
      <w:r>
        <w:t>فان اذا قلنا كلما كان الف باء فكل جمدل</w:t>
      </w:r>
    </w:p>
    <w:p>
      <w:r>
        <w:t>فكلما كان لذا فكل جمدا اتفاقيا</w:t>
      </w:r>
    </w:p>
    <w:p>
      <w:r>
        <w:t>يعني دخول الف بدر الوجود يصاحبه جندا ولا علاقة بينهما علية ومعلولية</w:t>
      </w:r>
    </w:p>
    <w:p>
      <w:r>
        <w:t>لا هذا علة لذاك ولا ذاك معلول لذاك ولا اه معلول لعله ثالثة ولا بينهما التظايف</w:t>
      </w:r>
    </w:p>
    <w:p>
      <w:r>
        <w:t>هذا هو الاتفاق</w:t>
      </w:r>
    </w:p>
    <w:p>
      <w:r>
        <w:t>نعم</w:t>
      </w:r>
    </w:p>
    <w:p>
      <w:r>
        <w:t>كل له سببه الخاص تصاحب في الوجود فقط</w:t>
      </w:r>
    </w:p>
    <w:p>
      <w:r>
        <w:t>نعم</w:t>
      </w:r>
    </w:p>
    <w:p>
      <w:r>
        <w:t>كلما كان يعني هذا المقدم نعم يصاحبه جندا ليس المصاحبة العلية والمعلولية</w:t>
      </w:r>
    </w:p>
    <w:p>
      <w:r>
        <w:t>يعني المقدم الف باء لا يولد جيم دال</w:t>
      </w:r>
    </w:p>
    <w:p>
      <w:r>
        <w:t>هذا هو الاتفاقية</w:t>
      </w:r>
    </w:p>
    <w:p>
      <w:r>
        <w:t>وكل دا لها يعني قضية صادقة يعني دائرة الدار تندرج تحت دائرة اعم وهي ها انتج</w:t>
      </w:r>
    </w:p>
    <w:p>
      <w:r>
        <w:t>هنا الحد الأوسط دال</w:t>
      </w:r>
    </w:p>
    <w:p>
      <w:r>
        <w:t>يقع في تالي الصغرى التي هي شرطية اتفاقية</w:t>
      </w:r>
    </w:p>
    <w:p>
      <w:r>
        <w:t>شرطية اتصالية اتفاقية</w:t>
      </w:r>
    </w:p>
    <w:p>
      <w:r>
        <w:t>فيختفي نعم انت جمادى كلما كان الف باء فكل جيم هاء الى انه في دائرة الاتفاق ان تحدث في الحد الاوسط نعم اتفاقية لصدق التالي نعم لصدق والحملية معا على تقدير صدق المقدم</w:t>
      </w:r>
    </w:p>
    <w:p>
      <w:r>
        <w:t>نعم</w:t>
      </w:r>
    </w:p>
    <w:p>
      <w:r>
        <w:t>نعم</w:t>
      </w:r>
    </w:p>
    <w:p>
      <w:r>
        <w:t>في القياس اللي فيه شرطي الملاك هو الاستنزاف وليس صحة المقدم وصحة التالي</w:t>
      </w:r>
    </w:p>
    <w:p>
      <w:r>
        <w:t>هذه قاعدة بيناها نعم</w:t>
      </w:r>
    </w:p>
    <w:p>
      <w:r>
        <w:t>لصدق التالي الصدق التالي هو جيم دال والحملية صادقة اذا كل دام دا لها</w:t>
      </w:r>
    </w:p>
    <w:p>
      <w:r>
        <w:t>معا على تقدير الصدق المقدم يعني تقدير صدقي الف باء</w:t>
      </w:r>
    </w:p>
    <w:p>
      <w:r>
        <w:t>نعم</w:t>
      </w:r>
    </w:p>
    <w:p>
      <w:r>
        <w:t>لان المصاحبة تكون مع باء مع الف باء ليس مع مع غيره وهما يستلزمان النسيج المذكورة استلزام غير العلي والمعلولي</w:t>
      </w:r>
    </w:p>
    <w:p>
      <w:r>
        <w:t>استلزام موجود لكن استلزام تصاحبي</w:t>
      </w:r>
    </w:p>
    <w:p>
      <w:r>
        <w:t>لكن ها هنا اظهر لوجوب صدق التالية والحملية على تقديرهم مقدم المتصلة</w:t>
      </w:r>
    </w:p>
    <w:p>
      <w:r>
        <w:t>على تقدير المقدم المتصلة يعني على تقدير صدق مقدم المتصلة</w:t>
      </w:r>
    </w:p>
    <w:p>
      <w:r>
        <w:t>وفي اللجومية يرد آآ الاشكال الذي ذكره المتأخرون آآ يرد او يرد الفاعل</w:t>
      </w:r>
    </w:p>
    <w:p>
      <w:r>
        <w:t>آآ الاشكال الذي ذكره المتأخرون ب الاتفاقية</w:t>
      </w:r>
    </w:p>
    <w:p>
      <w:r>
        <w:t>الاشكال مر علينا في صفحة ميتين وربعة وثلاثين بهذه الطبعة</w:t>
      </w:r>
    </w:p>
    <w:p>
      <w:r>
        <w:t>وعليك باستخراج الظروف في كل شكل وهي تزيد على الظروف الحملية فان ظروفها اربعة اربعة اضعاف ظروف الابرياء</w:t>
      </w:r>
    </w:p>
    <w:p>
      <w:r>
        <w:t>لجواز المتصلة كلية وجزئية وموجبة وسالبة</w:t>
      </w:r>
    </w:p>
    <w:p>
      <w:r>
        <w:t>يعني في الشكل الأول اربعة</w:t>
      </w:r>
    </w:p>
    <w:p>
      <w:r>
        <w:t>في هنا كن اكثر من اربع</w:t>
      </w:r>
    </w:p>
    <w:p>
      <w:r>
        <w:t>الشكل الثاني اربع</w:t>
      </w:r>
    </w:p>
    <w:p>
      <w:r>
        <w:t>هنا تكون اكثر من اربع</w:t>
      </w:r>
    </w:p>
    <w:p>
      <w:r>
        <w:t>الشكل الثالث ستة</w:t>
      </w:r>
    </w:p>
    <w:p>
      <w:r>
        <w:t>تكون هنا اكثر من ستة</w:t>
      </w:r>
    </w:p>
    <w:p>
      <w:r>
        <w:t>الشكل الرابع الرابع لا ادري كان اربعة او اكثر تكون مضاعفة</w:t>
      </w:r>
    </w:p>
    <w:p>
      <w:r>
        <w:t>القياسات المؤلفة من الحملية والمنفصلة هنا شوية تعقيد لان الانفصال ما تعرف انت مقدم وتالي ما في مقدم وبالتالي</w:t>
      </w:r>
    </w:p>
    <w:p>
      <w:r>
        <w:t>ان المسألة وضعية وليست طبيعية</w:t>
      </w:r>
    </w:p>
    <w:p>
      <w:r>
        <w:t>قال وثانيهما من حملية ومنفصلة</w:t>
      </w:r>
    </w:p>
    <w:p>
      <w:r>
        <w:t>وهي ايضا اربعة اصناف</w:t>
      </w:r>
    </w:p>
    <w:p>
      <w:r>
        <w:t>لان الحملية تكون اما صغرى وكبرى اثنان</w:t>
      </w:r>
    </w:p>
    <w:p>
      <w:r>
        <w:t>والاشتراك اما مع احد الجزء المنفصلة</w:t>
      </w:r>
    </w:p>
    <w:p>
      <w:r>
        <w:t>او معها يعني اربعة اثنين في اثنين اربعة</w:t>
      </w:r>
    </w:p>
    <w:p>
      <w:r>
        <w:t>اقول هذا هو القسم الخامس وهو المؤلف من الحملية والمنفصلة واقسابه اربعة</w:t>
      </w:r>
    </w:p>
    <w:p>
      <w:r>
        <w:t>لان الحملية اما ان تقع صغرى وكبرى وعلى كلا التقديرين فالشركة في الحد الاوسط اما مع احد جزئي المنفصلة او معها معان</w:t>
      </w:r>
    </w:p>
    <w:p>
      <w:r>
        <w:t>اما تشارك الحملية الشرطية المنفصلة في جزء او في كل</w:t>
      </w:r>
    </w:p>
    <w:p>
      <w:r>
        <w:t>مثال القسم الأول اه في الجزء</w:t>
      </w:r>
    </w:p>
    <w:p>
      <w:r>
        <w:t>كل جيم باء حملية</w:t>
      </w:r>
    </w:p>
    <w:p>
      <w:r>
        <w:t>معناها واضح</w:t>
      </w:r>
    </w:p>
    <w:p>
      <w:r>
        <w:t>اندراج وتمام جيم تحت باء</w:t>
      </w:r>
    </w:p>
    <w:p>
      <w:r>
        <w:t>ودائما كليا</w:t>
      </w:r>
    </w:p>
    <w:p>
      <w:r>
        <w:t>اما كل الف باء او هذا</w:t>
      </w:r>
    </w:p>
    <w:p>
      <w:r>
        <w:t>شرط يعني مترددة مو مترددة</w:t>
      </w:r>
    </w:p>
    <w:p>
      <w:r>
        <w:t>معاندة</w:t>
      </w:r>
    </w:p>
    <w:p>
      <w:r>
        <w:t>باء او الف</w:t>
      </w:r>
    </w:p>
    <w:p>
      <w:r>
        <w:t>اذا ان في الحملية عناد تواجد ورفع</w:t>
      </w:r>
    </w:p>
    <w:p>
      <w:r>
        <w:t>لا يجتمعان لا يرتفعان</w:t>
      </w:r>
    </w:p>
    <w:p>
      <w:r>
        <w:t>اذا كنا في مانعة العناد في الوجود</w:t>
      </w:r>
    </w:p>
    <w:p>
      <w:r>
        <w:t>اذا كنا في آآ في مناعة الغلو العناد في الارتفاع</w:t>
      </w:r>
    </w:p>
    <w:p>
      <w:r>
        <w:t>نعم واضحة جدا مع تجربة تصير عندك هذه الاقسام الثلاثة الحقيقية منعت الجمع معناتها الخلو آآ سيالة وباريحية تطبقها على كل ينتج</w:t>
      </w:r>
    </w:p>
    <w:p>
      <w:r>
        <w:t>هنا لاحظ انت باء محمول في الكبرى الكبرى الحملية</w:t>
      </w:r>
    </w:p>
    <w:p>
      <w:r>
        <w:t>وجزء من مقدم المقدم ما فيه</w:t>
      </w:r>
    </w:p>
    <w:p>
      <w:r>
        <w:t>يجوز في المنفصلة</w:t>
      </w:r>
    </w:p>
    <w:p>
      <w:r>
        <w:t>ينتج دائما نعم</w:t>
      </w:r>
    </w:p>
    <w:p>
      <w:r>
        <w:t>اما كل جيم الف او هزا؟ لا يختفي</w:t>
      </w:r>
    </w:p>
    <w:p>
      <w:r>
        <w:t>لامتناع خلو الواقع عن اجزاء المنفصلة</w:t>
      </w:r>
    </w:p>
    <w:p>
      <w:r>
        <w:t>لخلو الواقع من اجزاء المنفصلة</w:t>
      </w:r>
    </w:p>
    <w:p>
      <w:r>
        <w:t>الا تحتاج الى تفسير</w:t>
      </w:r>
    </w:p>
    <w:p>
      <w:r>
        <w:t>في الحقيقة نعم الحقيقة يجب ان يكون هناك واحد</w:t>
      </w:r>
    </w:p>
    <w:p>
      <w:r>
        <w:t>اثنان لا لا يجتمعان</w:t>
      </w:r>
    </w:p>
    <w:p>
      <w:r>
        <w:t>ولا يرتفعان</w:t>
      </w:r>
    </w:p>
    <w:p>
      <w:r>
        <w:t>يعني بالضرورة هناك واحد في منعة الجمع يكون واحد هناك لا يكون لاثنان</w:t>
      </w:r>
    </w:p>
    <w:p>
      <w:r>
        <w:t>يمكن ان يرتفعان مانعة الخلو يجب ان يكون هناك واحد</w:t>
      </w:r>
    </w:p>
    <w:p>
      <w:r>
        <w:t>نعم</w:t>
      </w:r>
    </w:p>
    <w:p>
      <w:r>
        <w:t>لامتناع خلو الواقع عن اجزاء المنفصلة</w:t>
      </w:r>
    </w:p>
    <w:p>
      <w:r>
        <w:t>والحملية المستلزمة للنتيجة</w:t>
      </w:r>
    </w:p>
    <w:p>
      <w:r>
        <w:t>واحد اجزاء المنفصلة الذي هو باء الحد الاوسط</w:t>
      </w:r>
    </w:p>
    <w:p>
      <w:r>
        <w:t>الذي لا اشتراك فيه او تقول باء او تقول الف</w:t>
      </w:r>
    </w:p>
    <w:p>
      <w:r>
        <w:t>نعم</w:t>
      </w:r>
    </w:p>
    <w:p>
      <w:r>
        <w:t>هذا بالنسبة الى الجزء</w:t>
      </w:r>
    </w:p>
    <w:p>
      <w:r>
        <w:t>بالنسبة الى الكل مثال ثاني</w:t>
      </w:r>
    </w:p>
    <w:p>
      <w:r>
        <w:t>كل جيم باء حملية صادقة</w:t>
      </w:r>
    </w:p>
    <w:p>
      <w:r>
        <w:t>ودائما كليا</w:t>
      </w:r>
    </w:p>
    <w:p>
      <w:r>
        <w:t>اما كل بالس او كل باء</w:t>
      </w:r>
    </w:p>
    <w:p>
      <w:r>
        <w:t>لاحظت اه الشرك شرك سريانية يعني باء موجود في الحملية موجود في المقدم موجود في التالي ينتج دائما اما كل جيم الف او كل جيم هاء نعم يعني الجيم تعانق الف ببركة باء الذي يختفي وجيم تعارض ها ببركة باء الذي يختفي لانه حد اوسط لامتناع خلو الواقع عن الحملية لانها صادقة واجزاء المنفصلة المستلزمة للن نعم يجب ان يكون في المتصلة شيء والا لا معنى لي نفس الامر ولا معنى للقياس</w:t>
      </w:r>
    </w:p>
    <w:p>
      <w:r>
        <w:t>نعم</w:t>
      </w:r>
    </w:p>
    <w:p>
      <w:r>
        <w:t>المثال الثالث دائما ان كل جيم باء او كل دال الف</w:t>
      </w:r>
    </w:p>
    <w:p>
      <w:r>
        <w:t>وكل باء اه وكل باء هذه الحملية دائما اما كل جنبة او كل دال الف هذه المنفصلة وكل باء هذه الحملية نعم المفروض بدار هذه الأقواس اه القوس يأتي بعد الدال الف</w:t>
      </w:r>
    </w:p>
    <w:p>
      <w:r>
        <w:t>ثم وكل با يعملها بين قوسين ليس هكذا</w:t>
      </w:r>
    </w:p>
    <w:p>
      <w:r>
        <w:t>يعني التحقيق خطأ</w:t>
      </w:r>
    </w:p>
    <w:p>
      <w:r>
        <w:t>انظر دائما يعني القرص هنا او قوسين دائما اما كل او كل دال الف</w:t>
      </w:r>
    </w:p>
    <w:p>
      <w:r>
        <w:t>القوس يا شيخ بدر ثم وكوى تحلي القوس او القوسين كل باء الف تغلق القوس</w:t>
      </w:r>
    </w:p>
    <w:p>
      <w:r>
        <w:t>يعني كل باء حملية خارجة عن المتصلة</w:t>
      </w:r>
    </w:p>
    <w:p>
      <w:r>
        <w:t>جيد</w:t>
      </w:r>
    </w:p>
    <w:p>
      <w:r>
        <w:t>ينتج دائما اما كل واما كل دال الف لغياب باء الحد الاوسط نعم</w:t>
      </w:r>
    </w:p>
    <w:p>
      <w:r>
        <w:t>دائما اما كل جيم هاء نعم للحد الاوسط او كل دال الف</w:t>
      </w:r>
    </w:p>
    <w:p>
      <w:r>
        <w:t>مثال الرابع دائما اما كل جيم باء او كل جيم او كل دائما اما جيم باء او كل دال باء وكل باء الف هذه الحملية ما هو الحد الاوسط? ينتج دائما اما كل جيم الف او كل جيم او كل دال اليف</w:t>
      </w:r>
    </w:p>
    <w:p>
      <w:r>
        <w:t>سهلة جدا كنت تصور ان المنفصلة هي آآ مشوشة اكثر</w:t>
      </w:r>
    </w:p>
    <w:p>
      <w:r>
        <w:t>قال ويجب كون المنفصلة موجبة</w:t>
      </w:r>
    </w:p>
    <w:p>
      <w:r>
        <w:t>غير مانعة الجمع فقط</w:t>
      </w:r>
    </w:p>
    <w:p>
      <w:r>
        <w:t>غير مانعة الجمع فقط</w:t>
      </w:r>
    </w:p>
    <w:p>
      <w:r>
        <w:t>لماذا؟ لان مانعة الجمع قد يخلو الواقع من الطرفين</w:t>
      </w:r>
    </w:p>
    <w:p>
      <w:r>
        <w:t>لا يمكن ان يجتمعان ويمكن ان يرتفعان</w:t>
      </w:r>
    </w:p>
    <w:p>
      <w:r>
        <w:t>يجب ان يكون شيء في نفس الامر يسانخ الكبرى كبرى الحملية او الصغرى الحملية لا فرق</w:t>
      </w:r>
    </w:p>
    <w:p>
      <w:r>
        <w:t>تسالخ الحملية في جزء منها والحد الاوسط آآ تسامحا</w:t>
      </w:r>
    </w:p>
    <w:p>
      <w:r>
        <w:t>نعم هذا الشرط ضروري</w:t>
      </w:r>
    </w:p>
    <w:p>
      <w:r>
        <w:t>لماذا? لان مانعة الجمع قد يخلو الوجود من شيء اصل ما فيه</w:t>
      </w:r>
    </w:p>
    <w:p>
      <w:r>
        <w:t>لا الطرف الاول ولا الطرف الثاني</w:t>
      </w:r>
    </w:p>
    <w:p>
      <w:r>
        <w:t>فالحملية التي هي صادقة لا تجد مع من تسانخ</w:t>
      </w:r>
    </w:p>
    <w:p>
      <w:r>
        <w:t>نعم</w:t>
      </w:r>
    </w:p>
    <w:p>
      <w:r>
        <w:t>الحد الاوسط لا يعطيها شيء يجد الفراغ</w:t>
      </w:r>
    </w:p>
    <w:p>
      <w:r>
        <w:t>ولهذا يقول ويجب كون المنفصلة موجبة غير مانعة</w:t>
      </w:r>
    </w:p>
    <w:p>
      <w:r>
        <w:t>في الجمع</w:t>
      </w:r>
    </w:p>
    <w:p>
      <w:r>
        <w:t>فقط وتكون النتائ منفصلات مانعة الخلو يعني على الاقل في شيء في الوجود مشتملة على اجزاء اجزاء آآ بعضها او جميعها نتائج حملية مع الاجزاء المشاركة لها في المنفصلة</w:t>
      </w:r>
    </w:p>
    <w:p>
      <w:r>
        <w:t>نعم</w:t>
      </w:r>
    </w:p>
    <w:p>
      <w:r>
        <w:t>اقول يجب ان تكون تكون المنفصلة هنا اما حقيقية او مانعة الخلو وان تكون موجبة</w:t>
      </w:r>
    </w:p>
    <w:p>
      <w:r>
        <w:t>نعم لان بينا ان الانتاج موقوف على اجتماع الجزء المشارك للحملية من المنفصلة مع الحملية على الصدق</w:t>
      </w:r>
    </w:p>
    <w:p>
      <w:r>
        <w:t>يعني في اما مناعة الجمع لا لا تؤمن ذلك</w:t>
      </w:r>
    </w:p>
    <w:p>
      <w:r>
        <w:t>لماذا? منعت الجمع يمكن ان يخلو الواقع من الطرفين لا يجتمعان ويمكن ان يرتفع</w:t>
      </w:r>
    </w:p>
    <w:p>
      <w:r>
        <w:t>نعم</w:t>
      </w:r>
    </w:p>
    <w:p>
      <w:r>
        <w:t>وهو انما اذا كانت المنفصلة موجبة يعني ليست بينونة الحد الاوسط يجمع ولا يفرق مانعة الخلو او حقيقية لانها مناعة الخروج تقول يجب ان يكون هناك طرف الاثنين نعم منعت الخلود تقول طرف يجب ان يكون واحد فقط</w:t>
      </w:r>
    </w:p>
    <w:p>
      <w:r>
        <w:t>اذا الكينونة موجودة</w:t>
      </w:r>
    </w:p>
    <w:p>
      <w:r>
        <w:t>اذا الحد الاوسط يؤدي وظيفته يجمع بين آآ آآ الحملية والمون فاصلة</w:t>
      </w:r>
    </w:p>
    <w:p>
      <w:r>
        <w:t>مانعة الجمع لا تؤدي هذه الوظيفة</w:t>
      </w:r>
    </w:p>
    <w:p>
      <w:r>
        <w:t>لان انها تعلن لانها لو كانت سالبة او موجبة مانعة الجمع لم يجب الاجتماع المذكور عن الصدق الحد الاوسط لا يجد ما يجمعه معها الحملية</w:t>
      </w:r>
    </w:p>
    <w:p>
      <w:r>
        <w:t>نعم</w:t>
      </w:r>
    </w:p>
    <w:p>
      <w:r>
        <w:t>وقد تبين مما ذكرنا ان النتائج في الاقسام الاربعة من مانعة الخلو</w:t>
      </w:r>
    </w:p>
    <w:p>
      <w:r>
        <w:t>طبعا مشتملة مش اه اه مشتملة على اجزاء اما بعضها نتائج الحمليات</w:t>
      </w:r>
    </w:p>
    <w:p>
      <w:r>
        <w:t>والاجزاء المشاركة لها من المنفصلة</w:t>
      </w:r>
    </w:p>
    <w:p>
      <w:r>
        <w:t>وبعضها الاخر الاجزاء الباقية من منفصلة وهو ان تكون شرك مع احد اجزاء الانفصال لا مع كلها</w:t>
      </w:r>
    </w:p>
    <w:p>
      <w:r>
        <w:t>نعم</w:t>
      </w:r>
    </w:p>
    <w:p>
      <w:r>
        <w:t>واما جميعها نتائج الحميات مع المشاركة من المنفصلة وهو ان تكون شركة مع جميع اجزاء المنفصلة</w:t>
      </w:r>
    </w:p>
    <w:p>
      <w:r>
        <w:t>يعني الحد الاوسط يتكرر في كل مفاصل في الحملية في المقدم وفي التالي</w:t>
      </w:r>
    </w:p>
    <w:p>
      <w:r>
        <w:t>هذا هو معنى اه واما جميعها نتائج الحمليات مع اجزاء المشاركة مشاركة لها من المنفصلات وهو ان تكون الشرك يعني الحد الاوسط</w:t>
      </w:r>
    </w:p>
    <w:p>
      <w:r>
        <w:t>سيال موجود في الحملة موجود في المقدم موجود في التالي كما في هذا القسم دائما ان كل جينب او كل دابة او كل باء اليف</w:t>
      </w:r>
    </w:p>
    <w:p>
      <w:r>
        <w:t>نعم</w:t>
      </w:r>
    </w:p>
    <w:p>
      <w:r>
        <w:t>ان تكون شرك مع جميع اجزاء منفصلة</w:t>
      </w:r>
    </w:p>
    <w:p>
      <w:r>
        <w:t>كما المطلب? القياس المقسم خلوه الى الحصة الاتية لانه رأس المطلب</w:t>
      </w:r>
    </w:p>
    <w:p>
      <w:r>
        <w:t>واللهم صلي على محمد وال محمد</w:t>
      </w:r>
    </w:p>
    <w:p>
      <w:r>
        <w:t>اللهم صلي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