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 بسم الله الرحمن الرحيم وبه تعالى نست والصلاة والسلام على محمد واله الطيبين الطاهرين</w:t>
      </w:r>
    </w:p>
    <w:p>
      <w:r>
        <w:t>اللهم صلي على محمد وال محمد</w:t>
      </w:r>
    </w:p>
    <w:p>
      <w:r>
        <w:t>اللهم ارزقنا التوفيق والاخلاص</w:t>
      </w:r>
    </w:p>
    <w:p>
      <w:r>
        <w:t>وصلنا معكم الى هذه الفقرة</w:t>
      </w:r>
    </w:p>
    <w:p>
      <w:r>
        <w:t>القياس المقسم قال ومن هذه الاقيساء ما يسمى بالمقسم</w:t>
      </w:r>
    </w:p>
    <w:p>
      <w:r>
        <w:t>ويتألف من منفصلة قضية منفصلة عنادية اما الف واما باء</w:t>
      </w:r>
    </w:p>
    <w:p>
      <w:r>
        <w:t>وحمليات من سلخ الف باء</w:t>
      </w:r>
    </w:p>
    <w:p>
      <w:r>
        <w:t>بعدد اجزائها مشاركة بعدد اجزاء آآ المنفصلة المنفصلة فيها جزءان الحمليات حمليتان فيها المنفصلة ثلاث اجزاء الحمليات ثلاث اجزاء</w:t>
      </w:r>
    </w:p>
    <w:p>
      <w:r>
        <w:t>نعم</w:t>
      </w:r>
    </w:p>
    <w:p>
      <w:r>
        <w:t>بعدد اجزائها بعدد اجزاء المنفصلة مشاركة في الاجزاء يعني فيه شيء يشتركان فيه ويكون في قوة الحمليات لانتاجه حملي</w:t>
      </w:r>
    </w:p>
    <w:p>
      <w:r>
        <w:t>يعني هذا القياس في قوة الحميات لان النتيجة دائما حملية</w:t>
      </w:r>
    </w:p>
    <w:p>
      <w:r>
        <w:t>مثاله في الشكل الاول كل عدد اما زوج او فرد</w:t>
      </w:r>
    </w:p>
    <w:p>
      <w:r>
        <w:t>اذا الزوج يتجنى به العدد</w:t>
      </w:r>
    </w:p>
    <w:p>
      <w:r>
        <w:t>الزوج عدد يعني كانك قلت كل عدد عدد زوجي عقد فردي</w:t>
      </w:r>
    </w:p>
    <w:p>
      <w:r>
        <w:t>لان العدد هو الذي ينفصل وكل زوج يعني كل وكل فرد يعني كل عدد فردي مؤلف من احد نعم الزوج تكرر اه الاحد الفرد ثلاثة هو التكرر الاحاد</w:t>
      </w:r>
    </w:p>
    <w:p>
      <w:r>
        <w:t>الزوج يعني واحد زائد واحد تكرر الواحد مرتين ثلاثة هو فرض تكرر الواحد ثلاثة</w:t>
      </w:r>
    </w:p>
    <w:p>
      <w:r>
        <w:t>نعم</w:t>
      </w:r>
    </w:p>
    <w:p>
      <w:r>
        <w:t>وكل زوج وكل فرد مؤلف من احد</w:t>
      </w:r>
    </w:p>
    <w:p>
      <w:r>
        <w:t>هذه هي الحملية</w:t>
      </w:r>
    </w:p>
    <w:p>
      <w:r>
        <w:t>وقس عليه باقي الأشكال</w:t>
      </w:r>
    </w:p>
    <w:p>
      <w:r>
        <w:t>آآ وقس عليه باقي اشكال وظروف الاشكال</w:t>
      </w:r>
    </w:p>
    <w:p>
      <w:r>
        <w:t>اقول القياس المؤلف من الحمل والمنفصل على قسمان احدهما ان يكون عدد الحميات مساوي لعدد اجزاء الانفصال</w:t>
      </w:r>
    </w:p>
    <w:p>
      <w:r>
        <w:t>اثنين اثنين ثلاثة ثلاثة</w:t>
      </w:r>
    </w:p>
    <w:p>
      <w:r>
        <w:t>والثاني الا يكون كذلك بل اما ان يكون عدد الحملات اقل وقد مضى مثاله او ازيد لا يهم</w:t>
      </w:r>
    </w:p>
    <w:p>
      <w:r>
        <w:t>فان لم يشارك اه لم تشارك الحملية في اللغة الفارسية معنا مؤنث مذكر</w:t>
      </w:r>
    </w:p>
    <w:p>
      <w:r>
        <w:t>فبدار خياله يتحرك اه فارسيا</w:t>
      </w:r>
    </w:p>
    <w:p>
      <w:r>
        <w:t>نعم فان لم يشاركوا الحملية اه الحملية مؤنث مجازي</w:t>
      </w:r>
    </w:p>
    <w:p>
      <w:r>
        <w:t>فنسب ان تقول تشارك</w:t>
      </w:r>
    </w:p>
    <w:p>
      <w:r>
        <w:t>فان لم تشارك تشارك الحملة الزائدة اجزاء الانفصال اجزاء الانفصال يعني آآ لم تشارك الحملة الزائدة الاجزاء يعني اجزاء الحملية اكثر من اجزاء الانفصال لم تشارك ماذا? الانفصالة لم يكن بها اعتداد والا حصل قياسا</w:t>
      </w:r>
    </w:p>
    <w:p>
      <w:r>
        <w:t>باعتبار مشاركة الحمية الزائدة قياس وباعتبار مشاركة الحملة الموساوية قياس اخر</w:t>
      </w:r>
    </w:p>
    <w:p>
      <w:r>
        <w:t>نعم هذا هو المنطق يعني يتقسم القياس الى اثنين</w:t>
      </w:r>
    </w:p>
    <w:p>
      <w:r>
        <w:t>والاول على اقصاء اقسام يعني المشاركة المتساوية</w:t>
      </w:r>
    </w:p>
    <w:p>
      <w:r>
        <w:t>منه القياس المقسم ان يشترك الحميات باسرها في احد طرفي النتيجة او اجزاء الانفصال في الطرف الاخر</w:t>
      </w:r>
    </w:p>
    <w:p>
      <w:r>
        <w:t>وهذا القياس في قوة القياس الحملي لانتاجه الحملية</w:t>
      </w:r>
    </w:p>
    <w:p>
      <w:r>
        <w:t>مثاله ما اتى به المحقق الطوسي مثاله في الشكل الاول كل عدد اما زوج او فرج</w:t>
      </w:r>
    </w:p>
    <w:p>
      <w:r>
        <w:t>هذي منفصلة</w:t>
      </w:r>
    </w:p>
    <w:p>
      <w:r>
        <w:t>وكل زوج مؤلف من احاد</w:t>
      </w:r>
    </w:p>
    <w:p>
      <w:r>
        <w:t>هذه حملية</w:t>
      </w:r>
    </w:p>
    <w:p>
      <w:r>
        <w:t>وكل فرد مؤلف من احاد ينتج كل عدد مؤلف من احاد</w:t>
      </w:r>
    </w:p>
    <w:p>
      <w:r>
        <w:t>نعم</w:t>
      </w:r>
    </w:p>
    <w:p>
      <w:r>
        <w:t>لان الزوجية تختفي والفرض تختفي فيأتي مؤلف من احاد نعم الاكبر ينتج كل عدد العدد اصغر مؤلف من احد اكبر مثل الحملية تماما</w:t>
      </w:r>
    </w:p>
    <w:p>
      <w:r>
        <w:t>فالموصف فالمنفصل منفصلة هنا فالمنفصلة هنا وقعت صورة والاجزاء اجزاء التي وقع بها الاشتراك محمولات في اجزاء الانفصال</w:t>
      </w:r>
    </w:p>
    <w:p>
      <w:r>
        <w:t>يعني التساوي موضوعات في الحملة في الشكل الاول</w:t>
      </w:r>
    </w:p>
    <w:p>
      <w:r>
        <w:t>وبالعكس في الشكل الرابع</w:t>
      </w:r>
    </w:p>
    <w:p>
      <w:r>
        <w:t>وان كانت كبرى يعني المنفصلة كانت كبرى كانت الاجزاء المشتركة محمولات في الحملات وموضوعات في اجزاء الانفصال في الشكل الاول</w:t>
      </w:r>
    </w:p>
    <w:p>
      <w:r>
        <w:t>وبالعكس في الرابع</w:t>
      </w:r>
    </w:p>
    <w:p>
      <w:r>
        <w:t>واما في الشكل الثاني فاجزاء الاشتراك محمولات فيهما نعم</w:t>
      </w:r>
    </w:p>
    <w:p>
      <w:r>
        <w:t>محمولات آآ فيهما يعني في الحميات سواء كانت المنفصلة صغرى او كبرى</w:t>
      </w:r>
    </w:p>
    <w:p>
      <w:r>
        <w:t>وفي الشكل الثالث موضوعات فيهما في المحمولات يعني في الحمليات سواء كانت صغرى او كبرى</w:t>
      </w:r>
    </w:p>
    <w:p>
      <w:r>
        <w:t>وقس على ذكرنا باقي ظروف الشكل الأول الاشكال الثلاثة الباقية</w:t>
      </w:r>
    </w:p>
    <w:p>
      <w:r>
        <w:t>يعني كأنها حملية</w:t>
      </w:r>
    </w:p>
    <w:p>
      <w:r>
        <w:t>نعم</w:t>
      </w:r>
    </w:p>
    <w:p>
      <w:r>
        <w:t>ما فيها شيء صعب</w:t>
      </w:r>
    </w:p>
    <w:p>
      <w:r>
        <w:t>فقط انت ركز على الحد الاوسط</w:t>
      </w:r>
    </w:p>
    <w:p>
      <w:r>
        <w:t>احذفه</w:t>
      </w:r>
    </w:p>
    <w:p>
      <w:r>
        <w:t>وتجيب الحد الاكبر وضعه في الحد الاوسط وانتهى الامر</w:t>
      </w:r>
    </w:p>
    <w:p>
      <w:r>
        <w:t>تنتج ولا تنتج اتصالية</w:t>
      </w:r>
    </w:p>
    <w:p>
      <w:r>
        <w:t>الاستثنائيات</w:t>
      </w:r>
    </w:p>
    <w:p>
      <w:r>
        <w:t>قلنا القياس اما اقتراني واما استثنائي</w:t>
      </w:r>
    </w:p>
    <w:p>
      <w:r>
        <w:t>الاقتران قد يكون متمحضا في الحمليات</w:t>
      </w:r>
    </w:p>
    <w:p>
      <w:r>
        <w:t>قياس اقتران قد يكون مخلوطات قياس اقتراني مخلوط من حملية ومتصلة حملية ومنفصلة منفصلة ومتصلة هذا القياس الاقتراني القياس الاستثنائي مقسم للقياس الاقتراني وهو عندنا شر وعندنا ايه استثناء</w:t>
      </w:r>
    </w:p>
    <w:p>
      <w:r>
        <w:t>فأشير هنا الى مسألة مهمة</w:t>
      </w:r>
    </w:p>
    <w:p>
      <w:r>
        <w:t>القياس الاستثنائي له ركنان</w:t>
      </w:r>
    </w:p>
    <w:p>
      <w:r>
        <w:t>سجلها عندك</w:t>
      </w:r>
    </w:p>
    <w:p>
      <w:r>
        <w:t>ملحوظة نقطتان او فائدة نقطة</w:t>
      </w:r>
    </w:p>
    <w:p>
      <w:r>
        <w:t>في القياس الاستثنائي اننا ركنا</w:t>
      </w:r>
    </w:p>
    <w:p>
      <w:r>
        <w:t>وركن ايبيستيمي معرفي</w:t>
      </w:r>
    </w:p>
    <w:p>
      <w:r>
        <w:t>وركن انطولوجي تكويني لسان الحديث واللسان القديم</w:t>
      </w:r>
    </w:p>
    <w:p>
      <w:r>
        <w:t>الركن الأول يعني معرفي مقام الإثبات بقول الحوزاويين</w:t>
      </w:r>
    </w:p>
    <w:p>
      <w:r>
        <w:t>والركن الثاني اه انطولوجي يعني تكويني يعني مقام نأتي الان الى الركن الانطلوجي اولا تكويني يعني بدون آآ مكونات هذا القياس القياس لا يكون له وجود</w:t>
      </w:r>
    </w:p>
    <w:p>
      <w:r>
        <w:t>قبل المعرفة ماذا ينتجك معرفة لا في كينونته ما هي مكوناته اذا اختفت مكونه يندثر في التكوين لا يكون قياس شرطية واستثناء</w:t>
      </w:r>
    </w:p>
    <w:p>
      <w:r>
        <w:t>هذه المكونات الاساسية شرطية واستثناء</w:t>
      </w:r>
    </w:p>
    <w:p>
      <w:r>
        <w:t>اذا لم تجد استثناء فهو منطوي</w:t>
      </w:r>
    </w:p>
    <w:p>
      <w:r>
        <w:t>منطوي سريعا انت تخرجو</w:t>
      </w:r>
    </w:p>
    <w:p>
      <w:r>
        <w:t>قياس استثنائي بدون هاتاء بدون هاتين المكونات لا معنى له</w:t>
      </w:r>
    </w:p>
    <w:p>
      <w:r>
        <w:t>شرطية واستثناء</w:t>
      </w:r>
    </w:p>
    <w:p>
      <w:r>
        <w:t>نعم</w:t>
      </w:r>
    </w:p>
    <w:p>
      <w:r>
        <w:t>اذا كان الف تقول لا باء او تقول باء</w:t>
      </w:r>
    </w:p>
    <w:p>
      <w:r>
        <w:t>نعم</w:t>
      </w:r>
    </w:p>
    <w:p>
      <w:r>
        <w:t>اذا البنية التكوينية للقياس الاستثنائي متكونة من مكونات شرطية اتصالية او منفصلة لهم</w:t>
      </w:r>
    </w:p>
    <w:p>
      <w:r>
        <w:t>واستثناء</w:t>
      </w:r>
    </w:p>
    <w:p>
      <w:r>
        <w:t>هذا هو الركن الأنطلوجي</w:t>
      </w:r>
    </w:p>
    <w:p>
      <w:r>
        <w:t>هذا هو</w:t>
      </w:r>
    </w:p>
    <w:p>
      <w:r>
        <w:t>له مكونات شرطية واستثناء</w:t>
      </w:r>
    </w:p>
    <w:p>
      <w:r>
        <w:t>بدون الإستثناء لا معنى للقياس بدون شرطية لا معنى للقياس</w:t>
      </w:r>
    </w:p>
    <w:p>
      <w:r>
        <w:t>واضح? الآن نذهب الى انا قلت ركن قل بني احسن او بني بنية تكوينية والبنية احسن</w:t>
      </w:r>
    </w:p>
    <w:p>
      <w:r>
        <w:t>صحح آآ التسجيل</w:t>
      </w:r>
    </w:p>
    <w:p>
      <w:r>
        <w:t>ثم تقول الاركان</w:t>
      </w:r>
    </w:p>
    <w:p>
      <w:r>
        <w:t>البنية التكوينية لها ركنان</w:t>
      </w:r>
    </w:p>
    <w:p>
      <w:r>
        <w:t>الشرطية والاتصال</w:t>
      </w:r>
    </w:p>
    <w:p>
      <w:r>
        <w:t>هذه البنية فكك اذا تفكك ركن من اركانه</w:t>
      </w:r>
    </w:p>
    <w:p>
      <w:r>
        <w:t>اذا ما في استثناء ما في قياس</w:t>
      </w:r>
    </w:p>
    <w:p>
      <w:r>
        <w:t>قد لا يذكر مسألة اخرى</w:t>
      </w:r>
    </w:p>
    <w:p>
      <w:r>
        <w:t>متضمن موجود</w:t>
      </w:r>
    </w:p>
    <w:p>
      <w:r>
        <w:t>تنتفي الشرطية ينتفي القياس</w:t>
      </w:r>
    </w:p>
    <w:p>
      <w:r>
        <w:t>اذا البن التكوينية والوجودية الأنطولوجية متكونة من ركنين شرطية واستثناء</w:t>
      </w:r>
    </w:p>
    <w:p>
      <w:r>
        <w:t>البنية المعرفية الإيبستمية هو بيان الملازمة بين المقدم والتالي</w:t>
      </w:r>
    </w:p>
    <w:p>
      <w:r>
        <w:t>ما الربط بين المقدم والتالي? ملاك استنتاج او آآ آآ استلزام التالي يعني باي ملاك ولد المقدم التالي معرفيا بين لماذا? بيان الملازمة في ادبياتنا الم اقول بيان الملازمة بيان ما قبل الاثبات</w:t>
      </w:r>
    </w:p>
    <w:p>
      <w:r>
        <w:t>الركن الاول هو بيان الملازمة</w:t>
      </w:r>
    </w:p>
    <w:p>
      <w:r>
        <w:t>للبنية الايبستمية المعرفية</w:t>
      </w:r>
    </w:p>
    <w:p>
      <w:r>
        <w:t>الركن الثاني الركن الثاني له تجليان</w:t>
      </w:r>
    </w:p>
    <w:p>
      <w:r>
        <w:t>ثبوت المقدم</w:t>
      </w:r>
    </w:p>
    <w:p>
      <w:r>
        <w:t>انت تبين ان المقدم في نص الامر اذا ثبت المقدم التالي يأتي للاستلزام الاستلزام اذا بنيت على صدق المقدم التالي يكون صادقا يتبعه ثبوت المقدم يؤدي الى ثبوت التالي هذا التجلي الأول في الركن الركن الثاني في في البنية الإبيستمية</w:t>
      </w:r>
    </w:p>
    <w:p>
      <w:r>
        <w:t>يعني بعد الركن الأول بيان الملازمة نأتي الى الركن الثاني</w:t>
      </w:r>
    </w:p>
    <w:p>
      <w:r>
        <w:t>الركن الثاني له تجليا</w:t>
      </w:r>
    </w:p>
    <w:p>
      <w:r>
        <w:t>ثبوت المقدم يعطيك ثبوت التالي</w:t>
      </w:r>
    </w:p>
    <w:p>
      <w:r>
        <w:t>الركن التجلي الثاني انتساء التالي يكشف يكشف مقام الاثبات امارة يكشف عن انتفاء المقدم سجل هذه النقطة مهمة جدا في القياس الاستثنائي</w:t>
      </w:r>
    </w:p>
    <w:p>
      <w:r>
        <w:t>هذه للقياس الاستثنائي</w:t>
      </w:r>
    </w:p>
    <w:p>
      <w:r>
        <w:t>يعني ليست منطقية وانما هي فلسفة المنطق</w:t>
      </w:r>
    </w:p>
    <w:p>
      <w:r>
        <w:t>اذا اعيد القياس الاستثنائي له بنيتان</w:t>
      </w:r>
    </w:p>
    <w:p>
      <w:r>
        <w:t>بنية تكوينية انطولوجية يعني كينونة القياس</w:t>
      </w:r>
    </w:p>
    <w:p>
      <w:r>
        <w:t>ما هي مكوناته? ثم بنية معرفية</w:t>
      </w:r>
    </w:p>
    <w:p>
      <w:r>
        <w:t>ما هي مكوناته? البنية الأنطولوجية له ركنان</w:t>
      </w:r>
    </w:p>
    <w:p>
      <w:r>
        <w:t>يعني مكونتان</w:t>
      </w:r>
    </w:p>
    <w:p>
      <w:r>
        <w:t>الركن الأول عصر الشرطية كانت منفصلة او متصلة لهم</w:t>
      </w:r>
    </w:p>
    <w:p>
      <w:r>
        <w:t>والركن الثاني المكون الثاني تم القياس</w:t>
      </w:r>
    </w:p>
    <w:p>
      <w:r>
        <w:t>تمت بنية القياس</w:t>
      </w:r>
    </w:p>
    <w:p>
      <w:r>
        <w:t>ثم ننتقل الى البنية الابليستيمية المعرفية</w:t>
      </w:r>
    </w:p>
    <w:p>
      <w:r>
        <w:t>لها كذلك ركنا</w:t>
      </w:r>
    </w:p>
    <w:p>
      <w:r>
        <w:t>الركن الاول بيان الملازمة بيان</w:t>
      </w:r>
    </w:p>
    <w:p>
      <w:r>
        <w:t>معرفة</w:t>
      </w:r>
    </w:p>
    <w:p>
      <w:r>
        <w:t>الركن الثاني</w:t>
      </w:r>
    </w:p>
    <w:p>
      <w:r>
        <w:t>له تجليا</w:t>
      </w:r>
    </w:p>
    <w:p>
      <w:r>
        <w:t>ثبوت المقدم يؤدي الى ثبوت التالي</w:t>
      </w:r>
    </w:p>
    <w:p>
      <w:r>
        <w:t>التجلي الثاني ما هو انتفاء التالي كاشف كاشف لا يؤدي الى ليس سببا لانتفاء المقدم</w:t>
      </w:r>
    </w:p>
    <w:p>
      <w:r>
        <w:t>كاشف عن انتفاء المقدم في الرتبة فما جيدا آآ افهم جيدا هاتين البنيتين نعم سهل جدا ما ليس فيه صعوبة</w:t>
      </w:r>
    </w:p>
    <w:p>
      <w:r>
        <w:t>نعم</w:t>
      </w:r>
    </w:p>
    <w:p>
      <w:r>
        <w:t>آآ في القرآن الكريم آآ في اثبات توحيد الربوبي توحيد التدبير لو كان فيهما الهة الا الله لفسدتا</w:t>
      </w:r>
    </w:p>
    <w:p>
      <w:r>
        <w:t>المقدم اه كينونة الالهة المتعددة في التدبير</w:t>
      </w:r>
    </w:p>
    <w:p>
      <w:r>
        <w:t>لان الاية في صدد اثبات التوحيد التدبير ربوبي</w:t>
      </w:r>
    </w:p>
    <w:p>
      <w:r>
        <w:t>وهذا دليل عقلي</w:t>
      </w:r>
    </w:p>
    <w:p>
      <w:r>
        <w:t>انا نسأل الطلاب دليل عقلي ام دليل نقلي? يقولون دليل نقلي</w:t>
      </w:r>
    </w:p>
    <w:p>
      <w:r>
        <w:t>يا الله! دليل عقلي بلسان نقلي</w:t>
      </w:r>
    </w:p>
    <w:p>
      <w:r>
        <w:t>دليل عقلي بين الناس بلسان نقلي</w:t>
      </w:r>
    </w:p>
    <w:p>
      <w:r>
        <w:t>لسان نقلي</w:t>
      </w:r>
    </w:p>
    <w:p>
      <w:r>
        <w:t>اما الدليل دليل عقلي</w:t>
      </w:r>
    </w:p>
    <w:p>
      <w:r>
        <w:t>لو كان فيهما الهة الهة الا الله لفسدك</w:t>
      </w:r>
    </w:p>
    <w:p>
      <w:r>
        <w:t>لو تفيد الامتناع</w:t>
      </w:r>
    </w:p>
    <w:p>
      <w:r>
        <w:t>لم تأتي لا فسدت</w:t>
      </w:r>
    </w:p>
    <w:p>
      <w:r>
        <w:t>التالي ما هو الفساد نظام الاسباب والمسببات</w:t>
      </w:r>
    </w:p>
    <w:p>
      <w:r>
        <w:t>ليس العرفي الفواحش واكل الربا واكل حقوق الانسان لا لا لا الفساد هنا بمعنى خلل في نظام الاسباب المسببات</w:t>
      </w:r>
    </w:p>
    <w:p>
      <w:r>
        <w:t>فساد في نظام التكوين وليس في نظام الاعتبار</w:t>
      </w:r>
    </w:p>
    <w:p>
      <w:r>
        <w:t>شرطية</w:t>
      </w:r>
    </w:p>
    <w:p>
      <w:r>
        <w:t>الركن الاول في البنية التكوينية</w:t>
      </w:r>
    </w:p>
    <w:p>
      <w:r>
        <w:t>الركن الثاني ما هو? فارجع البصر</w:t>
      </w:r>
    </w:p>
    <w:p>
      <w:r>
        <w:t>هل ترى من فطور? ينقلب اليك البصر خاسر وهو خسر</w:t>
      </w:r>
    </w:p>
    <w:p>
      <w:r>
        <w:t>فطور يعني انشقاق يعني فساد في نظام الوجود في الاسباب والمسببات</w:t>
      </w:r>
    </w:p>
    <w:p>
      <w:r>
        <w:t>انتفاء التالي في كشف على عدم تعدد الالية التدبيرية اله واحد فقط يدبر الكون</w:t>
      </w:r>
    </w:p>
    <w:p>
      <w:r>
        <w:t>يدبر الكون</w:t>
      </w:r>
    </w:p>
    <w:p>
      <w:r>
        <w:t>كنت في اه في الجزائر في حوار جمعني مع يرى نفسه واعلم وهابي في كل الجزائر</w:t>
      </w:r>
    </w:p>
    <w:p>
      <w:r>
        <w:t>وانصافا متتبع انصافا</w:t>
      </w:r>
    </w:p>
    <w:p>
      <w:r>
        <w:t>كانت جلسة عندي انا كان ضيفا عندي</w:t>
      </w:r>
    </w:p>
    <w:p>
      <w:r>
        <w:t>الجلسة الثانية كنت انا ضيفا عنده فهو حبذ ان نتحاور آآ عن التوحيد النقاش يدور حول التوحيد</w:t>
      </w:r>
    </w:p>
    <w:p>
      <w:r>
        <w:t>آآ بدأت انا ابين التوحيد في الرؤيا الحقيقية في المحمدي الاصيل</w:t>
      </w:r>
    </w:p>
    <w:p>
      <w:r>
        <w:t>بعدما بينت التوحيد واقسام التوحيد توحيد الاحادي الواحد صفات الخالق التدبيري التشريعي</w:t>
      </w:r>
    </w:p>
    <w:p>
      <w:r>
        <w:t>آآ ثم التوحيد في التوحيد في ان يعتقد الانسان ان الله تعالى فقط يستحق العبادة ثم التوحيد في العبودية الممارسة الفعلية يعبد فقط الله تعالى</w:t>
      </w:r>
    </w:p>
    <w:p>
      <w:r>
        <w:t>هذه الاقسام ومع ادلتها ومبانيها الانطلوجية والمعرفية</w:t>
      </w:r>
    </w:p>
    <w:p>
      <w:r>
        <w:t>فقال لي اول مرة في حيات اسمع هكذا توحيد</w:t>
      </w:r>
    </w:p>
    <w:p>
      <w:r>
        <w:t>قلت له وانتم تكفرون الناس على اساس التوحيد وانتم اجهل الخلق بالتوحيد مع الاسف الشديد</w:t>
      </w:r>
    </w:p>
    <w:p>
      <w:r>
        <w:t>نعم</w:t>
      </w:r>
    </w:p>
    <w:p>
      <w:r>
        <w:t>فهذه الاية دليل عقلي بلسان قر على التوحيد في التدبير لو كان فيهما اليات الى الله لا فسدتا</w:t>
      </w:r>
    </w:p>
    <w:p>
      <w:r>
        <w:t>يعني فيه ملازمة تكوينية بين تعدد الالهة المدبرة وفساد نظام الاسباب والمسببات</w:t>
      </w:r>
    </w:p>
    <w:p>
      <w:r>
        <w:t>كل اله يدبر الكون كما يشاء فيأتي الاختلاط ويأتي التنافر</w:t>
      </w:r>
    </w:p>
    <w:p>
      <w:r>
        <w:t>يفسد نظام نظام الكو تتفكك الاسباب والمسبب في احد</w:t>
      </w:r>
    </w:p>
    <w:p>
      <w:r>
        <w:t>يحدث الانفطار</w:t>
      </w:r>
    </w:p>
    <w:p>
      <w:r>
        <w:t>فارجع البصر هل ترى بينفطر? ابدا انشقاق ما في</w:t>
      </w:r>
    </w:p>
    <w:p>
      <w:r>
        <w:t>برهان بطلان يكشف عن بطلان المقدم تعدد الاله عليها باطل في التدبير فتتمحض آآ يتمحض التدبير في اله واحد وهو اله الحق</w:t>
      </w:r>
    </w:p>
    <w:p>
      <w:r>
        <w:t>نعم</w:t>
      </w:r>
    </w:p>
    <w:p>
      <w:r>
        <w:t>فعندنا آآ بني تكوين هذا القيس القياس الاستثنائي شرطية لو كان فيه ما الية الا الله وفسدته فارجع البصر هل ترى من فتور هذا الاستثناء يعني ما فيه اه الفساد لا فساد ثم آآ تأتي الى البنية المعرفية ما العلاقة بين تعدد الالهة المدبرة وفساد فساد الكون شبهو شهودية شبه شهودية اله يريد ان اه يرفع الشمس من المغرب صباحا والى يريد من المشرق صباحا</w:t>
      </w:r>
    </w:p>
    <w:p>
      <w:r>
        <w:t>هذه الشمس بعد لا تصعد ابدا</w:t>
      </w:r>
    </w:p>
    <w:p>
      <w:r>
        <w:t>نعم لا تصعد ابدا</w:t>
      </w:r>
    </w:p>
    <w:p>
      <w:r>
        <w:t>انشقاق فساد</w:t>
      </w:r>
    </w:p>
    <w:p>
      <w:r>
        <w:t>الكون هذا لا يتعين</w:t>
      </w:r>
    </w:p>
    <w:p>
      <w:r>
        <w:t>شهودية</w:t>
      </w:r>
    </w:p>
    <w:p>
      <w:r>
        <w:t>ثم اللا فساد بطلان التالي شهود</w:t>
      </w:r>
    </w:p>
    <w:p>
      <w:r>
        <w:t>انت تعاين نظام الاسباب والمسببات</w:t>
      </w:r>
    </w:p>
    <w:p>
      <w:r>
        <w:t>آآ آآ حاكم والوجود منسجم ومتعة</w:t>
      </w:r>
    </w:p>
    <w:p>
      <w:r>
        <w:t>نعم</w:t>
      </w:r>
    </w:p>
    <w:p>
      <w:r>
        <w:t>قال الاستثنائيات وهي من الاقيس وتتألف من شرط او استثناء تتألف اشارة الى البنية التكوينية</w:t>
      </w:r>
    </w:p>
    <w:p>
      <w:r>
        <w:t>نعم وتتألف يعني لها مكونات لها اركان شرطية كانت متصلة او منفصلة الى يوم وها استثناء</w:t>
      </w:r>
    </w:p>
    <w:p>
      <w:r>
        <w:t>اذا هذه اشارة الى ماذا? اشارة الى البنية التكوينية لم يبين البنية الماع ريفية</w:t>
      </w:r>
    </w:p>
    <w:p>
      <w:r>
        <w:t>اقول هذا هو القسم الثاني من اقسام القياس البسيطة</w:t>
      </w:r>
    </w:p>
    <w:p>
      <w:r>
        <w:t>وهو الاستثنائي في مقابل القياس الاقتراني</w:t>
      </w:r>
    </w:p>
    <w:p>
      <w:r>
        <w:t>وهو من الاقيس الكاملة التي لا تتوقف في الانتاج على مقدمة اخرى كقياس المساواة</w:t>
      </w:r>
    </w:p>
    <w:p>
      <w:r>
        <w:t>قياس المساواة</w:t>
      </w:r>
    </w:p>
    <w:p>
      <w:r>
        <w:t>نقول آآ آآ الف مساو لبا مساوي لجيم نستنتج انا الف مساوي لجيم</w:t>
      </w:r>
    </w:p>
    <w:p>
      <w:r>
        <w:t>من من لعيونهما لعيون قاعد اخرى ما هي المساوية للموساوية المساوية؟ القياس الاستنفائي ليس له هذه الخاصية كامل في ذاته</w:t>
      </w:r>
    </w:p>
    <w:p>
      <w:r>
        <w:t>نعم وهو من الاقيصة الكاملة التي لا تتوقف في الانتاج على مقدمة اخرى</w:t>
      </w:r>
    </w:p>
    <w:p>
      <w:r>
        <w:t>فخرج قياس المساواة وغيره</w:t>
      </w:r>
    </w:p>
    <w:p>
      <w:r>
        <w:t>وقد قلنا في تعريفه انه الذي تكون النتيجة او نقيضها مذكورة فيه بالفعل</w:t>
      </w:r>
    </w:p>
    <w:p>
      <w:r>
        <w:t>نعم القياس الاستثنائي النتيجة تكون او ناقضها مذكورة بالفعل وليس بالقوة</w:t>
      </w:r>
    </w:p>
    <w:p>
      <w:r>
        <w:t>القوة في القياس نعم ويستحيل ان تكون النتيجة جزءا من قياس منتج لها على انها مقدمة مستقلة بنفسها لا</w:t>
      </w:r>
    </w:p>
    <w:p>
      <w:r>
        <w:t>هذا ليس قياسا حمليا هذا قياس توقفي</w:t>
      </w:r>
    </w:p>
    <w:p>
      <w:r>
        <w:t>قياس استثنائي قياس في الشرطية يعني المقدم لا يكون لوحده يكون مع التالي</w:t>
      </w:r>
    </w:p>
    <w:p>
      <w:r>
        <w:t>يعني في اتصال او في انفصال</w:t>
      </w:r>
    </w:p>
    <w:p>
      <w:r>
        <w:t>لانه يكون مصادرة على المطلوب</w:t>
      </w:r>
    </w:p>
    <w:p>
      <w:r>
        <w:t>اذا كانت النتيجة موجودة بالفعل او نقيض</w:t>
      </w:r>
    </w:p>
    <w:p>
      <w:r>
        <w:t>موجود بالفعل وتنواجد في النتيجة وفي المقدمات هذا تحصيل للحاصل</w:t>
      </w:r>
    </w:p>
    <w:p>
      <w:r>
        <w:t>اذا ضربا للتحصيل الحاصل</w:t>
      </w:r>
    </w:p>
    <w:p>
      <w:r>
        <w:t>هذه النتيجة موجودة بنحو التعلق</w:t>
      </w:r>
    </w:p>
    <w:p>
      <w:r>
        <w:t>يعني قضية شرطية متصلة او شرطية فاصل نعم</w:t>
      </w:r>
    </w:p>
    <w:p>
      <w:r>
        <w:t>يعني انت اذا قلت اذا طلعت الشمس بعد ان انت لست في حملية</w:t>
      </w:r>
    </w:p>
    <w:p>
      <w:r>
        <w:t>تحتاج الى متمم</w:t>
      </w:r>
    </w:p>
    <w:p>
      <w:r>
        <w:t>فالنهار موجود</w:t>
      </w:r>
    </w:p>
    <w:p>
      <w:r>
        <w:t>جلست في حملية</w:t>
      </w:r>
    </w:p>
    <w:p>
      <w:r>
        <w:t>حتى النتيجة تكون هي عينا عين المقدمة</w:t>
      </w:r>
    </w:p>
    <w:p>
      <w:r>
        <w:t>اذا دفعا تحصيل الحاصل قال ويستحيل ان تكون النتيجة جزءا من قياس منتج لها على انها مقدمة مستقلة بنفسها</w:t>
      </w:r>
    </w:p>
    <w:p>
      <w:r>
        <w:t>لا ليست وانما هي في سياق توقفي اذا كانت الشمس فالنهار موجود</w:t>
      </w:r>
    </w:p>
    <w:p>
      <w:r>
        <w:t>لانه يكون مصادرة على المطلوب الاول</w:t>
      </w:r>
    </w:p>
    <w:p>
      <w:r>
        <w:t>النتيجة موجودة في المقدمتين وموجودة موجودة في المقدسة ماذا فعلنا? تحسين لل فلا بد وان تكون جزءا من مقدمة</w:t>
      </w:r>
    </w:p>
    <w:p>
      <w:r>
        <w:t>جزءا من مقدمة</w:t>
      </w:r>
    </w:p>
    <w:p>
      <w:r>
        <w:t>وهي هذه المقدمة بنفسها قضية</w:t>
      </w:r>
    </w:p>
    <w:p>
      <w:r>
        <w:t>وتكون شرطية</w:t>
      </w:r>
    </w:p>
    <w:p>
      <w:r>
        <w:t>وكل مقدمة جزءها قضية فهي شرطية</w:t>
      </w:r>
    </w:p>
    <w:p>
      <w:r>
        <w:t>احد? هنا نخرج من الحصن فاذا احدى مقدمات هذا القياس شرطية والاخرى استثنائية</w:t>
      </w:r>
    </w:p>
    <w:p>
      <w:r>
        <w:t>اذا بين لك البنية التكوينية للقياس</w:t>
      </w:r>
    </w:p>
    <w:p>
      <w:r>
        <w:t>شرطية استثناء</w:t>
      </w:r>
    </w:p>
    <w:p>
      <w:r>
        <w:t>نعم</w:t>
      </w:r>
    </w:p>
    <w:p>
      <w:r>
        <w:t>الى هنا واضح</w:t>
      </w:r>
    </w:p>
    <w:p>
      <w:r>
        <w:t>نعم الاستثنائي لو كان شرطي متصلة لو كان شرطيته متصلة هذا الاستناء هذا القياس يلزم فيها الكلية واللزوم</w:t>
      </w:r>
    </w:p>
    <w:p>
      <w:r>
        <w:t>نعم اذا كان شرطية متصلة يلزم فيها الكلية واللزوم</w:t>
      </w:r>
    </w:p>
    <w:p>
      <w:r>
        <w:t>الكلية يعني الاحوال ليست جزئية في بعض الاحوال</w:t>
      </w:r>
    </w:p>
    <w:p>
      <w:r>
        <w:t>في كل الاحوال</w:t>
      </w:r>
    </w:p>
    <w:p>
      <w:r>
        <w:t>نعم لان الشرطية ما عندها سريان الصدقي عنوان موضوعي يصدق على المصاديق يتبع العنوان لا</w:t>
      </w:r>
    </w:p>
    <w:p>
      <w:r>
        <w:t>هنا توقف احوال نعم احوال</w:t>
      </w:r>
    </w:p>
    <w:p>
      <w:r>
        <w:t>يشترط فيها الكلية</w:t>
      </w:r>
    </w:p>
    <w:p>
      <w:r>
        <w:t>نعم كلية الاحوال واللزوم</w:t>
      </w:r>
    </w:p>
    <w:p>
      <w:r>
        <w:t>يعني اما في ادارة العلمية والمعلولية واما في ذات التظايف</w:t>
      </w:r>
    </w:p>
    <w:p>
      <w:r>
        <w:t>التظايف تحصيلهم اللي حاصل</w:t>
      </w:r>
    </w:p>
    <w:p>
      <w:r>
        <w:t>يبقى اللزوم العلي والمعلولي</w:t>
      </w:r>
    </w:p>
    <w:p>
      <w:r>
        <w:t>يعني علة ما معلول ومعلول مع علة او معلول مع علة ثالثة</w:t>
      </w:r>
    </w:p>
    <w:p>
      <w:r>
        <w:t>قال فالمتصلة الكلية اللجومية تنتج باستثناء عين المقدم</w:t>
      </w:r>
    </w:p>
    <w:p>
      <w:r>
        <w:t>هنا اشارة الى ماذا? اشارة الى البنية المعرفية نعم متى تكون البنية المعرفية تنتج باستثناء عين المقدم? الصناعة المقدمة تقول هكذا اذا طلعت الشمس فالنهار موجود استثناء المقدمة طلعت الشمس فالنهار موجود بالضرورة</w:t>
      </w:r>
    </w:p>
    <w:p>
      <w:r>
        <w:t>نعم تنتج باستثناء المقدم او نقيض التالي</w:t>
      </w:r>
    </w:p>
    <w:p>
      <w:r>
        <w:t>نعم</w:t>
      </w:r>
    </w:p>
    <w:p>
      <w:r>
        <w:t>هذا الوجه الثاني التجلي الثاني من ركن من ركني البنية البنية الايبستمية</w:t>
      </w:r>
    </w:p>
    <w:p>
      <w:r>
        <w:t>او نقيض التالي عين الجزء الاخر او نقيضه نعم</w:t>
      </w:r>
    </w:p>
    <w:p>
      <w:r>
        <w:t>لوضع اللزوم</w:t>
      </w:r>
    </w:p>
    <w:p>
      <w:r>
        <w:t>اللزوم يعني بيان الملازمة</w:t>
      </w:r>
    </w:p>
    <w:p>
      <w:r>
        <w:t>الركن آآ الثاني متضمن</w:t>
      </w:r>
    </w:p>
    <w:p>
      <w:r>
        <w:t>نعم</w:t>
      </w:r>
    </w:p>
    <w:p>
      <w:r>
        <w:t>كقولنا مثاله اذا كان زيد يكتب هنا تعلقية</w:t>
      </w:r>
    </w:p>
    <w:p>
      <w:r>
        <w:t>انت بنيت على زيد يكتب لاستثناءاتي</w:t>
      </w:r>
    </w:p>
    <w:p>
      <w:r>
        <w:t>حتى لو قلت هذا اذا كان زيد آآ اذا كان زيد آآ حمارا فيده تتحرك</w:t>
      </w:r>
    </w:p>
    <w:p>
      <w:r>
        <w:t>خصوصا في المنطق الصور عن الحديث</w:t>
      </w:r>
    </w:p>
    <w:p>
      <w:r>
        <w:t>اذا كان بنيت على المقدم ما تنظر الى صدق صدق القضايا الداخلية في في الشرطية</w:t>
      </w:r>
    </w:p>
    <w:p>
      <w:r>
        <w:t>اذا كان زيد يكتب فيده يتحرك</w:t>
      </w:r>
    </w:p>
    <w:p>
      <w:r>
        <w:t>هنا اللزوم لان في المنطق القديم الذي ندرسه نحن يشترط آآ العلية والمعلولية او التظايف بين المقدم والتالي في القياس الثورني الجديد لا يشترط هذا الامر</w:t>
      </w:r>
    </w:p>
    <w:p>
      <w:r>
        <w:t>لكنه يكتب انظر الان نبحث عن عن البنية الانطولوجية والبنية البنية المعرفية</w:t>
      </w:r>
    </w:p>
    <w:p>
      <w:r>
        <w:t>نبدأ البنية الانطولوجية</w:t>
      </w:r>
    </w:p>
    <w:p>
      <w:r>
        <w:t>ان كان زيد يكتب فيده يتحرك</w:t>
      </w:r>
    </w:p>
    <w:p>
      <w:r>
        <w:t>شرطيته</w:t>
      </w:r>
    </w:p>
    <w:p>
      <w:r>
        <w:t>هذا الركن الاول</w:t>
      </w:r>
    </w:p>
    <w:p>
      <w:r>
        <w:t>لكنه يكتب استثناء الركن الثاني تم تمت البنية التكوينية</w:t>
      </w:r>
    </w:p>
    <w:p>
      <w:r>
        <w:t>نعم</w:t>
      </w:r>
    </w:p>
    <w:p>
      <w:r>
        <w:t>الان نأتي الى البنية المعرفية ينتج فيده تتحرك</w:t>
      </w:r>
    </w:p>
    <w:p>
      <w:r>
        <w:t>فيده تتحرك ولا يقول فيده يتحرك</w:t>
      </w:r>
    </w:p>
    <w:p>
      <w:r>
        <w:t>قلت لكم ما عندهم انثوى مذكر في ذهني محقق الكتاب</w:t>
      </w:r>
    </w:p>
    <w:p>
      <w:r>
        <w:t>فيده يتحرك فيده تتحرك</w:t>
      </w:r>
    </w:p>
    <w:p>
      <w:r>
        <w:t>نعم هذا آآ النتيجة لماذا? لانه اذا كتب مع منطوي فيه الكتابة حركة اليد</w:t>
      </w:r>
    </w:p>
    <w:p>
      <w:r>
        <w:t>يعني العلة الاساسية للكتابة هي حركة حيثية تعليلية</w:t>
      </w:r>
    </w:p>
    <w:p>
      <w:r>
        <w:t>نعم فحتما آآ الكتابة تتضمن حركة اليد</w:t>
      </w:r>
    </w:p>
    <w:p>
      <w:r>
        <w:t>فالنتيجة فيده تتحرك</w:t>
      </w:r>
    </w:p>
    <w:p>
      <w:r>
        <w:t>لكن يده لا تتحرك</w:t>
      </w:r>
    </w:p>
    <w:p>
      <w:r>
        <w:t>نفي للتالي ينتج يعني يكشف فهو لا يكتب</w:t>
      </w:r>
    </w:p>
    <w:p>
      <w:r>
        <w:t>نعم</w:t>
      </w:r>
    </w:p>
    <w:p>
      <w:r>
        <w:t>نعم</w:t>
      </w:r>
    </w:p>
    <w:p>
      <w:r>
        <w:t>بيان الملازمة يعني ذكرها باللزوم</w:t>
      </w:r>
    </w:p>
    <w:p>
      <w:r>
        <w:t>اللزوم يعني في علية ومعلولية او تضايف</w:t>
      </w:r>
    </w:p>
    <w:p>
      <w:r>
        <w:t>تضايف لا يفيد في العلوم</w:t>
      </w:r>
    </w:p>
    <w:p>
      <w:r>
        <w:t>يبقى فقط تلازم او الاستلزام العلي ولا ينتج هنا يشير الى العقم</w:t>
      </w:r>
    </w:p>
    <w:p>
      <w:r>
        <w:t>باستثناء نقيض مقدم</w:t>
      </w:r>
    </w:p>
    <w:p>
      <w:r>
        <w:t>نقيض مقدم يعني اذا قلت اذا طلعش طلعت الشمس في النهار موجود ليست الشمس طالعة</w:t>
      </w:r>
    </w:p>
    <w:p>
      <w:r>
        <w:t>نعم لا تنتج</w:t>
      </w:r>
    </w:p>
    <w:p>
      <w:r>
        <w:t>نعم في هذا المثال ان التساوي في امثلة اخرى لا نعم يعني تقول اذا كان هذا الشيء آآ اذا كان هذا الشيء نعم آآ انسان فهو حيوان</w:t>
      </w:r>
    </w:p>
    <w:p>
      <w:r>
        <w:t>ليس هذا الشيء بانسان</w:t>
      </w:r>
    </w:p>
    <w:p>
      <w:r>
        <w:t>وتقدر تقول ليس بحيوان قد يكون هذا الشيء اسد</w:t>
      </w:r>
    </w:p>
    <w:p>
      <w:r>
        <w:t>نعم</w:t>
      </w:r>
    </w:p>
    <w:p>
      <w:r>
        <w:t>لعمومية التالي لعمومه التالي</w:t>
      </w:r>
    </w:p>
    <w:p>
      <w:r>
        <w:t>ولا ينتج باستثناء المقدم</w:t>
      </w:r>
    </w:p>
    <w:p>
      <w:r>
        <w:t>يعني اذا نقضت المقدم لا يعطيك نتيجة</w:t>
      </w:r>
    </w:p>
    <w:p>
      <w:r>
        <w:t>لعمومية ماذا التالي? وعين التالي لا ينتي وباستثناء نقيض مقدم</w:t>
      </w:r>
    </w:p>
    <w:p>
      <w:r>
        <w:t>فاصلة اعمل فاصلة يا شيخ</w:t>
      </w:r>
    </w:p>
    <w:p>
      <w:r>
        <w:t>ليست واو عاطفة</w:t>
      </w:r>
    </w:p>
    <w:p>
      <w:r>
        <w:t>نعم</w:t>
      </w:r>
    </w:p>
    <w:p>
      <w:r>
        <w:t>السياقية باستثناء نقيض مقدم واستثناء يعني تعمل فاصلة واستثناء عين التالي اذا قلنا واو عاطفة يقول واستثناء عن التالي نعم عين التالي المنتج هو نقيض التالي عين التالي لا نعم لا ينتج نعم</w:t>
      </w:r>
    </w:p>
    <w:p>
      <w:r>
        <w:t>تقول اذا كان هذا الشيء اه انسانا فهو حيوان</w:t>
      </w:r>
    </w:p>
    <w:p>
      <w:r>
        <w:t>نعم</w:t>
      </w:r>
    </w:p>
    <w:p>
      <w:r>
        <w:t>لكنه حيوان</w:t>
      </w:r>
    </w:p>
    <w:p>
      <w:r>
        <w:t>ما تقول هذا الشيء انسان</w:t>
      </w:r>
    </w:p>
    <w:p>
      <w:r>
        <w:t>قد يكون اسدا</w:t>
      </w:r>
    </w:p>
    <w:p>
      <w:r>
        <w:t>نعم</w:t>
      </w:r>
    </w:p>
    <w:p>
      <w:r>
        <w:t>اقول الشرطية ان شاء يأتي التطبيق في الحصة الاتية</w:t>
      </w:r>
    </w:p>
    <w:p>
      <w:r>
        <w:t>واللهم صل على محمد وال محمد</w:t>
      </w:r>
    </w:p>
    <w:p>
      <w:r>
        <w:t>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