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الشرطية التي هي جزء هذا القياس جزء في البنية التكوينية اما ان تكون متصلة او منفصلة قلنا شرطية ما بينا متصلة منفصلا لا تخلو من احدهم فإن كانت متصلة فشرطها ان تكون كلية لزومية لا تكون جزئية على ما يأتي من ان الجزئيتين لا تنتجان ولا الاتفاقية</w:t>
      </w:r>
    </w:p>
    <w:p>
      <w:r>
        <w:t>نعم</w:t>
      </w:r>
    </w:p>
    <w:p>
      <w:r>
        <w:t>انما في ربط تكويني فيه ربط تصاحبي فقط</w:t>
      </w:r>
    </w:p>
    <w:p>
      <w:r>
        <w:t>نعم</w:t>
      </w:r>
    </w:p>
    <w:p>
      <w:r>
        <w:t>اذا ثبت هذا فاذا كانت موجبة كلية فاستيفاء ناو عين مقدماتها دخول في البنية المعرفية</w:t>
      </w:r>
    </w:p>
    <w:p>
      <w:r>
        <w:t>فاستثنائيين مقدميها ينتج عن التالي للزوم والاستلزام حتمي</w:t>
      </w:r>
    </w:p>
    <w:p>
      <w:r>
        <w:t>اذا بنيت على صدق المقدم ان التالي يكون صادق هذا الوجه الوجه الأول من آآ وجوه الركن الثاني في نعم الركن الأول في الإبيستيميك بيان الملازمة</w:t>
      </w:r>
    </w:p>
    <w:p>
      <w:r>
        <w:t>واستثناء الوجه الثاني واستثناء او التجيل الثاني واستثناء النقيض التالي ينتج نقيض المقدم</w:t>
      </w:r>
    </w:p>
    <w:p>
      <w:r>
        <w:t>رفع التالي كاشف عن رفع المقدم</w:t>
      </w:r>
    </w:p>
    <w:p>
      <w:r>
        <w:t>لان حكم الملزوم هو وجود اللازم عند وجود الملزوم</w:t>
      </w:r>
    </w:p>
    <w:p>
      <w:r>
        <w:t>يتبع الملزوم</w:t>
      </w:r>
    </w:p>
    <w:p>
      <w:r>
        <w:t>وعند وعدم المرزوم عن عدم اللازم لكن رفع الملزوم يكشف رفع اللازم يكشف فقط عن رفع الملزوم واليه اشار بقوله لوضع اللزوم في الماتن</w:t>
      </w:r>
    </w:p>
    <w:p>
      <w:r>
        <w:t>ثم يمثل كقولنا اذا كان الزيدون يكتب فيده تتحرك</w:t>
      </w:r>
    </w:p>
    <w:p>
      <w:r>
        <w:t>لان الكتابة حيثيتها التعليلية ما هي? حركة اليد</w:t>
      </w:r>
    </w:p>
    <w:p>
      <w:r>
        <w:t>حركة اليد</w:t>
      </w:r>
    </w:p>
    <w:p>
      <w:r>
        <w:t>نعم</w:t>
      </w:r>
    </w:p>
    <w:p>
      <w:r>
        <w:t>ثم نستثني</w:t>
      </w:r>
    </w:p>
    <w:p>
      <w:r>
        <w:t>لكنه يكتب</w:t>
      </w:r>
    </w:p>
    <w:p>
      <w:r>
        <w:t>ثبوت المقدم</w:t>
      </w:r>
    </w:p>
    <w:p>
      <w:r>
        <w:t>اذا عندنا شرطية لكنه يكتب عندنا استثناء</w:t>
      </w:r>
    </w:p>
    <w:p>
      <w:r>
        <w:t>تمت البنية التكوينية</w:t>
      </w:r>
    </w:p>
    <w:p>
      <w:r>
        <w:t>البنية التكوينية تمت</w:t>
      </w:r>
    </w:p>
    <w:p>
      <w:r>
        <w:t>ينتج دخل الى البنية الابيست ايميك</w:t>
      </w:r>
    </w:p>
    <w:p>
      <w:r>
        <w:t>يعني البنية المعرفية</w:t>
      </w:r>
    </w:p>
    <w:p>
      <w:r>
        <w:t>ينتج يعني اذا انت اثبت المقدم المقدم يعطيك التالي</w:t>
      </w:r>
    </w:p>
    <w:p>
      <w:r>
        <w:t>ينتج فيده تحرك واضحة جدا لان ثبوت المقدم</w:t>
      </w:r>
    </w:p>
    <w:p>
      <w:r>
        <w:t>يعطيك التالي ضرورة لبركة اللزوم</w:t>
      </w:r>
    </w:p>
    <w:p>
      <w:r>
        <w:t>نعم</w:t>
      </w:r>
    </w:p>
    <w:p>
      <w:r>
        <w:t>اذ لو ينتج ذلك يعني اذا لم ينتج اه زيد يكتب ذلك يعني حركة اليد لكذبة المتصلة الكلية</w:t>
      </w:r>
    </w:p>
    <w:p>
      <w:r>
        <w:t>نعم</w:t>
      </w:r>
    </w:p>
    <w:p>
      <w:r>
        <w:t>ولو استثنينا نقيض التالي وقلنا لكنه لم ينتج انه لا يكتب لذلك ايضا</w:t>
      </w:r>
    </w:p>
    <w:p>
      <w:r>
        <w:t>نعم</w:t>
      </w:r>
    </w:p>
    <w:p>
      <w:r>
        <w:t>ولا ينتج العقم ولا ينتج باستثناء عين التالي</w:t>
      </w:r>
    </w:p>
    <w:p>
      <w:r>
        <w:t>عين التالي لا ينتج</w:t>
      </w:r>
    </w:p>
    <w:p>
      <w:r>
        <w:t>لماذا? لانه قد يكون اعم</w:t>
      </w:r>
    </w:p>
    <w:p>
      <w:r>
        <w:t>اذا كان هذا انسانا فهو حيوان تقول لكنه ليس بحيوان</w:t>
      </w:r>
    </w:p>
    <w:p>
      <w:r>
        <w:t>لكنه ليس آآ بحيوان</w:t>
      </w:r>
    </w:p>
    <w:p>
      <w:r>
        <w:t>ما تقول آآ التالي آآ ما آآ لكنه حيوان</w:t>
      </w:r>
    </w:p>
    <w:p>
      <w:r>
        <w:t>العقم هو استثناء نقيض المقدم</w:t>
      </w:r>
    </w:p>
    <w:p>
      <w:r>
        <w:t>تقول اذا كان هذا الشيء انسان فهو حيوان</w:t>
      </w:r>
    </w:p>
    <w:p>
      <w:r>
        <w:t>لكن هذا الشيء ليس بإنسان</w:t>
      </w:r>
    </w:p>
    <w:p>
      <w:r>
        <w:t>ما تقول ليس له ليس حيوان</w:t>
      </w:r>
    </w:p>
    <w:p>
      <w:r>
        <w:t>ان قد يكون لانها حيوان اعم</w:t>
      </w:r>
    </w:p>
    <w:p>
      <w:r>
        <w:t>ثم آآ تبت الحيوان</w:t>
      </w:r>
    </w:p>
    <w:p>
      <w:r>
        <w:t>اذا كان هذا الشيء انسانا فهو حيوان</w:t>
      </w:r>
    </w:p>
    <w:p>
      <w:r>
        <w:t>لكنه حيوان</w:t>
      </w:r>
    </w:p>
    <w:p>
      <w:r>
        <w:t>من يدريني ان هذا الحيوان من هو? قد يكون ليس بانسان</w:t>
      </w:r>
    </w:p>
    <w:p>
      <w:r>
        <w:t>نعم هذا هو السر</w:t>
      </w:r>
    </w:p>
    <w:p>
      <w:r>
        <w:t>ولا ينتج باستثناء عين التالي نعم عين التالي يعني التالي هو هو لا الإنتاج هو بالرفع التالي ولا نقيض المقدم شيئا نعم تقول ولا وهذا الشيء ليس بإنسان ما تقول فهو ليس بحيوان قد يكون اسدا</w:t>
      </w:r>
    </w:p>
    <w:p>
      <w:r>
        <w:t>نعم لاحتمال انظر هذا هو السر</w:t>
      </w:r>
    </w:p>
    <w:p>
      <w:r>
        <w:t>مبدأ السبب الكافي هنا دخل</w:t>
      </w:r>
    </w:p>
    <w:p>
      <w:r>
        <w:t>ميلاكو هذا الكلام ما هو? لاحتمال كون التهيئة</w:t>
      </w:r>
    </w:p>
    <w:p>
      <w:r>
        <w:t>لاحتمال الكون التالي عام</w:t>
      </w:r>
    </w:p>
    <w:p>
      <w:r>
        <w:t>وعدم استلزام وجود وجود الخاص وعدم استلزام رفع الخاص رفع العام</w:t>
      </w:r>
    </w:p>
    <w:p>
      <w:r>
        <w:t>والا انتفى العموم نعم</w:t>
      </w:r>
    </w:p>
    <w:p>
      <w:r>
        <w:t>كما في المثال المذكور فان اذا قلنا لكنه لا يكتب لا يلزم انه لا يتحرك يده</w:t>
      </w:r>
    </w:p>
    <w:p>
      <w:r>
        <w:t>تقول لا يكتب لا يؤدي الى عدم حركة اليد لماذا? لانه قد يحركها في البناء</w:t>
      </w:r>
    </w:p>
    <w:p>
      <w:r>
        <w:t>يحركها في النحت وليس في الكتابة</w:t>
      </w:r>
    </w:p>
    <w:p>
      <w:r>
        <w:t>نعم</w:t>
      </w:r>
    </w:p>
    <w:p>
      <w:r>
        <w:t>اذا حركة اليد اهم</w:t>
      </w:r>
    </w:p>
    <w:p>
      <w:r>
        <w:t>نعم</w:t>
      </w:r>
    </w:p>
    <w:p>
      <w:r>
        <w:t>فان اذا قلنا لكنه لا يكتب لا يلزم انه لا لا يتحرك لا تتحرك يده</w:t>
      </w:r>
    </w:p>
    <w:p>
      <w:r>
        <w:t>وكذا لو قلنا لكنه يتحرك يده لا يلزم انه يكتب</w:t>
      </w:r>
    </w:p>
    <w:p>
      <w:r>
        <w:t>قد يتحرك في النحت</w:t>
      </w:r>
    </w:p>
    <w:p>
      <w:r>
        <w:t>وهكذا سهل المسألة</w:t>
      </w:r>
    </w:p>
    <w:p>
      <w:r>
        <w:t>وبالنسبة الى الجامع هذه يدقق جيدا</w:t>
      </w:r>
    </w:p>
    <w:p>
      <w:r>
        <w:t>نعم</w:t>
      </w:r>
    </w:p>
    <w:p>
      <w:r>
        <w:t>يدقق جيدا في ممكن الجميع ما عنده استئناس كبير مع هذه المصطلحات ومع هذه الامور</w:t>
      </w:r>
    </w:p>
    <w:p>
      <w:r>
        <w:t>الان في الصورنة واضحة جدا</w:t>
      </w:r>
    </w:p>
    <w:p>
      <w:r>
        <w:t>في المنطق الحديث</w:t>
      </w:r>
    </w:p>
    <w:p>
      <w:r>
        <w:t>اذا اذا بنيت اذا كان الف نعم هذه الشرطية الركن الاول من آآ البنية التكوينية لكن الف ركن الاستثناء وركن ثاني في البنية التكوينية تم القياس بجميع مكوناته ثم تنتقل الى الرتبة الثانية وهو المعرفة</w:t>
      </w:r>
    </w:p>
    <w:p>
      <w:r>
        <w:t>تبين العلاقة التكوينية بين الف وباء</w:t>
      </w:r>
    </w:p>
    <w:p>
      <w:r>
        <w:t>لماذا انتج الف هذا اللازم وباء? هكذا اما شهودية واما دليلية</w:t>
      </w:r>
    </w:p>
    <w:p>
      <w:r>
        <w:t>استدلالية</w:t>
      </w:r>
    </w:p>
    <w:p>
      <w:r>
        <w:t>ثم ثم يأتي الاستثناء الاستثناء المنتج هو امران</w:t>
      </w:r>
    </w:p>
    <w:p>
      <w:r>
        <w:t>اللي الثبوت الالف او نفي باء</w:t>
      </w:r>
    </w:p>
    <w:p>
      <w:r>
        <w:t>اذا كان الف كان بات قل كان الف كان باب الضرورة</w:t>
      </w:r>
    </w:p>
    <w:p>
      <w:r>
        <w:t>هذا الانتاج الاول</w:t>
      </w:r>
    </w:p>
    <w:p>
      <w:r>
        <w:t>الانتاج الثاني يعني استثناء المقدم</w:t>
      </w:r>
    </w:p>
    <w:p>
      <w:r>
        <w:t>الإنتاج الثاني رفع التالي</w:t>
      </w:r>
    </w:p>
    <w:p>
      <w:r>
        <w:t>اذا كان الف مكانة باء تقول لا باء</w:t>
      </w:r>
    </w:p>
    <w:p>
      <w:r>
        <w:t>كاشف عن اللا الف</w:t>
      </w:r>
    </w:p>
    <w:p>
      <w:r>
        <w:t>لا الف</w:t>
      </w:r>
    </w:p>
    <w:p>
      <w:r>
        <w:t>سهلة جدا سهلة</w:t>
      </w:r>
    </w:p>
    <w:p>
      <w:r>
        <w:t>وهذا القياس ساري في كلام الناس في حديث الناس وموجود حتى في القرآن كما بينته لك في قياس الممانعة كما يسميه المتكلمون لو كان فيهما اليات لفسدتا فارجع البصر هل ترى من فتور يعني لا فساد اذن لا تعدد الالهة في الربوبية</w:t>
      </w:r>
    </w:p>
    <w:p>
      <w:r>
        <w:t>نعم سهلة المسألة ليست صعبة</w:t>
      </w:r>
    </w:p>
    <w:p>
      <w:r>
        <w:t>نعم</w:t>
      </w:r>
    </w:p>
    <w:p>
      <w:r>
        <w:t>القياس الاستثنائي اذا كان شرطية متصلة سالبة</w:t>
      </w:r>
    </w:p>
    <w:p>
      <w:r>
        <w:t>يدخل في المصاديق</w:t>
      </w:r>
    </w:p>
    <w:p>
      <w:r>
        <w:t>مصاديق القياس</w:t>
      </w:r>
    </w:p>
    <w:p>
      <w:r>
        <w:t>نعم</w:t>
      </w:r>
    </w:p>
    <w:p>
      <w:r>
        <w:t>بدأ بشرطية متصلة سالبة</w:t>
      </w:r>
    </w:p>
    <w:p>
      <w:r>
        <w:t>يعني الإستلزام او سلب اللزوم</w:t>
      </w:r>
    </w:p>
    <w:p>
      <w:r>
        <w:t>قال والسالبة الكلية تنتج بالرد الى الموجبة ما تنتج الموجبا</w:t>
      </w:r>
    </w:p>
    <w:p>
      <w:r>
        <w:t>بالرد بالتلازم نعم التلازم عندك قضية سالبة متصلة كلية سالبة ما يلازمها في الصدق ما يلازمها في الصدق يعني عندنا اتصالية موجبة سهل لنا القياس تحكي نفس الواقع تحكي نفس الواقع نعم تحكي نفس الواقع طريقان يؤديان الى نقطة واحدة الى مقصد واحد</w:t>
      </w:r>
    </w:p>
    <w:p>
      <w:r>
        <w:t>هذا هو التلازم</w:t>
      </w:r>
    </w:p>
    <w:p>
      <w:r>
        <w:t>التلازم</w:t>
      </w:r>
    </w:p>
    <w:p>
      <w:r>
        <w:t>اقول السالبة الكلية المتصلة</w:t>
      </w:r>
    </w:p>
    <w:p>
      <w:r>
        <w:t>تستلزم موجب كلية متصلة</w:t>
      </w:r>
    </w:p>
    <w:p>
      <w:r>
        <w:t>موافقة لها في المقدم</w:t>
      </w:r>
    </w:p>
    <w:p>
      <w:r>
        <w:t>ومناقضة لها في التالي ما شاء الله</w:t>
      </w:r>
    </w:p>
    <w:p>
      <w:r>
        <w:t>ما شاء الله على هذا العقل المنطقي الجبار</w:t>
      </w:r>
    </w:p>
    <w:p>
      <w:r>
        <w:t>عبقرية العقل الاسلامي في المنطق</w:t>
      </w:r>
    </w:p>
    <w:p>
      <w:r>
        <w:t>في الفلسفة في الفلك</w:t>
      </w:r>
    </w:p>
    <w:p>
      <w:r>
        <w:t>وفي علم وفي الفقهاء</w:t>
      </w:r>
    </w:p>
    <w:p>
      <w:r>
        <w:t>التفسير لأ مع الاسف الشديد العبقرية فاترة</w:t>
      </w:r>
    </w:p>
    <w:p>
      <w:r>
        <w:t>لا ادري لماذا</w:t>
      </w:r>
    </w:p>
    <w:p>
      <w:r>
        <w:t>اه تأمل التفاسير تجدها لا تدور اه لا تخرج من مضار اللغة</w:t>
      </w:r>
    </w:p>
    <w:p>
      <w:r>
        <w:t>والتحليلات اللغوية</w:t>
      </w:r>
    </w:p>
    <w:p>
      <w:r>
        <w:t>عمق القرآن غير موجود فقط في الميزان الى حد نما</w:t>
      </w:r>
    </w:p>
    <w:p>
      <w:r>
        <w:t>نعم</w:t>
      </w:r>
    </w:p>
    <w:p>
      <w:r>
        <w:t>فلك علم الاصول فقاهة والفلسفة والمنطق</w:t>
      </w:r>
    </w:p>
    <w:p>
      <w:r>
        <w:t>ابدعوا في هذا الامر</w:t>
      </w:r>
    </w:p>
    <w:p>
      <w:r>
        <w:t>من ناحية من حيث الخيال الفلك هو الارقى من حيث الخيال</w:t>
      </w:r>
    </w:p>
    <w:p>
      <w:r>
        <w:t>من حيث العقل المنطق والفلسفة</w:t>
      </w:r>
    </w:p>
    <w:p>
      <w:r>
        <w:t>والى حد ما علم الاصول</w:t>
      </w:r>
    </w:p>
    <w:p>
      <w:r>
        <w:t>اما في القانون فهو الفقه</w:t>
      </w:r>
    </w:p>
    <w:p>
      <w:r>
        <w:t>اقول سالب الكلية المتصلة تستلزم موجب كلية متصلة لها في المقدم</w:t>
      </w:r>
    </w:p>
    <w:p>
      <w:r>
        <w:t>طبعا موافقة له في المقدم وتخالفها في الكيف</w:t>
      </w:r>
    </w:p>
    <w:p>
      <w:r>
        <w:t>تلك سالبة وهذه موجبة</w:t>
      </w:r>
    </w:p>
    <w:p>
      <w:r>
        <w:t>نعم</w:t>
      </w:r>
    </w:p>
    <w:p>
      <w:r>
        <w:t>ومناقضة لها في التالي</w:t>
      </w:r>
    </w:p>
    <w:p>
      <w:r>
        <w:t>شروط هذه المرة علينا فيما مضى</w:t>
      </w:r>
    </w:p>
    <w:p>
      <w:r>
        <w:t>طبعا اذا كان الاستلزام استلز بين المقدم والتالي ما في</w:t>
      </w:r>
    </w:p>
    <w:p>
      <w:r>
        <w:t>ما في استلزام تكويني</w:t>
      </w:r>
    </w:p>
    <w:p>
      <w:r>
        <w:t>ما في يعني اذا تحقق الف لا يولد باء</w:t>
      </w:r>
    </w:p>
    <w:p>
      <w:r>
        <w:t>هذا هو الانتفاء</w:t>
      </w:r>
    </w:p>
    <w:p>
      <w:r>
        <w:t>الاستلزام او التفاء اللزوم سالبة كليا</w:t>
      </w:r>
    </w:p>
    <w:p>
      <w:r>
        <w:t>اينما كان الف باء لا مكان لي اه اينما كان الف لا ما كان لي باء</w:t>
      </w:r>
    </w:p>
    <w:p>
      <w:r>
        <w:t>نعم</w:t>
      </w:r>
    </w:p>
    <w:p>
      <w:r>
        <w:t>التي تلازمها يعني تساويها في الحكاية والصدق تقول اينما كان الف اينما كان الف اين هي يكون ماذا? يكون طلاب يكون لا بأس لماذا? اينما يكون الف لا يكون باء</w:t>
      </w:r>
    </w:p>
    <w:p>
      <w:r>
        <w:t>اذا اذا رفع باء من يكون في محله لا باء</w:t>
      </w:r>
    </w:p>
    <w:p>
      <w:r>
        <w:t>التالي النقيض لاجتماع النقيضين</w:t>
      </w:r>
    </w:p>
    <w:p>
      <w:r>
        <w:t>ولا بلى يجتمعان</w:t>
      </w:r>
    </w:p>
    <w:p>
      <w:r>
        <w:t>لاحظت مبدأ التناقض سر القضايا وليست قضية ادراكية</w:t>
      </w:r>
    </w:p>
    <w:p>
      <w:r>
        <w:t>انا اسميها قضية معيارية اعلى من القضايا المعرفية</w:t>
      </w:r>
    </w:p>
    <w:p>
      <w:r>
        <w:t>اقول السالبة الكلية المتصلة تستلزم موجب كلية متصلة</w:t>
      </w:r>
    </w:p>
    <w:p>
      <w:r>
        <w:t>موافقة لها في المقدم</w:t>
      </w:r>
    </w:p>
    <w:p>
      <w:r>
        <w:t>مقدم واحد الف الف</w:t>
      </w:r>
    </w:p>
    <w:p>
      <w:r>
        <w:t>نعم ومناقضة لها في الايجاب والسلب ومناقضة لها في الايجاب والسلب وفي التالي</w:t>
      </w:r>
    </w:p>
    <w:p>
      <w:r>
        <w:t>فهي تنتج بالرد الى الموجبة ما تنتج الموجبة</w:t>
      </w:r>
    </w:p>
    <w:p>
      <w:r>
        <w:t>يعني انت تضع السالبة متصلة سليمة او المتصلة الموجبة التي تلازمها في الحكاية واحد</w:t>
      </w:r>
    </w:p>
    <w:p>
      <w:r>
        <w:t>فيأتي الانتاج</w:t>
      </w:r>
    </w:p>
    <w:p>
      <w:r>
        <w:t>اي تنتج باستثناء عين آآ عين اي جزء كان</w:t>
      </w:r>
    </w:p>
    <w:p>
      <w:r>
        <w:t>النقيض الآخر</w:t>
      </w:r>
    </w:p>
    <w:p>
      <w:r>
        <w:t>استثني مقدم التالي آآ يأتيك النقيض الآخر الإجتماعي النقيض</w:t>
      </w:r>
    </w:p>
    <w:p>
      <w:r>
        <w:t>كقولنا بالمثال تتضح</w:t>
      </w:r>
    </w:p>
    <w:p>
      <w:r>
        <w:t>ليس البتة اذا كان زيد كاتبا</w:t>
      </w:r>
    </w:p>
    <w:p>
      <w:r>
        <w:t>ما نحتاج زيت زيد كاتب</w:t>
      </w:r>
    </w:p>
    <w:p>
      <w:r>
        <w:t>يده ساكنة تصور انا اغنتني عن هذا</w:t>
      </w:r>
    </w:p>
    <w:p>
      <w:r>
        <w:t>اذا كان الف كان باء انتهى الامر</w:t>
      </w:r>
    </w:p>
    <w:p>
      <w:r>
        <w:t>اذا انتفى الاستلزام آآ لا لا لا البتة</w:t>
      </w:r>
    </w:p>
    <w:p>
      <w:r>
        <w:t>يعني هو يقال هنا ليس البت اذا كان الف كان هذا</w:t>
      </w:r>
    </w:p>
    <w:p>
      <w:r>
        <w:t>اذا بالقطع اليقين كلما كان الف ذكر كلما كان الف كان لا باء</w:t>
      </w:r>
    </w:p>
    <w:p>
      <w:r>
        <w:t>النقيض</w:t>
      </w:r>
    </w:p>
    <w:p>
      <w:r>
        <w:t>نعم النقيض</w:t>
      </w:r>
    </w:p>
    <w:p>
      <w:r>
        <w:t>المهم ليس البتة اذا كان زيد كاذبا فيده ساكنة</w:t>
      </w:r>
    </w:p>
    <w:p>
      <w:r>
        <w:t>معناه زيد الكاتب لا يولد سكونة اليد بالعكس يولد حركة اليد سكون حركة ناقضة نعم فانه يستلزم كل ما كان زيد كاتبا انظر اشتراك في في المقدم الاولى سالبة الثانية موجبة كلما كان زيد كاتبا زيد كاتبا فيده ليست بساكنة يعني متحركة النقيض التالي واضحة جدا</w:t>
      </w:r>
    </w:p>
    <w:p>
      <w:r>
        <w:t>فاذا قلنا لكنه كاتب لكنه كاتب اه كلما كان زيد كاتبا فهذه ليست ساكنة لكنه كاتب النتيجة يده ليست ساكنة</w:t>
      </w:r>
    </w:p>
    <w:p>
      <w:r>
        <w:t>فقد استثنينا في الحقيقة عين المقدم الموجبة اللازمة فتنتج عين تليها</w:t>
      </w:r>
    </w:p>
    <w:p>
      <w:r>
        <w:t>الذي هو نقيض جزء من السالبة</w:t>
      </w:r>
    </w:p>
    <w:p>
      <w:r>
        <w:t>فهو ان يده ليست واضحة جدا</w:t>
      </w:r>
    </w:p>
    <w:p>
      <w:r>
        <w:t>ولو قلنا لكن يده ساكنة</w:t>
      </w:r>
    </w:p>
    <w:p>
      <w:r>
        <w:t>لا يده ساكنة في الموجبة</w:t>
      </w:r>
    </w:p>
    <w:p>
      <w:r>
        <w:t>كلما كان آآ زيد كاتبا فيده ليست ساكنة</w:t>
      </w:r>
    </w:p>
    <w:p>
      <w:r>
        <w:t>قلنا التالي دائما النقيض التالي هو المنتج</w:t>
      </w:r>
    </w:p>
    <w:p>
      <w:r>
        <w:t>النقيض التالي ما هو الساكنة</w:t>
      </w:r>
    </w:p>
    <w:p>
      <w:r>
        <w:t>ليست ساكنة نقيضه ساكنة</w:t>
      </w:r>
    </w:p>
    <w:p>
      <w:r>
        <w:t>نعم</w:t>
      </w:r>
    </w:p>
    <w:p>
      <w:r>
        <w:t>اه ولو قلنا لكن يده ساكنة يعني نقيض التالي فقد في الحقيقة نقيض تالي المتصلة الموجبة اللازمة فينتج انه ليس بكاتب</w:t>
      </w:r>
    </w:p>
    <w:p>
      <w:r>
        <w:t>نعم لانه اذا يده كانت ساكنة لا يكتب لان الكتابة حركة الذي هو نقيض مقدم الموجبة ونقيض الجزء الاخر من السالبة</w:t>
      </w:r>
    </w:p>
    <w:p>
      <w:r>
        <w:t>لكن هذا يبتني على القاعدة المشكلة</w:t>
      </w:r>
    </w:p>
    <w:p>
      <w:r>
        <w:t>يعني فيه قلنا في البند ستين هذه فيها نقاش المهم جميل جدا ما معناه? يعني انت الان عندك مقدم</w:t>
      </w:r>
    </w:p>
    <w:p>
      <w:r>
        <w:t>لا ينسجم في اللزوم مع باء</w:t>
      </w:r>
    </w:p>
    <w:p>
      <w:r>
        <w:t>اذا دخل الف لا يولد ربما يكون</w:t>
      </w:r>
    </w:p>
    <w:p>
      <w:r>
        <w:t>نعم</w:t>
      </w:r>
    </w:p>
    <w:p>
      <w:r>
        <w:t>يعني باء ما موجود مرفوع لاجتماع نقيدا من يحل محله? لا بأس اذا كانك قلت كلما كان الف كان كان لا باء</w:t>
      </w:r>
    </w:p>
    <w:p>
      <w:r>
        <w:t>هي هي في في كشف الواقع</w:t>
      </w:r>
    </w:p>
    <w:p>
      <w:r>
        <w:t>هذا هو اللزوم</w:t>
      </w:r>
    </w:p>
    <w:p>
      <w:r>
        <w:t>اللزوم في اللزوم الصدقي نعني السالبة المتصلة السالبة الكلية تحكي الواقع التي تحكيه الموجبة التي تشاركها في المقدم تخالفها في الكيف وتخالفها في التالي تأتي بالنقيض الثاني</w:t>
      </w:r>
    </w:p>
    <w:p>
      <w:r>
        <w:t>فاذا قلت كلما لا شيء البتة ليس البتة اذا كان الف كان باء</w:t>
      </w:r>
    </w:p>
    <w:p>
      <w:r>
        <w:t>يعني ما فيه لزوم تكويني بين باء والف</w:t>
      </w:r>
    </w:p>
    <w:p>
      <w:r>
        <w:t>اذا فيه لزوم تكويني بين الف ولا ولا باء</w:t>
      </w:r>
    </w:p>
    <w:p>
      <w:r>
        <w:t>نعم كلما كان الف كان لا باء</w:t>
      </w:r>
    </w:p>
    <w:p>
      <w:r>
        <w:t>واضحة جدا لاجتماع النقضي</w:t>
      </w:r>
    </w:p>
    <w:p>
      <w:r>
        <w:t>فالعقل البشري هندس في نظام التكوين ينسجم مع هذه المعايير العقلية</w:t>
      </w:r>
    </w:p>
    <w:p>
      <w:r>
        <w:t>لا لا يفهم الا في دائرة هذه المفاهيم العقلية</w:t>
      </w:r>
    </w:p>
    <w:p>
      <w:r>
        <w:t>نعم</w:t>
      </w:r>
    </w:p>
    <w:p>
      <w:r>
        <w:t>اه استشكل وقيل اذا صنع الانسان ببنية تكوينية غير</w:t>
      </w:r>
    </w:p>
    <w:p>
      <w:r>
        <w:t>فهل هذه المعايير تبقى? هو يتصور ان هذه المعايير مخلوقة يعني ممكنة مخلوقة لا ابدا هذه السرمدية مهما كانت بنية الوعي لا يمكن ان يتمرد عن هذه المعايير العقلية لنحيك الله تعالى السرمدي</w:t>
      </w:r>
    </w:p>
    <w:p>
      <w:r>
        <w:t>حكمة الله السرمدي</w:t>
      </w:r>
    </w:p>
    <w:p>
      <w:r>
        <w:t>نعم</w:t>
      </w:r>
    </w:p>
    <w:p>
      <w:r>
        <w:t>فإذا خلق الله تعالى هذا الإنسان</w:t>
      </w:r>
    </w:p>
    <w:p>
      <w:r>
        <w:t>وهندسه لغاية هي الخير الأعلى</w:t>
      </w:r>
    </w:p>
    <w:p>
      <w:r>
        <w:t>الذي هو الخير الأعلى هو الله تعالى</w:t>
      </w:r>
    </w:p>
    <w:p>
      <w:r>
        <w:t>يعني الإنسان في اصل خلقته يعشق الخير الاعلى</w:t>
      </w:r>
    </w:p>
    <w:p>
      <w:r>
        <w:t>نعم ثم يهيئ له الاسباب التي تبعده عن هذا الخير الاعلى</w:t>
      </w:r>
    </w:p>
    <w:p>
      <w:r>
        <w:t>هذا مستحيل</w:t>
      </w:r>
    </w:p>
    <w:p>
      <w:r>
        <w:t>المعايير العقلية تقول مستحيل</w:t>
      </w:r>
    </w:p>
    <w:p>
      <w:r>
        <w:t>حتى مع الله تعالى</w:t>
      </w:r>
    </w:p>
    <w:p>
      <w:r>
        <w:t>لماذا? ضرب لحكمته</w:t>
      </w:r>
    </w:p>
    <w:p>
      <w:r>
        <w:t>لغوي في فعله وفي حكمته</w:t>
      </w:r>
    </w:p>
    <w:p>
      <w:r>
        <w:t>نعم لا تخف</w:t>
      </w:r>
    </w:p>
    <w:p>
      <w:r>
        <w:t>العقل الديني خاف من هذه الامور</w:t>
      </w:r>
    </w:p>
    <w:p>
      <w:r>
        <w:t>يخاف</w:t>
      </w:r>
    </w:p>
    <w:p>
      <w:r>
        <w:t>يخاف</w:t>
      </w:r>
    </w:p>
    <w:p>
      <w:r>
        <w:t>بمجرد ان تصل الى المقدس مع والله كنت اعرف انا طالب</w:t>
      </w:r>
    </w:p>
    <w:p>
      <w:r>
        <w:t>اه طالبا في الحوزة العلمية يوما باجتماع النقيضين الناقضان يجتمعان عنده عقلية اخبارية مم مع الاسف الشديد يعني الله موجود وغير موجود عنده عادي</w:t>
      </w:r>
    </w:p>
    <w:p>
      <w:r>
        <w:t>نعم</w:t>
      </w:r>
    </w:p>
    <w:p>
      <w:r>
        <w:t>القياس الاستثنائي لا ينتج مع مقدمة متصلة جوز اياه</w:t>
      </w:r>
    </w:p>
    <w:p>
      <w:r>
        <w:t>قال ولا تنتج الجزئيتان</w:t>
      </w:r>
    </w:p>
    <w:p>
      <w:r>
        <w:t>هذا الشرط اساسي</w:t>
      </w:r>
    </w:p>
    <w:p>
      <w:r>
        <w:t>شرط اساسي</w:t>
      </w:r>
    </w:p>
    <w:p>
      <w:r>
        <w:t>نعم</w:t>
      </w:r>
    </w:p>
    <w:p>
      <w:r>
        <w:t>اقول واذا كانت المتصلة جزئيا اما موجبة او سالبة لم تنتج</w:t>
      </w:r>
    </w:p>
    <w:p>
      <w:r>
        <w:t>لجواز لجواز ان يكون زمن الاستثناء غير زمن الاتصال واللزوم</w:t>
      </w:r>
    </w:p>
    <w:p>
      <w:r>
        <w:t>يعني احوالية وليست صدقية</w:t>
      </w:r>
    </w:p>
    <w:p>
      <w:r>
        <w:t>احوالية الجزئية ما معناه? يعني الالتزام مقطعي</w:t>
      </w:r>
    </w:p>
    <w:p>
      <w:r>
        <w:t>هذه جزئية مقطع</w:t>
      </w:r>
    </w:p>
    <w:p>
      <w:r>
        <w:t>والكبرى هذه الصغرى</w:t>
      </w:r>
    </w:p>
    <w:p>
      <w:r>
        <w:t>كبرى مقطعية</w:t>
      </w:r>
    </w:p>
    <w:p>
      <w:r>
        <w:t>من قال ان انهما في مناخ واحد? في بيئة واحدة</w:t>
      </w:r>
    </w:p>
    <w:p>
      <w:r>
        <w:t>ما في</w:t>
      </w:r>
    </w:p>
    <w:p>
      <w:r>
        <w:t>ما في دليل</w:t>
      </w:r>
    </w:p>
    <w:p>
      <w:r>
        <w:t>نعم وهذا تفسر نعم لجواز هذا جواز مبدأ السبب الكافي لجواز ان يكون زمان الاستثناء غير زمان الاتصال واللزوم يعني بيئة الاستلزام الاولى غير بيئة الاستلزام الثانية الى جزئية اذا اختلفت اختلف الوقتان واذا اختلف الوقت اختلف الوقت ان لم يلزم الانتاج هذا في الموجبة</w:t>
      </w:r>
    </w:p>
    <w:p>
      <w:r>
        <w:t>واما السالبة فالامر فيه اظهر</w:t>
      </w:r>
    </w:p>
    <w:p>
      <w:r>
        <w:t>لانها انما تنتج بواسطة ردها الى الموجبة</w:t>
      </w:r>
    </w:p>
    <w:p>
      <w:r>
        <w:t>لا انتاج من موجبات جزئية فالمسألة واضحة</w:t>
      </w:r>
    </w:p>
    <w:p>
      <w:r>
        <w:t>السالبة لا تنتج الا اذا ذهبنا الى اللازم</w:t>
      </w:r>
    </w:p>
    <w:p>
      <w:r>
        <w:t>كما بينا اللازم الموجب كما بينا فيما سبق</w:t>
      </w:r>
    </w:p>
    <w:p>
      <w:r>
        <w:t>واعلم ان هذا على الاطلاق ليس بجيد</w:t>
      </w:r>
    </w:p>
    <w:p>
      <w:r>
        <w:t>الاعلام الحين هنا يناقش</w:t>
      </w:r>
    </w:p>
    <w:p>
      <w:r>
        <w:t>نعم</w:t>
      </w:r>
    </w:p>
    <w:p>
      <w:r>
        <w:t>لان الوقتين لو واتحدا حصل الانتاج بنحو الجزئية</w:t>
      </w:r>
    </w:p>
    <w:p>
      <w:r>
        <w:t>نعم وان لم تكن الشرطية كليا</w:t>
      </w:r>
    </w:p>
    <w:p>
      <w:r>
        <w:t>وكذا لو كان الاستثناء كليا لا صدقه في جميع الازمنة التي من جمليتها زمن الاتصال والانفصال</w:t>
      </w:r>
    </w:p>
    <w:p>
      <w:r>
        <w:t>لعلم الحل هنا يستشكل الاشكال واضح جدا</w:t>
      </w:r>
    </w:p>
    <w:p>
      <w:r>
        <w:t>تقرأ العبارة وتفهمه</w:t>
      </w:r>
    </w:p>
    <w:p>
      <w:r>
        <w:t>يقول نعم</w:t>
      </w:r>
    </w:p>
    <w:p>
      <w:r>
        <w:t>اذا كان كانت بيئة الاستلزام الاول يعني صغرى</w:t>
      </w:r>
    </w:p>
    <w:p>
      <w:r>
        <w:t>الاستلزام الصغرى</w:t>
      </w:r>
    </w:p>
    <w:p>
      <w:r>
        <w:t>في بيئة والكبرى في بيئة اخرى</w:t>
      </w:r>
    </w:p>
    <w:p>
      <w:r>
        <w:t>نعم</w:t>
      </w:r>
    </w:p>
    <w:p>
      <w:r>
        <w:t>لا ينتج</w:t>
      </w:r>
    </w:p>
    <w:p>
      <w:r>
        <w:t>من قال ان البيئة منفصلة مطلقة</w:t>
      </w:r>
    </w:p>
    <w:p>
      <w:r>
        <w:t>في احتمال ان تكون البيئة الاولى هي عين البيئة الثانية</w:t>
      </w:r>
    </w:p>
    <w:p>
      <w:r>
        <w:t>سيكون الانتاج</w:t>
      </w:r>
    </w:p>
    <w:p>
      <w:r>
        <w:t>هذا هو آآ حديث آآ العلامة الحلي</w:t>
      </w:r>
    </w:p>
    <w:p>
      <w:r>
        <w:t>وهذا حديث في تصوري صحيح</w:t>
      </w:r>
    </w:p>
    <w:p>
      <w:r>
        <w:t>انا ما الحل? الحلة هنا مصيب واعلم ان هذا على الاطلاق ليس بجيد</w:t>
      </w:r>
    </w:p>
    <w:p>
      <w:r>
        <w:t>يعني في دائرة يمكن تتحد البيئتان نعم</w:t>
      </w:r>
    </w:p>
    <w:p>
      <w:r>
        <w:t>لان الوقتين الوقتين انا افسرها بالبيئتين ليس بالوقت</w:t>
      </w:r>
    </w:p>
    <w:p>
      <w:r>
        <w:t>هذه احوال قد تكون تكون في غير زمكانية</w:t>
      </w:r>
    </w:p>
    <w:p>
      <w:r>
        <w:t>نعم</w:t>
      </w:r>
    </w:p>
    <w:p>
      <w:r>
        <w:t>لان الوقتين لو تعين واتحدا انظر يعني في دائرة يمكن ان يتحد تتحد البيئة</w:t>
      </w:r>
    </w:p>
    <w:p>
      <w:r>
        <w:t>او تتحد البيئة واتحد حصل الانتاج وان لم تكن الشرطية كلية</w:t>
      </w:r>
    </w:p>
    <w:p>
      <w:r>
        <w:t>حتى لو كنت جزئية</w:t>
      </w:r>
    </w:p>
    <w:p>
      <w:r>
        <w:t>وكذا لو كان الاستثناء كليا لصدقه في جميع الازمنة التي من جوني زمن الاتصال والانفصال</w:t>
      </w:r>
    </w:p>
    <w:p>
      <w:r>
        <w:t>حتى لو كان استثناء كليا يمكن ان آآ تجتمع الصورة مع الكبرى في دائرة</w:t>
      </w:r>
    </w:p>
    <w:p>
      <w:r>
        <w:t>لا يمكن لا يمكن اه النفي نفي هذا الاحتمال وبالتالي يقول ليس على اطلاقها</w:t>
      </w:r>
    </w:p>
    <w:p>
      <w:r>
        <w:t>نعم</w:t>
      </w:r>
    </w:p>
    <w:p>
      <w:r>
        <w:t>القياس الاستندائي لا ينتج مع شرطي اتفاقية</w:t>
      </w:r>
    </w:p>
    <w:p>
      <w:r>
        <w:t>نعم شرطية الاتفاقية اه تصاحب فقط</w:t>
      </w:r>
    </w:p>
    <w:p>
      <w:r>
        <w:t>ما في الية ومحلولية</w:t>
      </w:r>
    </w:p>
    <w:p>
      <w:r>
        <w:t>والاتفاقية لا باستثناء عيني العين علما ولا يستثني فيها النقيض</w:t>
      </w:r>
    </w:p>
    <w:p>
      <w:r>
        <w:t>نعم ما فيه لزوم التكويني تصاحب فقط يعني دخل الف صاحبه باء فيه ربط تكويني بين الف وباء لا يعني ما لتوليد تكوين الف يولد بتكوين غاب باء</w:t>
      </w:r>
    </w:p>
    <w:p>
      <w:r>
        <w:t>يعني الف مرتفع? لا ابدا</w:t>
      </w:r>
    </w:p>
    <w:p>
      <w:r>
        <w:t>لا ابدا</w:t>
      </w:r>
    </w:p>
    <w:p>
      <w:r>
        <w:t>احرزنا الف لابد ليس بالضرورة</w:t>
      </w:r>
    </w:p>
    <w:p>
      <w:r>
        <w:t>ان يكون باء</w:t>
      </w:r>
    </w:p>
    <w:p>
      <w:r>
        <w:t>قال اتفاقية لا يفيد آآ لا تفيد باستثناء العين علما باستثناء العين علما ولا يستثني فيها النقيض يعني لا ثبوت المقدم ينتج ولا انتفاد ثاني ينتج اقول هذا بيان اشتراط الامر الثاني في المتصلة وهو ان تكون لزومية</w:t>
      </w:r>
    </w:p>
    <w:p>
      <w:r>
        <w:t>يعني اتفاقية? لا</w:t>
      </w:r>
    </w:p>
    <w:p>
      <w:r>
        <w:t>لانها لو كانت الاتفاقية لم يحصل باستثناء العين علم مستأنف</w:t>
      </w:r>
    </w:p>
    <w:p>
      <w:r>
        <w:t>ولا يجوز استثناء نقيض فيها</w:t>
      </w:r>
    </w:p>
    <w:p>
      <w:r>
        <w:t>لان اذا حكمنا بان الاتفاقية هي التي هذا محور دلالي</w:t>
      </w:r>
    </w:p>
    <w:p>
      <w:r>
        <w:t>محور دلالي سميه محور لك ذلك</w:t>
      </w:r>
    </w:p>
    <w:p>
      <w:r>
        <w:t>الآن في فلسفة تحليلية يسمونه محور محور الدلالي</w:t>
      </w:r>
    </w:p>
    <w:p>
      <w:r>
        <w:t>نعم</w:t>
      </w:r>
    </w:p>
    <w:p>
      <w:r>
        <w:t>يعني معنا</w:t>
      </w:r>
    </w:p>
    <w:p>
      <w:r>
        <w:t>بحث في المعنى</w:t>
      </w:r>
    </w:p>
    <w:p>
      <w:r>
        <w:t>لان اذا حكمنا بين بان الاتفاقية هي التي يعني يعطيك دلالة الاتفاقية</w:t>
      </w:r>
    </w:p>
    <w:p>
      <w:r>
        <w:t>يعني معنى الاتفاقية</w:t>
      </w:r>
    </w:p>
    <w:p>
      <w:r>
        <w:t>اذا محور ام محور دلالي</w:t>
      </w:r>
    </w:p>
    <w:p>
      <w:r>
        <w:t>محور دلالي</w:t>
      </w:r>
    </w:p>
    <w:p>
      <w:r>
        <w:t>اذا قاربنا المسألة في باب التصور</w:t>
      </w:r>
    </w:p>
    <w:p>
      <w:r>
        <w:t>محور معرفي</w:t>
      </w:r>
    </w:p>
    <w:p>
      <w:r>
        <w:t>لا كذلك</w:t>
      </w:r>
    </w:p>
    <w:p>
      <w:r>
        <w:t>هي التي يجتمع جزئها يعني الف وباء اذا كان الف كان باء على الصدق من غير لزوم بينهما</w:t>
      </w:r>
    </w:p>
    <w:p>
      <w:r>
        <w:t>يعني التواجد</w:t>
      </w:r>
    </w:p>
    <w:p>
      <w:r>
        <w:t>التواجد في دار الوجود</w:t>
      </w:r>
    </w:p>
    <w:p>
      <w:r>
        <w:t>الصدق يعني التواجد</w:t>
      </w:r>
    </w:p>
    <w:p>
      <w:r>
        <w:t>ولا علية ومعنوية بينهم</w:t>
      </w:r>
    </w:p>
    <w:p>
      <w:r>
        <w:t>من غير لزوم بينهما</w:t>
      </w:r>
    </w:p>
    <w:p>
      <w:r>
        <w:t>فاذا صندوقها يتوقف على صدق اجزائها</w:t>
      </w:r>
    </w:p>
    <w:p>
      <w:r>
        <w:t>فاذا حكمنا بالاتصال الاتفاقي وجب ان يكون كل واحد من معلوم ثبوتنا</w:t>
      </w:r>
    </w:p>
    <w:p>
      <w:r>
        <w:t>فلا يحصل لنا باستثناء علم المقدم علم مستأنف بثبوت التالي</w:t>
      </w:r>
    </w:p>
    <w:p>
      <w:r>
        <w:t>لانه ثابت قبل الاثنا يعني ما عنده علاقة بالاستثناء</w:t>
      </w:r>
    </w:p>
    <w:p>
      <w:r>
        <w:t>هو موجود</w:t>
      </w:r>
    </w:p>
    <w:p>
      <w:r>
        <w:t>ضع الف ارفع الف هو موجود</w:t>
      </w:r>
    </w:p>
    <w:p>
      <w:r>
        <w:t>التالي موجود</w:t>
      </w:r>
    </w:p>
    <w:p>
      <w:r>
        <w:t>الظاء التالي ارفع التالي الف موجود ما عنده علاقة ما عنده علاقة نعم ولا يجوز استثناء النقيض فيها لان التالي يجب ان يكون صادقا حتى تصدق الاتفاقية فلا يجوز الحكم بانتفائها</w:t>
      </w:r>
    </w:p>
    <w:p>
      <w:r>
        <w:t>ارفع التالي الف لا يتزعزع لماذا? لانه ما عنده علاقة ما عنده علاقة به ما عنده علاقة به</w:t>
      </w:r>
    </w:p>
    <w:p>
      <w:r>
        <w:t>تخيل انت الان مجرم مجرم احمر</w:t>
      </w:r>
    </w:p>
    <w:p>
      <w:r>
        <w:t>نعم</w:t>
      </w:r>
    </w:p>
    <w:p>
      <w:r>
        <w:t>غارق في الاجرام</w:t>
      </w:r>
    </w:p>
    <w:p>
      <w:r>
        <w:t>دخل الى فيلا</w:t>
      </w:r>
    </w:p>
    <w:p>
      <w:r>
        <w:t>بيت كبيرة باصطلاح المشارقة ودار كبيرة باصطلاح المغاربة</w:t>
      </w:r>
    </w:p>
    <w:p>
      <w:r>
        <w:t>دخل ووجد هذا الغني ملياردير</w:t>
      </w:r>
    </w:p>
    <w:p>
      <w:r>
        <w:t>وشاب صغير شاب</w:t>
      </w:r>
    </w:p>
    <w:p>
      <w:r>
        <w:t>شاب هذا ممكن صحافي يحتاج في حوار لا يمت اليه بصلة نسبية</w:t>
      </w:r>
    </w:p>
    <w:p>
      <w:r>
        <w:t>المجرم المجرم توهم انه ابنه</w:t>
      </w:r>
    </w:p>
    <w:p>
      <w:r>
        <w:t>فقال اذا ما تعطيني مليون دولار مثلا اقتل ابنك</w:t>
      </w:r>
    </w:p>
    <w:p>
      <w:r>
        <w:t>هذا هذا التاجر ما عنده علاقة انا ما عندي علاقة نسبية مع هذا الولد</w:t>
      </w:r>
    </w:p>
    <w:p>
      <w:r>
        <w:t>تقتله ما تقتله ما عندي انا لا لا اتزعزع</w:t>
      </w:r>
    </w:p>
    <w:p>
      <w:r>
        <w:t>لا اعطيك اه الميرة</w:t>
      </w:r>
    </w:p>
    <w:p>
      <w:r>
        <w:t>مثلا مثل تقليبي فقط</w:t>
      </w:r>
    </w:p>
    <w:p>
      <w:r>
        <w:t>اما اذا كانت له علاقة نسبية ابنه يخاف</w:t>
      </w:r>
    </w:p>
    <w:p>
      <w:r>
        <w:t>يعطيه مليون الدولار</w:t>
      </w:r>
    </w:p>
    <w:p>
      <w:r>
        <w:t>اذن في العلاقات الاتفاقية ارفع وضع كما تشاء لا يتزعزع طرف من من الاطراف</w:t>
      </w:r>
    </w:p>
    <w:p>
      <w:r>
        <w:t>والتركيز على المقدم طبعا</w:t>
      </w:r>
    </w:p>
    <w:p>
      <w:r>
        <w:t>اذا ارفع التالي ضع التالي المقدم يبقى على ثباته</w:t>
      </w:r>
    </w:p>
    <w:p>
      <w:r>
        <w:t>لماذا? لان ما عنده تكوينية مع التالي هذه هي الشرط هذا هو الشرط شرط اللزوم يعني فيه ربط تكويني بين المقدم والتالي</w:t>
      </w:r>
    </w:p>
    <w:p>
      <w:r>
        <w:t>نعم</w:t>
      </w:r>
    </w:p>
    <w:p>
      <w:r>
        <w:t>القياس الاستثنائي مع مقدمة منفصلة حقيقية يبدأ بالمصاديق منفصلة حقيقية مانعة الخلو مناعة الجمع يبدأ بالحقيقية</w:t>
      </w:r>
    </w:p>
    <w:p>
      <w:r>
        <w:t>نعم ياتي ان شاء الله بيانه واللهم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